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97150" w14:textId="77777777" w:rsidR="008A41DE" w:rsidRDefault="008A41DE" w:rsidP="008A41DE">
      <w:pPr>
        <w:tabs>
          <w:tab w:val="left" w:pos="708"/>
        </w:tabs>
        <w:spacing w:after="0" w:line="240" w:lineRule="auto"/>
        <w:jc w:val="center"/>
        <w:rPr>
          <w:rFonts w:ascii="Times New Roman" w:hAnsi="Times New Roman"/>
          <w:color w:val="000000" w:themeColor="text1"/>
          <w:sz w:val="24"/>
          <w:szCs w:val="24"/>
        </w:rPr>
      </w:pPr>
      <w:r w:rsidRPr="005D1A95">
        <w:rPr>
          <w:rFonts w:ascii="Times New Roman" w:hAnsi="Times New Roman"/>
          <w:color w:val="000000" w:themeColor="text1"/>
          <w:sz w:val="24"/>
          <w:szCs w:val="24"/>
        </w:rPr>
        <w:t>МИНИСТЕРСТВО ПРОСВЕЩЕНИЯ РОССИЙСКОЙ ФЕДЕРАЦИИ</w:t>
      </w:r>
    </w:p>
    <w:p w14:paraId="573CBEA9" w14:textId="77777777" w:rsidR="008A41DE" w:rsidRPr="005D1A95" w:rsidRDefault="008A41DE" w:rsidP="008A41DE">
      <w:pPr>
        <w:tabs>
          <w:tab w:val="left" w:pos="708"/>
        </w:tabs>
        <w:spacing w:after="0" w:line="240" w:lineRule="auto"/>
        <w:jc w:val="center"/>
        <w:rPr>
          <w:rFonts w:ascii="Times New Roman" w:hAnsi="Times New Roman"/>
          <w:color w:val="000000" w:themeColor="text1"/>
          <w:sz w:val="24"/>
          <w:szCs w:val="24"/>
        </w:rPr>
      </w:pPr>
      <w:r w:rsidRPr="005D1A95">
        <w:rPr>
          <w:rFonts w:ascii="Times New Roman" w:hAnsi="Times New Roman"/>
          <w:color w:val="000000" w:themeColor="text1"/>
          <w:sz w:val="24"/>
          <w:szCs w:val="24"/>
        </w:rPr>
        <w:t>Министерство образования и науки Республики Башкортостан</w:t>
      </w:r>
    </w:p>
    <w:p w14:paraId="506B46DD" w14:textId="77777777" w:rsidR="008A41DE" w:rsidRDefault="008A41DE" w:rsidP="008A41DE">
      <w:pPr>
        <w:tabs>
          <w:tab w:val="left" w:pos="708"/>
        </w:tabs>
        <w:spacing w:after="0" w:line="240" w:lineRule="auto"/>
        <w:contextualSpacing/>
        <w:jc w:val="center"/>
        <w:rPr>
          <w:rFonts w:ascii="Times New Roman" w:hAnsi="Times New Roman"/>
          <w:color w:val="000000" w:themeColor="text1"/>
          <w:sz w:val="24"/>
          <w:szCs w:val="24"/>
        </w:rPr>
      </w:pPr>
      <w:r>
        <w:rPr>
          <w:rFonts w:ascii="Times New Roman" w:hAnsi="Times New Roman"/>
          <w:color w:val="000000" w:themeColor="text1"/>
          <w:sz w:val="24"/>
          <w:szCs w:val="24"/>
        </w:rPr>
        <w:t>основная о</w:t>
      </w:r>
      <w:r w:rsidRPr="005D1A95">
        <w:rPr>
          <w:rFonts w:ascii="Times New Roman" w:hAnsi="Times New Roman"/>
          <w:color w:val="000000" w:themeColor="text1"/>
          <w:sz w:val="24"/>
          <w:szCs w:val="24"/>
        </w:rPr>
        <w:t xml:space="preserve">бщеобразовательная школа </w:t>
      </w:r>
      <w:proofErr w:type="spellStart"/>
      <w:r w:rsidRPr="005D1A95">
        <w:rPr>
          <w:rFonts w:ascii="Times New Roman" w:hAnsi="Times New Roman"/>
          <w:color w:val="000000" w:themeColor="text1"/>
          <w:sz w:val="24"/>
          <w:szCs w:val="24"/>
        </w:rPr>
        <w:t>с.Умирово</w:t>
      </w:r>
      <w:proofErr w:type="spellEnd"/>
      <w:r w:rsidRPr="005D1A95">
        <w:rPr>
          <w:rFonts w:ascii="Times New Roman" w:hAnsi="Times New Roman"/>
          <w:color w:val="000000" w:themeColor="text1"/>
          <w:sz w:val="24"/>
          <w:szCs w:val="24"/>
        </w:rPr>
        <w:t xml:space="preserve"> муниципального района Бакалинский район</w:t>
      </w:r>
    </w:p>
    <w:p w14:paraId="3E8A7496" w14:textId="77777777" w:rsidR="008A41DE" w:rsidRDefault="008A41DE" w:rsidP="008A41DE">
      <w:pPr>
        <w:tabs>
          <w:tab w:val="left" w:pos="708"/>
        </w:tabs>
        <w:spacing w:after="0" w:line="240" w:lineRule="auto"/>
        <w:contextualSpacing/>
        <w:jc w:val="center"/>
        <w:rPr>
          <w:rFonts w:ascii="Times New Roman" w:hAnsi="Times New Roman"/>
          <w:color w:val="000000" w:themeColor="text1"/>
          <w:sz w:val="24"/>
          <w:szCs w:val="24"/>
        </w:rPr>
        <w:sectPr w:rsidR="008A41DE" w:rsidSect="008A41DE">
          <w:pgSz w:w="11906" w:h="16838"/>
          <w:pgMar w:top="1134" w:right="1134" w:bottom="1134" w:left="1134" w:header="709" w:footer="709" w:gutter="0"/>
          <w:cols w:space="720"/>
          <w:docGrid w:linePitch="326"/>
        </w:sectPr>
      </w:pPr>
    </w:p>
    <w:p w14:paraId="60A77256" w14:textId="77777777" w:rsidR="008A41DE" w:rsidRDefault="008A41DE" w:rsidP="008A41DE">
      <w:pPr>
        <w:tabs>
          <w:tab w:val="left" w:pos="708"/>
        </w:tabs>
        <w:spacing w:after="0" w:line="240" w:lineRule="auto"/>
        <w:contextualSpacing/>
        <w:jc w:val="center"/>
        <w:rPr>
          <w:rFonts w:ascii="Times New Roman" w:hAnsi="Times New Roman"/>
          <w:color w:val="000000" w:themeColor="text1"/>
          <w:sz w:val="24"/>
          <w:szCs w:val="24"/>
        </w:rPr>
      </w:pPr>
    </w:p>
    <w:p w14:paraId="12DA30E6" w14:textId="77777777" w:rsidR="008A41DE" w:rsidRDefault="008A41DE" w:rsidP="008A41DE">
      <w:pPr>
        <w:tabs>
          <w:tab w:val="left" w:pos="708"/>
        </w:tabs>
        <w:spacing w:after="0" w:line="240" w:lineRule="auto"/>
        <w:contextualSpacing/>
        <w:jc w:val="center"/>
        <w:rPr>
          <w:rFonts w:ascii="Times New Roman" w:hAnsi="Times New Roman"/>
          <w:color w:val="000000" w:themeColor="text1"/>
          <w:sz w:val="24"/>
          <w:szCs w:val="24"/>
        </w:rPr>
      </w:pPr>
    </w:p>
    <w:p w14:paraId="5792B15C" w14:textId="77777777" w:rsidR="00046C85" w:rsidRDefault="00046C85" w:rsidP="00046C85">
      <w:pPr>
        <w:tabs>
          <w:tab w:val="left" w:pos="708"/>
        </w:tabs>
        <w:spacing w:after="0"/>
        <w:jc w:val="both"/>
        <w:rPr>
          <w:rFonts w:ascii="Times New Roman" w:hAnsi="Times New Roman" w:cs="Times New Roman"/>
          <w:b/>
          <w:color w:val="000000" w:themeColor="text1"/>
          <w:sz w:val="24"/>
          <w:szCs w:val="24"/>
        </w:rPr>
      </w:pPr>
    </w:p>
    <w:p w14:paraId="31AAED0A" w14:textId="77777777" w:rsidR="008A41DE" w:rsidRPr="008A41DE" w:rsidRDefault="008A41DE" w:rsidP="00046C85">
      <w:pPr>
        <w:tabs>
          <w:tab w:val="left" w:pos="708"/>
        </w:tabs>
        <w:spacing w:after="0"/>
        <w:jc w:val="both"/>
        <w:rPr>
          <w:rFonts w:ascii="Times New Roman" w:hAnsi="Times New Roman" w:cs="Times New Roman"/>
          <w:b/>
          <w:color w:val="000000" w:themeColor="text1"/>
          <w:sz w:val="24"/>
          <w:szCs w:val="24"/>
        </w:rPr>
      </w:pPr>
      <w:r w:rsidRPr="008A41DE">
        <w:rPr>
          <w:rFonts w:ascii="Times New Roman" w:hAnsi="Times New Roman" w:cs="Times New Roman"/>
          <w:b/>
          <w:color w:val="000000" w:themeColor="text1"/>
          <w:sz w:val="24"/>
          <w:szCs w:val="24"/>
        </w:rPr>
        <w:t>«РАССМОТРЕНО»</w:t>
      </w:r>
    </w:p>
    <w:p w14:paraId="05547194" w14:textId="77777777" w:rsidR="008A41DE" w:rsidRPr="008A41DE" w:rsidRDefault="008A41DE" w:rsidP="00046C85">
      <w:pPr>
        <w:tabs>
          <w:tab w:val="left" w:pos="708"/>
        </w:tabs>
        <w:spacing w:after="0"/>
        <w:jc w:val="both"/>
        <w:rPr>
          <w:rFonts w:ascii="Times New Roman" w:hAnsi="Times New Roman" w:cs="Times New Roman"/>
          <w:color w:val="000000" w:themeColor="text1"/>
          <w:sz w:val="24"/>
          <w:szCs w:val="24"/>
        </w:rPr>
      </w:pPr>
      <w:r w:rsidRPr="008A41DE">
        <w:rPr>
          <w:rFonts w:ascii="Times New Roman" w:hAnsi="Times New Roman" w:cs="Times New Roman"/>
          <w:color w:val="000000" w:themeColor="text1"/>
          <w:sz w:val="24"/>
          <w:szCs w:val="24"/>
        </w:rPr>
        <w:t xml:space="preserve"> на заседании педсовета                                                                                                                </w:t>
      </w:r>
    </w:p>
    <w:p w14:paraId="1395DF2F" w14:textId="77777777" w:rsidR="008A41DE" w:rsidRPr="008A41DE" w:rsidRDefault="008A41DE" w:rsidP="00046C85">
      <w:pPr>
        <w:tabs>
          <w:tab w:val="left" w:pos="708"/>
        </w:tabs>
        <w:spacing w:after="0"/>
        <w:jc w:val="both"/>
        <w:rPr>
          <w:rFonts w:ascii="Times New Roman" w:hAnsi="Times New Roman" w:cs="Times New Roman"/>
          <w:color w:val="000000" w:themeColor="text1"/>
          <w:sz w:val="24"/>
          <w:szCs w:val="24"/>
        </w:rPr>
      </w:pPr>
      <w:r w:rsidRPr="008A41DE">
        <w:rPr>
          <w:rFonts w:ascii="Times New Roman" w:hAnsi="Times New Roman" w:cs="Times New Roman"/>
          <w:color w:val="000000" w:themeColor="text1"/>
          <w:sz w:val="24"/>
          <w:szCs w:val="24"/>
        </w:rPr>
        <w:t xml:space="preserve"> Протокол №</w:t>
      </w:r>
      <w:r w:rsidR="003A6417">
        <w:rPr>
          <w:rFonts w:ascii="Times New Roman" w:hAnsi="Times New Roman" w:cs="Times New Roman"/>
          <w:color w:val="000000" w:themeColor="text1"/>
          <w:sz w:val="24"/>
          <w:szCs w:val="24"/>
        </w:rPr>
        <w:t>1</w:t>
      </w:r>
      <w:r w:rsidRPr="008A41DE">
        <w:rPr>
          <w:rFonts w:ascii="Times New Roman" w:hAnsi="Times New Roman" w:cs="Times New Roman"/>
          <w:color w:val="000000" w:themeColor="text1"/>
          <w:sz w:val="24"/>
          <w:szCs w:val="24"/>
        </w:rPr>
        <w:t xml:space="preserve">    </w:t>
      </w:r>
    </w:p>
    <w:p w14:paraId="779FCC30" w14:textId="77777777" w:rsidR="008A41DE" w:rsidRPr="008A41DE" w:rsidRDefault="003A6417" w:rsidP="00046C85">
      <w:pPr>
        <w:tabs>
          <w:tab w:val="left" w:pos="708"/>
        </w:tabs>
        <w:spacing w:after="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от « 30  » 08  </w:t>
      </w:r>
      <w:r w:rsidR="008A41DE" w:rsidRPr="008A41DE">
        <w:rPr>
          <w:rFonts w:ascii="Times New Roman" w:hAnsi="Times New Roman" w:cs="Times New Roman"/>
          <w:color w:val="000000" w:themeColor="text1"/>
          <w:sz w:val="24"/>
          <w:szCs w:val="24"/>
        </w:rPr>
        <w:t xml:space="preserve">2023 г.                                                                                                                         </w:t>
      </w:r>
    </w:p>
    <w:p w14:paraId="48693D88" w14:textId="77777777" w:rsidR="00046C85" w:rsidRDefault="00046C85" w:rsidP="00046C85">
      <w:pPr>
        <w:tabs>
          <w:tab w:val="left" w:pos="708"/>
        </w:tabs>
        <w:spacing w:after="0"/>
        <w:jc w:val="both"/>
        <w:rPr>
          <w:rFonts w:ascii="Times New Roman" w:hAnsi="Times New Roman" w:cs="Times New Roman"/>
          <w:b/>
          <w:color w:val="000000" w:themeColor="text1"/>
          <w:sz w:val="24"/>
          <w:szCs w:val="24"/>
        </w:rPr>
      </w:pPr>
    </w:p>
    <w:p w14:paraId="086A5A0F" w14:textId="77777777" w:rsidR="00046C85" w:rsidRDefault="00046C85" w:rsidP="00046C85">
      <w:pPr>
        <w:tabs>
          <w:tab w:val="left" w:pos="708"/>
        </w:tabs>
        <w:spacing w:after="0"/>
        <w:jc w:val="both"/>
        <w:rPr>
          <w:rFonts w:ascii="Times New Roman" w:hAnsi="Times New Roman" w:cs="Times New Roman"/>
          <w:b/>
          <w:color w:val="000000" w:themeColor="text1"/>
          <w:sz w:val="24"/>
          <w:szCs w:val="24"/>
        </w:rPr>
      </w:pPr>
    </w:p>
    <w:p w14:paraId="730DA825" w14:textId="77777777" w:rsidR="00046C85" w:rsidRDefault="00046C85" w:rsidP="00046C85">
      <w:pPr>
        <w:tabs>
          <w:tab w:val="left" w:pos="708"/>
        </w:tabs>
        <w:spacing w:after="0"/>
        <w:jc w:val="both"/>
        <w:rPr>
          <w:rFonts w:ascii="Times New Roman" w:hAnsi="Times New Roman" w:cs="Times New Roman"/>
          <w:b/>
          <w:color w:val="000000" w:themeColor="text1"/>
          <w:sz w:val="24"/>
          <w:szCs w:val="24"/>
        </w:rPr>
      </w:pPr>
    </w:p>
    <w:p w14:paraId="6DF88435" w14:textId="77777777" w:rsidR="00046C85" w:rsidRDefault="00046C85" w:rsidP="00046C85">
      <w:pPr>
        <w:tabs>
          <w:tab w:val="left" w:pos="708"/>
        </w:tabs>
        <w:spacing w:after="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14:paraId="71F4CD54" w14:textId="77777777" w:rsidR="0068550C" w:rsidRDefault="0068550C" w:rsidP="00046C85">
      <w:pPr>
        <w:tabs>
          <w:tab w:val="left" w:pos="708"/>
        </w:tabs>
        <w:spacing w:after="0"/>
        <w:jc w:val="both"/>
        <w:rPr>
          <w:rFonts w:ascii="Times New Roman" w:hAnsi="Times New Roman" w:cs="Times New Roman"/>
          <w:b/>
          <w:color w:val="000000" w:themeColor="text1"/>
          <w:sz w:val="24"/>
          <w:szCs w:val="24"/>
        </w:rPr>
      </w:pPr>
    </w:p>
    <w:p w14:paraId="5775F4E4" w14:textId="77777777" w:rsidR="008A41DE" w:rsidRPr="008A41DE" w:rsidRDefault="008A41DE" w:rsidP="00046C85">
      <w:pPr>
        <w:tabs>
          <w:tab w:val="left" w:pos="708"/>
        </w:tabs>
        <w:spacing w:after="0"/>
        <w:jc w:val="both"/>
        <w:rPr>
          <w:rFonts w:ascii="Times New Roman" w:hAnsi="Times New Roman" w:cs="Times New Roman"/>
          <w:color w:val="000000" w:themeColor="text1"/>
          <w:sz w:val="24"/>
          <w:szCs w:val="24"/>
        </w:rPr>
      </w:pPr>
      <w:r w:rsidRPr="008A41DE">
        <w:rPr>
          <w:rFonts w:ascii="Times New Roman" w:hAnsi="Times New Roman" w:cs="Times New Roman"/>
          <w:b/>
          <w:color w:val="000000" w:themeColor="text1"/>
          <w:sz w:val="24"/>
          <w:szCs w:val="24"/>
        </w:rPr>
        <w:t>«СОГЛАСОВАНО»</w:t>
      </w:r>
      <w:r w:rsidRPr="008A41DE">
        <w:rPr>
          <w:rFonts w:ascii="Times New Roman" w:hAnsi="Times New Roman" w:cs="Times New Roman"/>
          <w:color w:val="000000" w:themeColor="text1"/>
          <w:sz w:val="24"/>
          <w:szCs w:val="24"/>
        </w:rPr>
        <w:t xml:space="preserve">                                                                                                                                                                     Заместитель директора по УВР</w:t>
      </w:r>
    </w:p>
    <w:p w14:paraId="6340C5E3" w14:textId="77777777" w:rsidR="008A41DE" w:rsidRPr="008A41DE" w:rsidRDefault="008A41DE" w:rsidP="00046C85">
      <w:pPr>
        <w:tabs>
          <w:tab w:val="left" w:pos="708"/>
        </w:tabs>
        <w:spacing w:after="0"/>
        <w:jc w:val="both"/>
        <w:rPr>
          <w:rFonts w:ascii="Times New Roman" w:hAnsi="Times New Roman" w:cs="Times New Roman"/>
          <w:color w:val="000000" w:themeColor="text1"/>
          <w:sz w:val="24"/>
          <w:szCs w:val="24"/>
        </w:rPr>
      </w:pPr>
      <w:proofErr w:type="spellStart"/>
      <w:r w:rsidRPr="008A41DE">
        <w:rPr>
          <w:rFonts w:ascii="Times New Roman" w:hAnsi="Times New Roman" w:cs="Times New Roman"/>
          <w:color w:val="000000" w:themeColor="text1"/>
          <w:sz w:val="24"/>
          <w:szCs w:val="24"/>
        </w:rPr>
        <w:t>Чубараева</w:t>
      </w:r>
      <w:proofErr w:type="spellEnd"/>
      <w:r w:rsidRPr="008A41DE">
        <w:rPr>
          <w:rFonts w:ascii="Times New Roman" w:hAnsi="Times New Roman" w:cs="Times New Roman"/>
          <w:color w:val="000000" w:themeColor="text1"/>
          <w:sz w:val="24"/>
          <w:szCs w:val="24"/>
        </w:rPr>
        <w:t xml:space="preserve"> З.С./          /</w:t>
      </w:r>
    </w:p>
    <w:p w14:paraId="46F4875B" w14:textId="77777777" w:rsidR="007B3DB9" w:rsidRPr="007B3DB9" w:rsidRDefault="003A6417" w:rsidP="007B3DB9">
      <w:pPr>
        <w:tabs>
          <w:tab w:val="left" w:pos="708"/>
        </w:tabs>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30</w:t>
      </w:r>
      <w:r w:rsidR="007B3DB9" w:rsidRPr="007B3DB9">
        <w:rPr>
          <w:rFonts w:ascii="Times New Roman" w:eastAsia="Times New Roman" w:hAnsi="Times New Roman" w:cs="Times New Roman"/>
          <w:color w:val="000000" w:themeColor="text1"/>
          <w:sz w:val="24"/>
          <w:szCs w:val="24"/>
          <w:lang w:eastAsia="ru-RU"/>
        </w:rPr>
        <w:t xml:space="preserve">  »  </w:t>
      </w:r>
      <w:r>
        <w:rPr>
          <w:rFonts w:ascii="Times New Roman" w:eastAsia="Times New Roman" w:hAnsi="Times New Roman" w:cs="Times New Roman"/>
          <w:color w:val="000000" w:themeColor="text1"/>
          <w:sz w:val="24"/>
          <w:szCs w:val="24"/>
          <w:lang w:eastAsia="ru-RU"/>
        </w:rPr>
        <w:t xml:space="preserve">08   </w:t>
      </w:r>
      <w:r w:rsidR="007B3DB9" w:rsidRPr="007B3DB9">
        <w:rPr>
          <w:rFonts w:ascii="Times New Roman" w:eastAsia="Times New Roman" w:hAnsi="Times New Roman" w:cs="Times New Roman"/>
          <w:color w:val="000000" w:themeColor="text1"/>
          <w:sz w:val="24"/>
          <w:szCs w:val="24"/>
          <w:lang w:eastAsia="ru-RU"/>
        </w:rPr>
        <w:t xml:space="preserve">2023 г.                                                                         </w:t>
      </w:r>
    </w:p>
    <w:p w14:paraId="2DF98B7F" w14:textId="77777777" w:rsidR="008A41DE" w:rsidRDefault="008A41DE" w:rsidP="00046C85">
      <w:pPr>
        <w:tabs>
          <w:tab w:val="left" w:pos="708"/>
        </w:tabs>
        <w:spacing w:after="0"/>
        <w:contextualSpacing/>
        <w:jc w:val="center"/>
        <w:rPr>
          <w:rFonts w:ascii="Times New Roman" w:hAnsi="Times New Roman" w:cs="Times New Roman"/>
          <w:color w:val="000000" w:themeColor="text1"/>
          <w:sz w:val="24"/>
          <w:szCs w:val="24"/>
        </w:rPr>
      </w:pPr>
    </w:p>
    <w:p w14:paraId="59694E05" w14:textId="77777777" w:rsidR="008A41DE" w:rsidRDefault="008A41DE" w:rsidP="00046C85">
      <w:pPr>
        <w:tabs>
          <w:tab w:val="left" w:pos="708"/>
        </w:tabs>
        <w:spacing w:after="0"/>
        <w:contextualSpacing/>
        <w:jc w:val="center"/>
        <w:rPr>
          <w:rFonts w:ascii="Times New Roman" w:hAnsi="Times New Roman" w:cs="Times New Roman"/>
          <w:color w:val="000000" w:themeColor="text1"/>
          <w:sz w:val="24"/>
          <w:szCs w:val="24"/>
        </w:rPr>
      </w:pPr>
    </w:p>
    <w:p w14:paraId="37E2E936" w14:textId="77777777" w:rsidR="008A41DE" w:rsidRDefault="008A41DE" w:rsidP="00046C85">
      <w:pPr>
        <w:tabs>
          <w:tab w:val="left" w:pos="708"/>
        </w:tabs>
        <w:spacing w:after="0"/>
        <w:contextualSpacing/>
        <w:jc w:val="center"/>
        <w:rPr>
          <w:rFonts w:ascii="Times New Roman" w:hAnsi="Times New Roman" w:cs="Times New Roman"/>
          <w:color w:val="000000" w:themeColor="text1"/>
          <w:sz w:val="24"/>
          <w:szCs w:val="24"/>
        </w:rPr>
      </w:pPr>
    </w:p>
    <w:p w14:paraId="17199CD4" w14:textId="77777777" w:rsidR="00046C85" w:rsidRDefault="00046C85" w:rsidP="00046C85">
      <w:pPr>
        <w:tabs>
          <w:tab w:val="left" w:pos="708"/>
        </w:tabs>
        <w:spacing w:after="0"/>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 </w:t>
      </w:r>
    </w:p>
    <w:p w14:paraId="4CA22D2F" w14:textId="77777777" w:rsidR="008A41DE" w:rsidRPr="008A41DE" w:rsidRDefault="008A41DE" w:rsidP="00046C85">
      <w:pPr>
        <w:tabs>
          <w:tab w:val="left" w:pos="708"/>
        </w:tabs>
        <w:spacing w:after="0"/>
        <w:rPr>
          <w:rFonts w:ascii="Times New Roman" w:hAnsi="Times New Roman" w:cs="Times New Roman"/>
          <w:color w:val="000000" w:themeColor="text1"/>
          <w:sz w:val="24"/>
          <w:szCs w:val="24"/>
        </w:rPr>
      </w:pPr>
      <w:r w:rsidRPr="008A41DE">
        <w:rPr>
          <w:rFonts w:ascii="Times New Roman" w:hAnsi="Times New Roman" w:cs="Times New Roman"/>
          <w:b/>
          <w:color w:val="000000" w:themeColor="text1"/>
          <w:sz w:val="24"/>
          <w:szCs w:val="24"/>
        </w:rPr>
        <w:t>«УТВЕРЖДЕНО»</w:t>
      </w:r>
      <w:r w:rsidRPr="008A41DE">
        <w:rPr>
          <w:rFonts w:ascii="Times New Roman" w:hAnsi="Times New Roman" w:cs="Times New Roman"/>
          <w:color w:val="000000" w:themeColor="text1"/>
          <w:sz w:val="24"/>
          <w:szCs w:val="24"/>
        </w:rPr>
        <w:t xml:space="preserve"> Директор                                                                                                                                  Хуснутдинов Р.Х./          /   Приказ № </w:t>
      </w:r>
      <w:r w:rsidR="00F0059B">
        <w:rPr>
          <w:rFonts w:ascii="Times New Roman" w:hAnsi="Times New Roman" w:cs="Times New Roman"/>
          <w:color w:val="000000" w:themeColor="text1"/>
          <w:sz w:val="24"/>
          <w:szCs w:val="24"/>
        </w:rPr>
        <w:t>33</w:t>
      </w:r>
      <w:r w:rsidRPr="008A41DE">
        <w:rPr>
          <w:rFonts w:ascii="Times New Roman" w:hAnsi="Times New Roman" w:cs="Times New Roman"/>
          <w:color w:val="000000" w:themeColor="text1"/>
          <w:sz w:val="24"/>
          <w:szCs w:val="24"/>
        </w:rPr>
        <w:t xml:space="preserve">                                                                                                                          от « </w:t>
      </w:r>
      <w:r w:rsidR="003A6417">
        <w:rPr>
          <w:rFonts w:ascii="Times New Roman" w:hAnsi="Times New Roman" w:cs="Times New Roman"/>
          <w:color w:val="000000" w:themeColor="text1"/>
          <w:sz w:val="24"/>
          <w:szCs w:val="24"/>
        </w:rPr>
        <w:t xml:space="preserve">30  » </w:t>
      </w:r>
      <w:r w:rsidRPr="008A41DE">
        <w:rPr>
          <w:rFonts w:ascii="Times New Roman" w:hAnsi="Times New Roman" w:cs="Times New Roman"/>
          <w:color w:val="000000" w:themeColor="text1"/>
          <w:sz w:val="24"/>
          <w:szCs w:val="24"/>
        </w:rPr>
        <w:t xml:space="preserve"> </w:t>
      </w:r>
      <w:r w:rsidR="003A6417">
        <w:rPr>
          <w:rFonts w:ascii="Times New Roman" w:hAnsi="Times New Roman" w:cs="Times New Roman"/>
          <w:color w:val="000000" w:themeColor="text1"/>
          <w:sz w:val="24"/>
          <w:szCs w:val="24"/>
        </w:rPr>
        <w:t xml:space="preserve">08 </w:t>
      </w:r>
      <w:r w:rsidRPr="008A41DE">
        <w:rPr>
          <w:rFonts w:ascii="Times New Roman" w:hAnsi="Times New Roman" w:cs="Times New Roman"/>
          <w:color w:val="000000" w:themeColor="text1"/>
          <w:sz w:val="24"/>
          <w:szCs w:val="24"/>
        </w:rPr>
        <w:t xml:space="preserve">  2023 г.</w:t>
      </w:r>
    </w:p>
    <w:p w14:paraId="04AC3873" w14:textId="77777777" w:rsidR="008A41DE" w:rsidRPr="008A41DE" w:rsidRDefault="008A41DE" w:rsidP="00046C85">
      <w:pPr>
        <w:spacing w:after="0" w:line="240" w:lineRule="auto"/>
        <w:rPr>
          <w:rFonts w:ascii="Times New Roman" w:eastAsia="Times New Roman" w:hAnsi="Times New Roman" w:cs="Times New Roman"/>
          <w:b/>
          <w:bCs/>
          <w:caps/>
          <w:color w:val="000000"/>
          <w:szCs w:val="21"/>
          <w:lang w:eastAsia="ru-RU"/>
        </w:rPr>
        <w:sectPr w:rsidR="008A41DE" w:rsidRPr="008A41DE" w:rsidSect="008A41DE">
          <w:type w:val="continuous"/>
          <w:pgSz w:w="11906" w:h="16838"/>
          <w:pgMar w:top="1134" w:right="1134" w:bottom="1134" w:left="1134" w:header="709" w:footer="709" w:gutter="0"/>
          <w:cols w:num="3" w:space="720"/>
          <w:docGrid w:linePitch="326"/>
        </w:sectPr>
      </w:pPr>
    </w:p>
    <w:p w14:paraId="5DFE351E" w14:textId="77777777" w:rsidR="008A41DE" w:rsidRPr="008A41DE" w:rsidRDefault="008A41DE" w:rsidP="00046C85">
      <w:pPr>
        <w:tabs>
          <w:tab w:val="left" w:pos="708"/>
        </w:tabs>
        <w:spacing w:after="0" w:line="240" w:lineRule="auto"/>
        <w:contextualSpacing/>
        <w:rPr>
          <w:rFonts w:ascii="Times New Roman" w:hAnsi="Times New Roman"/>
          <w:color w:val="000000" w:themeColor="text1"/>
          <w:sz w:val="24"/>
          <w:szCs w:val="24"/>
        </w:rPr>
        <w:sectPr w:rsidR="008A41DE" w:rsidRPr="008A41DE" w:rsidSect="008A41DE">
          <w:type w:val="continuous"/>
          <w:pgSz w:w="11906" w:h="16838"/>
          <w:pgMar w:top="1134" w:right="1134" w:bottom="1134" w:left="1134" w:header="709" w:footer="709" w:gutter="0"/>
          <w:cols w:space="720"/>
          <w:docGrid w:linePitch="326"/>
        </w:sectPr>
      </w:pPr>
    </w:p>
    <w:p w14:paraId="7C48B994"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0D04625F" w14:textId="77777777" w:rsidR="008D2EAE" w:rsidRPr="008D2EAE" w:rsidRDefault="008D2EAE" w:rsidP="008D2EAE">
      <w:pPr>
        <w:spacing w:beforeAutospacing="1" w:after="0" w:line="240" w:lineRule="auto"/>
        <w:jc w:val="center"/>
        <w:rPr>
          <w:rFonts w:ascii="Times New Roman" w:eastAsia="Times New Roman" w:hAnsi="Times New Roman" w:cs="Times New Roman"/>
          <w:color w:val="333333"/>
          <w:sz w:val="21"/>
          <w:szCs w:val="21"/>
          <w:lang w:eastAsia="ru-RU"/>
        </w:rPr>
      </w:pPr>
      <w:r w:rsidRPr="008D2EAE">
        <w:rPr>
          <w:rFonts w:ascii="Times New Roman" w:eastAsia="Times New Roman" w:hAnsi="Times New Roman" w:cs="Times New Roman"/>
          <w:b/>
          <w:bCs/>
          <w:color w:val="000000"/>
          <w:sz w:val="32"/>
          <w:szCs w:val="32"/>
          <w:lang w:eastAsia="ru-RU"/>
        </w:rPr>
        <w:t>РАБОЧАЯ ПРОГРАММА</w:t>
      </w:r>
    </w:p>
    <w:p w14:paraId="7C3E96DF" w14:textId="77777777" w:rsidR="008D2EAE" w:rsidRPr="008D2EAE" w:rsidRDefault="008D2EAE" w:rsidP="008D2EAE">
      <w:pPr>
        <w:spacing w:beforeAutospacing="1" w:after="0" w:line="240" w:lineRule="auto"/>
        <w:jc w:val="center"/>
        <w:rPr>
          <w:rFonts w:ascii="Times New Roman" w:eastAsia="Times New Roman" w:hAnsi="Times New Roman" w:cs="Times New Roman"/>
          <w:color w:val="333333"/>
          <w:sz w:val="21"/>
          <w:szCs w:val="21"/>
          <w:lang w:eastAsia="ru-RU"/>
        </w:rPr>
      </w:pPr>
      <w:r w:rsidRPr="008D2EAE">
        <w:rPr>
          <w:rFonts w:ascii="Times New Roman" w:eastAsia="Times New Roman" w:hAnsi="Times New Roman" w:cs="Times New Roman"/>
          <w:color w:val="000000"/>
          <w:sz w:val="32"/>
          <w:szCs w:val="32"/>
          <w:lang w:eastAsia="ru-RU"/>
        </w:rPr>
        <w:t>(ID 3525839)</w:t>
      </w:r>
    </w:p>
    <w:p w14:paraId="082EEA57"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0AE0D2DE" w14:textId="77777777" w:rsidR="008D2EAE" w:rsidRPr="008D2EAE" w:rsidRDefault="008D2EAE" w:rsidP="008D2EAE">
      <w:pPr>
        <w:spacing w:beforeAutospacing="1" w:after="0" w:line="240" w:lineRule="auto"/>
        <w:rPr>
          <w:rFonts w:ascii="Times New Roman" w:eastAsia="Times New Roman" w:hAnsi="Times New Roman" w:cs="Times New Roman"/>
          <w:color w:val="333333"/>
          <w:sz w:val="21"/>
          <w:szCs w:val="21"/>
          <w:lang w:eastAsia="ru-RU"/>
        </w:rPr>
      </w:pPr>
      <w:r w:rsidRPr="008D2EAE">
        <w:rPr>
          <w:rFonts w:ascii="Times New Roman" w:eastAsia="Times New Roman" w:hAnsi="Times New Roman" w:cs="Times New Roman"/>
          <w:b/>
          <w:bCs/>
          <w:color w:val="000000"/>
          <w:sz w:val="36"/>
          <w:szCs w:val="36"/>
          <w:lang w:eastAsia="ru-RU"/>
        </w:rPr>
        <w:t>учебного предмета «Физическая культура» (Вариант 2)</w:t>
      </w:r>
    </w:p>
    <w:p w14:paraId="6E063828" w14:textId="77777777" w:rsidR="008A41DE" w:rsidRPr="008D2EAE" w:rsidRDefault="008D2EAE" w:rsidP="008D2EAE">
      <w:pPr>
        <w:spacing w:beforeAutospacing="1" w:after="0" w:line="240" w:lineRule="auto"/>
        <w:jc w:val="center"/>
        <w:rPr>
          <w:rFonts w:ascii="Times New Roman" w:eastAsia="Times New Roman" w:hAnsi="Times New Roman" w:cs="Times New Roman"/>
          <w:color w:val="333333"/>
          <w:sz w:val="21"/>
          <w:szCs w:val="21"/>
          <w:lang w:eastAsia="ru-RU"/>
        </w:rPr>
      </w:pPr>
      <w:r w:rsidRPr="008D2EAE">
        <w:rPr>
          <w:rFonts w:ascii="Times New Roman" w:eastAsia="Times New Roman" w:hAnsi="Times New Roman" w:cs="Times New Roman"/>
          <w:color w:val="000000"/>
          <w:sz w:val="32"/>
          <w:szCs w:val="32"/>
          <w:lang w:eastAsia="ru-RU"/>
        </w:rPr>
        <w:t>для обучающихся 1 </w:t>
      </w:r>
      <w:r w:rsidRPr="008D2EAE">
        <w:rPr>
          <w:rFonts w:ascii="Times New Roman" w:eastAsia="Times New Roman" w:hAnsi="Times New Roman" w:cs="Times New Roman"/>
          <w:color w:val="000000"/>
          <w:sz w:val="28"/>
          <w:szCs w:val="28"/>
          <w:lang w:eastAsia="ru-RU"/>
        </w:rPr>
        <w:t>– </w:t>
      </w:r>
      <w:r w:rsidRPr="008D2EAE">
        <w:rPr>
          <w:rFonts w:ascii="Times New Roman" w:eastAsia="Times New Roman" w:hAnsi="Times New Roman" w:cs="Times New Roman"/>
          <w:color w:val="000000"/>
          <w:sz w:val="32"/>
          <w:szCs w:val="32"/>
          <w:lang w:eastAsia="ru-RU"/>
        </w:rPr>
        <w:t>4 классов</w:t>
      </w:r>
    </w:p>
    <w:p w14:paraId="7FA5487E"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02DB149F"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29B2BB34"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48C49083" w14:textId="77777777" w:rsidR="008A41DE" w:rsidRDefault="008A41DE" w:rsidP="00046C85">
      <w:pPr>
        <w:jc w:val="center"/>
        <w:rPr>
          <w:rFonts w:ascii="Times New Roman" w:hAnsi="Times New Roman"/>
          <w:b/>
          <w:color w:val="000000" w:themeColor="text1"/>
          <w:sz w:val="32"/>
          <w:szCs w:val="24"/>
        </w:rPr>
      </w:pPr>
    </w:p>
    <w:p w14:paraId="37E8BB2C" w14:textId="77777777" w:rsidR="00D61F97" w:rsidRDefault="00D61F97" w:rsidP="00046C85">
      <w:pPr>
        <w:jc w:val="center"/>
        <w:rPr>
          <w:rFonts w:ascii="Times New Roman" w:hAnsi="Times New Roman"/>
          <w:b/>
          <w:color w:val="000000" w:themeColor="text1"/>
          <w:sz w:val="32"/>
          <w:szCs w:val="24"/>
        </w:rPr>
      </w:pPr>
    </w:p>
    <w:p w14:paraId="766148B2" w14:textId="77777777" w:rsidR="00D61F97" w:rsidRDefault="00D61F97" w:rsidP="008D2EAE">
      <w:pPr>
        <w:rPr>
          <w:rFonts w:ascii="Times New Roman" w:hAnsi="Times New Roman"/>
          <w:b/>
          <w:color w:val="000000" w:themeColor="text1"/>
          <w:sz w:val="32"/>
          <w:szCs w:val="24"/>
        </w:rPr>
      </w:pPr>
    </w:p>
    <w:p w14:paraId="54A128BF" w14:textId="2E949192" w:rsidR="008D2EAE" w:rsidRPr="000E0083" w:rsidRDefault="00335125" w:rsidP="008D2EAE">
      <w:pPr>
        <w:spacing w:after="0" w:line="240" w:lineRule="auto"/>
        <w:ind w:firstLine="227"/>
        <w:jc w:val="right"/>
        <w:rPr>
          <w:rFonts w:ascii="Times New Roman" w:hAnsi="Times New Roman" w:cs="Times New Roman"/>
          <w:sz w:val="28"/>
          <w:szCs w:val="28"/>
        </w:rPr>
      </w:pPr>
      <w:r>
        <w:rPr>
          <w:rFonts w:ascii="Times New Roman" w:hAnsi="Times New Roman" w:cs="Times New Roman"/>
          <w:sz w:val="28"/>
          <w:szCs w:val="28"/>
        </w:rPr>
        <w:t xml:space="preserve"> </w:t>
      </w:r>
    </w:p>
    <w:p w14:paraId="45A5166E" w14:textId="77777777" w:rsidR="00D61F97" w:rsidRDefault="00D61F97" w:rsidP="00046C85">
      <w:pPr>
        <w:jc w:val="center"/>
        <w:rPr>
          <w:rFonts w:ascii="Times New Roman" w:hAnsi="Times New Roman"/>
          <w:b/>
          <w:color w:val="000000" w:themeColor="text1"/>
          <w:sz w:val="32"/>
          <w:szCs w:val="24"/>
        </w:rPr>
      </w:pPr>
    </w:p>
    <w:p w14:paraId="695A5B24" w14:textId="77777777" w:rsidR="00D61F97" w:rsidRDefault="00D61F97" w:rsidP="00046C85">
      <w:pPr>
        <w:jc w:val="center"/>
        <w:rPr>
          <w:rFonts w:ascii="Times New Roman" w:hAnsi="Times New Roman"/>
          <w:b/>
          <w:color w:val="000000" w:themeColor="text1"/>
          <w:sz w:val="32"/>
          <w:szCs w:val="24"/>
        </w:rPr>
      </w:pPr>
    </w:p>
    <w:p w14:paraId="4A676478" w14:textId="77777777" w:rsidR="00D61F97" w:rsidRDefault="00D61F97" w:rsidP="00046C85">
      <w:pPr>
        <w:jc w:val="center"/>
        <w:rPr>
          <w:rFonts w:ascii="Times New Roman" w:hAnsi="Times New Roman"/>
          <w:b/>
          <w:color w:val="000000" w:themeColor="text1"/>
          <w:sz w:val="32"/>
          <w:szCs w:val="24"/>
        </w:rPr>
      </w:pPr>
    </w:p>
    <w:p w14:paraId="7B863B1D" w14:textId="77777777" w:rsidR="00D61F97" w:rsidRDefault="00D61F97" w:rsidP="00046C85">
      <w:pPr>
        <w:jc w:val="center"/>
        <w:rPr>
          <w:rFonts w:ascii="Times New Roman" w:hAnsi="Times New Roman"/>
          <w:b/>
          <w:color w:val="000000" w:themeColor="text1"/>
          <w:sz w:val="32"/>
          <w:szCs w:val="24"/>
        </w:rPr>
      </w:pPr>
    </w:p>
    <w:p w14:paraId="6796BA79" w14:textId="77777777" w:rsidR="003F2DFE" w:rsidRDefault="003F2DFE" w:rsidP="00046C85">
      <w:pPr>
        <w:jc w:val="center"/>
        <w:rPr>
          <w:rFonts w:ascii="Times New Roman" w:hAnsi="Times New Roman"/>
          <w:color w:val="000000" w:themeColor="text1"/>
          <w:sz w:val="28"/>
          <w:szCs w:val="24"/>
        </w:rPr>
      </w:pPr>
    </w:p>
    <w:p w14:paraId="1C7CA660" w14:textId="77777777" w:rsidR="003F2DFE" w:rsidRDefault="003F2DFE" w:rsidP="00046C85">
      <w:pPr>
        <w:jc w:val="center"/>
        <w:rPr>
          <w:rFonts w:ascii="Times New Roman" w:hAnsi="Times New Roman"/>
          <w:color w:val="000000" w:themeColor="text1"/>
          <w:sz w:val="28"/>
          <w:szCs w:val="24"/>
        </w:rPr>
      </w:pPr>
    </w:p>
    <w:p w14:paraId="7507725C" w14:textId="77777777" w:rsidR="00D61F97" w:rsidRPr="008D2EAE" w:rsidRDefault="008D2EAE" w:rsidP="00046C85">
      <w:pPr>
        <w:jc w:val="center"/>
        <w:rPr>
          <w:rFonts w:ascii="Times New Roman" w:hAnsi="Times New Roman"/>
          <w:color w:val="000000" w:themeColor="text1"/>
          <w:sz w:val="28"/>
          <w:szCs w:val="24"/>
        </w:rPr>
      </w:pPr>
      <w:proofErr w:type="spellStart"/>
      <w:r w:rsidRPr="008D2EAE">
        <w:rPr>
          <w:rFonts w:ascii="Times New Roman" w:hAnsi="Times New Roman"/>
          <w:color w:val="000000" w:themeColor="text1"/>
          <w:sz w:val="28"/>
          <w:szCs w:val="24"/>
        </w:rPr>
        <w:t>с.Умирово</w:t>
      </w:r>
      <w:proofErr w:type="spellEnd"/>
      <w:r w:rsidRPr="008D2EAE">
        <w:rPr>
          <w:rFonts w:ascii="Times New Roman" w:hAnsi="Times New Roman"/>
          <w:color w:val="000000" w:themeColor="text1"/>
          <w:sz w:val="28"/>
          <w:szCs w:val="24"/>
        </w:rPr>
        <w:t>, 2023</w:t>
      </w:r>
    </w:p>
    <w:p w14:paraId="39BB2A2F" w14:textId="77777777" w:rsidR="008D2EAE" w:rsidRPr="008D2EAE" w:rsidRDefault="008D2EAE" w:rsidP="008D2EAE">
      <w:pPr>
        <w:jc w:val="both"/>
        <w:rPr>
          <w:rStyle w:val="a8"/>
          <w:rFonts w:ascii="Times New Roman" w:hAnsi="Times New Roman" w:cs="Times New Roman"/>
          <w:color w:val="333333"/>
          <w:sz w:val="28"/>
          <w:shd w:val="clear" w:color="auto" w:fill="FFFFFF"/>
        </w:rPr>
      </w:pPr>
      <w:r w:rsidRPr="008D2EAE">
        <w:rPr>
          <w:rStyle w:val="a8"/>
          <w:rFonts w:ascii="Times New Roman" w:hAnsi="Times New Roman" w:cs="Times New Roman"/>
          <w:color w:val="333333"/>
          <w:sz w:val="28"/>
          <w:shd w:val="clear" w:color="auto" w:fill="FFFFFF"/>
        </w:rPr>
        <w:lastRenderedPageBreak/>
        <w:t>ПОЯСНИТЕЛЬНАЯ ЗАПИСКА</w:t>
      </w:r>
    </w:p>
    <w:p w14:paraId="5C4E232A"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14:paraId="3CA7F725"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14:paraId="12C12E12"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14:paraId="18112409"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14:paraId="64A02949"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8D2EAE">
        <w:rPr>
          <w:rFonts w:ascii="Times New Roman" w:hAnsi="Times New Roman"/>
          <w:color w:val="000000" w:themeColor="text1"/>
          <w:sz w:val="28"/>
          <w:szCs w:val="24"/>
        </w:rPr>
        <w:t>прикладно</w:t>
      </w:r>
      <w:proofErr w:type="spellEnd"/>
      <w:r w:rsidRPr="008D2EAE">
        <w:rPr>
          <w:rFonts w:ascii="Times New Roman" w:hAnsi="Times New Roman"/>
          <w:color w:val="000000" w:themeColor="text1"/>
          <w:sz w:val="28"/>
          <w:szCs w:val="24"/>
        </w:rPr>
        <w:t>-ориентированной направленности.</w:t>
      </w:r>
    </w:p>
    <w:p w14:paraId="6F5CC250"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w:t>
      </w:r>
      <w:r w:rsidRPr="008D2EAE">
        <w:rPr>
          <w:rFonts w:ascii="Times New Roman" w:hAnsi="Times New Roman"/>
          <w:color w:val="000000" w:themeColor="text1"/>
          <w:sz w:val="28"/>
          <w:szCs w:val="24"/>
        </w:rPr>
        <w:lastRenderedPageBreak/>
        <w:t>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14:paraId="54976D60"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14:paraId="504BCE85"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8D2EAE">
        <w:rPr>
          <w:rFonts w:ascii="Times New Roman" w:hAnsi="Times New Roman"/>
          <w:color w:val="000000" w:themeColor="text1"/>
          <w:sz w:val="28"/>
          <w:szCs w:val="24"/>
        </w:rPr>
        <w:t>операциональный</w:t>
      </w:r>
      <w:proofErr w:type="spellEnd"/>
      <w:r w:rsidRPr="008D2EAE">
        <w:rPr>
          <w:rFonts w:ascii="Times New Roman" w:hAnsi="Times New Roman"/>
          <w:color w:val="000000" w:themeColor="text1"/>
          <w:sz w:val="28"/>
          <w:szCs w:val="24"/>
        </w:rPr>
        <w:t xml:space="preserve"> и мотивационно-процессуальный компоненты, которые находят своё отражение в соответствующих дидактических линиях учебного предмета.</w:t>
      </w:r>
    </w:p>
    <w:p w14:paraId="073EAB92"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8D2EAE">
        <w:rPr>
          <w:rFonts w:ascii="Times New Roman" w:hAnsi="Times New Roman"/>
          <w:color w:val="000000" w:themeColor="text1"/>
          <w:sz w:val="28"/>
          <w:szCs w:val="24"/>
        </w:rPr>
        <w:t>Прикладно</w:t>
      </w:r>
      <w:proofErr w:type="spellEnd"/>
      <w:r w:rsidRPr="008D2EAE">
        <w:rPr>
          <w:rFonts w:ascii="Times New Roman" w:hAnsi="Times New Roman"/>
          <w:color w:val="000000" w:themeColor="text1"/>
          <w:sz w:val="28"/>
          <w:szCs w:val="24"/>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14:paraId="0A48BF0F"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Содержание модуля «</w:t>
      </w:r>
      <w:proofErr w:type="spellStart"/>
      <w:r w:rsidRPr="008D2EAE">
        <w:rPr>
          <w:rFonts w:ascii="Times New Roman" w:hAnsi="Times New Roman"/>
          <w:color w:val="000000" w:themeColor="text1"/>
          <w:sz w:val="28"/>
          <w:szCs w:val="24"/>
        </w:rPr>
        <w:t>Прикладно</w:t>
      </w:r>
      <w:proofErr w:type="spellEnd"/>
      <w:r w:rsidRPr="008D2EAE">
        <w:rPr>
          <w:rFonts w:ascii="Times New Roman" w:hAnsi="Times New Roman"/>
          <w:color w:val="000000" w:themeColor="text1"/>
          <w:sz w:val="28"/>
          <w:szCs w:val="24"/>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w:t>
      </w:r>
      <w:r w:rsidRPr="008D2EAE">
        <w:rPr>
          <w:rFonts w:ascii="Times New Roman" w:hAnsi="Times New Roman"/>
          <w:color w:val="000000" w:themeColor="text1"/>
          <w:sz w:val="28"/>
          <w:szCs w:val="24"/>
        </w:rPr>
        <w:lastRenderedPageBreak/>
        <w:t>Образовательные организации могут разрабатывать своё содержание для модуля «</w:t>
      </w:r>
      <w:proofErr w:type="spellStart"/>
      <w:r w:rsidRPr="008D2EAE">
        <w:rPr>
          <w:rFonts w:ascii="Times New Roman" w:hAnsi="Times New Roman"/>
          <w:color w:val="000000" w:themeColor="text1"/>
          <w:sz w:val="28"/>
          <w:szCs w:val="24"/>
        </w:rPr>
        <w:t>Прикладно</w:t>
      </w:r>
      <w:proofErr w:type="spellEnd"/>
      <w:r w:rsidRPr="008D2EAE">
        <w:rPr>
          <w:rFonts w:ascii="Times New Roman" w:hAnsi="Times New Roman"/>
          <w:color w:val="000000" w:themeColor="text1"/>
          <w:sz w:val="28"/>
          <w:szCs w:val="24"/>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14:paraId="23D64CB6"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14:paraId="6F49A6AD" w14:textId="77777777" w:rsidR="008D2EAE" w:rsidRP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Планируемые результаты включают в себя личностные, метапредметные и предметные результаты.</w:t>
      </w:r>
    </w:p>
    <w:p w14:paraId="778C1C67" w14:textId="77777777" w:rsidR="008D2EAE" w:rsidRDefault="008D2EAE" w:rsidP="008D2EAE">
      <w:pPr>
        <w:spacing w:after="0"/>
        <w:ind w:firstLine="708"/>
        <w:jc w:val="both"/>
        <w:rPr>
          <w:rFonts w:ascii="Times New Roman" w:hAnsi="Times New Roman"/>
          <w:color w:val="000000" w:themeColor="text1"/>
          <w:sz w:val="28"/>
          <w:szCs w:val="24"/>
        </w:rPr>
      </w:pPr>
      <w:r w:rsidRPr="008D2EAE">
        <w:rPr>
          <w:rFonts w:ascii="Times New Roman" w:hAnsi="Times New Roman"/>
          <w:color w:val="000000" w:themeColor="text1"/>
          <w:sz w:val="28"/>
          <w:szCs w:val="24"/>
        </w:rPr>
        <w:t>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w:t>
      </w:r>
    </w:p>
    <w:p w14:paraId="552A8870" w14:textId="77777777" w:rsidR="002B4778" w:rsidRPr="002B4778" w:rsidRDefault="002B4778" w:rsidP="008D2EAE">
      <w:pPr>
        <w:spacing w:after="0"/>
        <w:ind w:firstLine="708"/>
        <w:jc w:val="both"/>
        <w:rPr>
          <w:rFonts w:ascii="Times New Roman" w:hAnsi="Times New Roman" w:cs="Times New Roman"/>
          <w:sz w:val="36"/>
          <w:szCs w:val="24"/>
        </w:rPr>
      </w:pPr>
      <w:r w:rsidRPr="002B4778">
        <w:rPr>
          <w:rStyle w:val="placeholder-mask"/>
          <w:rFonts w:ascii="Times New Roman" w:hAnsi="Times New Roman" w:cs="Times New Roman"/>
          <w:sz w:val="28"/>
          <w:shd w:val="clear" w:color="auto" w:fill="FFFFFF"/>
        </w:rPr>
        <w:t>‌</w:t>
      </w:r>
      <w:r w:rsidRPr="002B4778">
        <w:rPr>
          <w:rStyle w:val="placeholder"/>
          <w:rFonts w:ascii="Times New Roman" w:hAnsi="Times New Roman" w:cs="Times New Roman"/>
          <w:sz w:val="28"/>
        </w:rPr>
        <w:t>Общее число часов для изучения физической культуры на уровне начального общ</w:t>
      </w:r>
      <w:r>
        <w:rPr>
          <w:rStyle w:val="placeholder"/>
          <w:rFonts w:ascii="Times New Roman" w:hAnsi="Times New Roman" w:cs="Times New Roman"/>
          <w:sz w:val="28"/>
        </w:rPr>
        <w:t>его образования составляет – 270 часов: в 1 классе – 66 часов (2</w:t>
      </w:r>
      <w:r w:rsidRPr="002B4778">
        <w:rPr>
          <w:rStyle w:val="placeholder"/>
          <w:rFonts w:ascii="Times New Roman" w:hAnsi="Times New Roman" w:cs="Times New Roman"/>
          <w:sz w:val="28"/>
        </w:rPr>
        <w:t xml:space="preserve"> ч</w:t>
      </w:r>
      <w:r>
        <w:rPr>
          <w:rStyle w:val="placeholder"/>
          <w:rFonts w:ascii="Times New Roman" w:hAnsi="Times New Roman" w:cs="Times New Roman"/>
          <w:sz w:val="28"/>
        </w:rPr>
        <w:t>аса в неделю), во 2 классе – 68 часа (2</w:t>
      </w:r>
      <w:r w:rsidRPr="002B4778">
        <w:rPr>
          <w:rStyle w:val="placeholder"/>
          <w:rFonts w:ascii="Times New Roman" w:hAnsi="Times New Roman" w:cs="Times New Roman"/>
          <w:sz w:val="28"/>
        </w:rPr>
        <w:t xml:space="preserve"> </w:t>
      </w:r>
      <w:r>
        <w:rPr>
          <w:rStyle w:val="placeholder"/>
          <w:rFonts w:ascii="Times New Roman" w:hAnsi="Times New Roman" w:cs="Times New Roman"/>
          <w:sz w:val="28"/>
        </w:rPr>
        <w:t>часа в неделю), в 3 классе – 68 часа (2</w:t>
      </w:r>
      <w:r w:rsidRPr="002B4778">
        <w:rPr>
          <w:rStyle w:val="placeholder"/>
          <w:rFonts w:ascii="Times New Roman" w:hAnsi="Times New Roman" w:cs="Times New Roman"/>
          <w:sz w:val="28"/>
        </w:rPr>
        <w:t xml:space="preserve"> </w:t>
      </w:r>
      <w:r>
        <w:rPr>
          <w:rStyle w:val="placeholder"/>
          <w:rFonts w:ascii="Times New Roman" w:hAnsi="Times New Roman" w:cs="Times New Roman"/>
          <w:sz w:val="28"/>
        </w:rPr>
        <w:t>часа в неделю), в 4 классе – 68</w:t>
      </w:r>
      <w:r w:rsidRPr="002B4778">
        <w:rPr>
          <w:rStyle w:val="placeholder"/>
          <w:rFonts w:ascii="Times New Roman" w:hAnsi="Times New Roman" w:cs="Times New Roman"/>
          <w:sz w:val="28"/>
        </w:rPr>
        <w:t xml:space="preserve"> </w:t>
      </w:r>
      <w:r>
        <w:rPr>
          <w:rStyle w:val="placeholder"/>
          <w:rFonts w:ascii="Times New Roman" w:hAnsi="Times New Roman" w:cs="Times New Roman"/>
          <w:sz w:val="28"/>
        </w:rPr>
        <w:t>часа (2</w:t>
      </w:r>
      <w:r w:rsidRPr="002B4778">
        <w:rPr>
          <w:rStyle w:val="placeholder"/>
          <w:rFonts w:ascii="Times New Roman" w:hAnsi="Times New Roman" w:cs="Times New Roman"/>
          <w:sz w:val="28"/>
        </w:rPr>
        <w:t xml:space="preserve"> часа в неделю).</w:t>
      </w:r>
      <w:r w:rsidRPr="002B4778">
        <w:rPr>
          <w:rStyle w:val="placeholder-mask"/>
          <w:rFonts w:ascii="Times New Roman" w:hAnsi="Times New Roman" w:cs="Times New Roman"/>
          <w:sz w:val="28"/>
          <w:shd w:val="clear" w:color="auto" w:fill="FFFFFF"/>
        </w:rPr>
        <w:t>‌</w:t>
      </w:r>
    </w:p>
    <w:p w14:paraId="5BC1159D" w14:textId="77777777" w:rsidR="008D2EAE" w:rsidRDefault="008D2EAE" w:rsidP="008D2EAE">
      <w:pPr>
        <w:spacing w:after="0"/>
        <w:jc w:val="both"/>
        <w:rPr>
          <w:rFonts w:ascii="Times New Roman" w:hAnsi="Times New Roman"/>
          <w:color w:val="000000" w:themeColor="text1"/>
          <w:sz w:val="28"/>
          <w:szCs w:val="24"/>
        </w:rPr>
      </w:pPr>
    </w:p>
    <w:p w14:paraId="19671B94" w14:textId="77777777" w:rsidR="008D2EAE" w:rsidRPr="008D2EAE" w:rsidRDefault="008D2EAE" w:rsidP="008D2EAE">
      <w:pPr>
        <w:spacing w:after="0" w:line="240" w:lineRule="auto"/>
        <w:jc w:val="both"/>
        <w:rPr>
          <w:rFonts w:ascii="Times New Roman" w:hAnsi="Times New Roman" w:cs="Times New Roman"/>
          <w:b/>
          <w:color w:val="000000" w:themeColor="text1"/>
          <w:sz w:val="28"/>
          <w:szCs w:val="28"/>
        </w:rPr>
      </w:pPr>
      <w:r w:rsidRPr="008D2EAE">
        <w:rPr>
          <w:rFonts w:ascii="Times New Roman" w:hAnsi="Times New Roman"/>
          <w:color w:val="000000" w:themeColor="text1"/>
          <w:sz w:val="28"/>
          <w:szCs w:val="24"/>
        </w:rPr>
        <w:t>​</w:t>
      </w:r>
      <w:r w:rsidRPr="008D2EAE">
        <w:rPr>
          <w:rFonts w:ascii="Times New Roman" w:hAnsi="Times New Roman"/>
          <w:b/>
          <w:color w:val="000000" w:themeColor="text1"/>
          <w:sz w:val="28"/>
          <w:szCs w:val="24"/>
        </w:rPr>
        <w:t>СО</w:t>
      </w:r>
      <w:r w:rsidRPr="008D2EAE">
        <w:rPr>
          <w:rFonts w:ascii="Times New Roman" w:hAnsi="Times New Roman" w:cs="Times New Roman"/>
          <w:b/>
          <w:color w:val="000000" w:themeColor="text1"/>
          <w:sz w:val="28"/>
          <w:szCs w:val="28"/>
        </w:rPr>
        <w:t>ДЕРЖАНИЕ УЧЕБНОГО ПРЕДМЕТА</w:t>
      </w:r>
    </w:p>
    <w:p w14:paraId="2399B3B1" w14:textId="77777777" w:rsidR="008D2EAE" w:rsidRDefault="008D2EAE" w:rsidP="008D2EAE">
      <w:pPr>
        <w:spacing w:after="0" w:line="240" w:lineRule="auto"/>
        <w:jc w:val="both"/>
        <w:rPr>
          <w:rFonts w:ascii="Times New Roman" w:hAnsi="Times New Roman" w:cs="Times New Roman"/>
          <w:color w:val="000000" w:themeColor="text1"/>
          <w:sz w:val="28"/>
          <w:szCs w:val="28"/>
        </w:rPr>
      </w:pPr>
    </w:p>
    <w:p w14:paraId="5A8F463F" w14:textId="77777777" w:rsidR="008D2EAE" w:rsidRPr="008D2EAE" w:rsidRDefault="008D2EAE" w:rsidP="008D2EAE">
      <w:pPr>
        <w:spacing w:after="0" w:line="240" w:lineRule="auto"/>
        <w:jc w:val="both"/>
        <w:rPr>
          <w:rFonts w:ascii="Times New Roman" w:hAnsi="Times New Roman" w:cs="Times New Roman"/>
          <w:b/>
          <w:color w:val="000000" w:themeColor="text1"/>
          <w:sz w:val="28"/>
          <w:szCs w:val="28"/>
        </w:rPr>
      </w:pPr>
      <w:r w:rsidRPr="008D2EAE">
        <w:rPr>
          <w:rFonts w:ascii="Times New Roman" w:hAnsi="Times New Roman" w:cs="Times New Roman"/>
          <w:b/>
          <w:color w:val="000000" w:themeColor="text1"/>
          <w:sz w:val="28"/>
          <w:szCs w:val="28"/>
        </w:rPr>
        <w:t>1 КЛАСС</w:t>
      </w:r>
    </w:p>
    <w:p w14:paraId="4586BA86"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5CAE8623"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Знания о физической культуре</w:t>
      </w:r>
    </w:p>
    <w:p w14:paraId="2E5CD64A"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w:t>
      </w:r>
      <w:r>
        <w:rPr>
          <w:rFonts w:ascii="Times New Roman" w:hAnsi="Times New Roman" w:cs="Times New Roman"/>
          <w:color w:val="000000" w:themeColor="text1"/>
          <w:sz w:val="28"/>
          <w:szCs w:val="28"/>
        </w:rPr>
        <w:t>овыми действиями древних людей.</w:t>
      </w:r>
    </w:p>
    <w:p w14:paraId="3A95AC1A"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Спосо</w:t>
      </w:r>
      <w:r>
        <w:rPr>
          <w:rFonts w:ascii="Times New Roman" w:hAnsi="Times New Roman" w:cs="Times New Roman"/>
          <w:color w:val="000000" w:themeColor="text1"/>
          <w:sz w:val="28"/>
          <w:szCs w:val="28"/>
        </w:rPr>
        <w:t>бы самостоятельной деятельности</w:t>
      </w:r>
    </w:p>
    <w:p w14:paraId="1AF8256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Режим дня и правил</w:t>
      </w:r>
      <w:r>
        <w:rPr>
          <w:rFonts w:ascii="Times New Roman" w:hAnsi="Times New Roman" w:cs="Times New Roman"/>
          <w:color w:val="000000" w:themeColor="text1"/>
          <w:sz w:val="28"/>
          <w:szCs w:val="28"/>
        </w:rPr>
        <w:t>а его составления и соблюдения.</w:t>
      </w:r>
    </w:p>
    <w:p w14:paraId="3CBFD6F4"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Физическое совершенствование</w:t>
      </w:r>
    </w:p>
    <w:p w14:paraId="26A6361E"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Оздо</w:t>
      </w:r>
      <w:r>
        <w:rPr>
          <w:rFonts w:ascii="Times New Roman" w:hAnsi="Times New Roman" w:cs="Times New Roman"/>
          <w:color w:val="000000" w:themeColor="text1"/>
          <w:sz w:val="28"/>
          <w:szCs w:val="28"/>
        </w:rPr>
        <w:t>ровительная физическая культура</w:t>
      </w:r>
    </w:p>
    <w:p w14:paraId="5176F0D1"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w:t>
      </w:r>
      <w:r>
        <w:rPr>
          <w:rFonts w:ascii="Times New Roman" w:hAnsi="Times New Roman" w:cs="Times New Roman"/>
          <w:color w:val="000000" w:themeColor="text1"/>
          <w:sz w:val="28"/>
          <w:szCs w:val="28"/>
        </w:rPr>
        <w:t>ультминуток и утренней зарядки.</w:t>
      </w:r>
    </w:p>
    <w:p w14:paraId="5B016C8C"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Спортивно-оздо</w:t>
      </w:r>
      <w:r>
        <w:rPr>
          <w:rFonts w:ascii="Times New Roman" w:hAnsi="Times New Roman" w:cs="Times New Roman"/>
          <w:color w:val="000000" w:themeColor="text1"/>
          <w:sz w:val="28"/>
          <w:szCs w:val="28"/>
        </w:rPr>
        <w:t>ровительная физическая культура</w:t>
      </w:r>
    </w:p>
    <w:p w14:paraId="60AE22E8"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Правила поведения на уроках физической культуры, подбора одежды для занятий в спортив</w:t>
      </w:r>
      <w:r>
        <w:rPr>
          <w:rFonts w:ascii="Times New Roman" w:hAnsi="Times New Roman" w:cs="Times New Roman"/>
          <w:color w:val="000000" w:themeColor="text1"/>
          <w:sz w:val="28"/>
          <w:szCs w:val="28"/>
        </w:rPr>
        <w:t>ном зале и на открытом воздухе.</w:t>
      </w:r>
    </w:p>
    <w:p w14:paraId="137DF547"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имнастика с основами акробатики</w:t>
      </w:r>
    </w:p>
    <w:p w14:paraId="623753D9"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Исходные положения в физических упражнениях: стойки, упоры, седы, положения лёжа. Строевые упражнения: построение и перестроение в одну и </w:t>
      </w:r>
      <w:r w:rsidRPr="008D2EAE">
        <w:rPr>
          <w:rFonts w:ascii="Times New Roman" w:hAnsi="Times New Roman" w:cs="Times New Roman"/>
          <w:color w:val="000000" w:themeColor="text1"/>
          <w:sz w:val="28"/>
          <w:szCs w:val="28"/>
        </w:rPr>
        <w:lastRenderedPageBreak/>
        <w:t>две шеренги, стоя на месте, повороты направо и налево, передвижение в колонне по одному с равномерной скоростью.</w:t>
      </w:r>
    </w:p>
    <w:p w14:paraId="7F98885D"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19B46481"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Гимнастические упражнения: стилизованные способы передвижения ходьбой и бегом, упражнения с гимнастическим мячом и гимнастической скакалкой, стили</w:t>
      </w:r>
      <w:r>
        <w:rPr>
          <w:rFonts w:ascii="Times New Roman" w:hAnsi="Times New Roman" w:cs="Times New Roman"/>
          <w:color w:val="000000" w:themeColor="text1"/>
          <w:sz w:val="28"/>
          <w:szCs w:val="28"/>
        </w:rPr>
        <w:t>зованные гимнастические прыжки.</w:t>
      </w:r>
    </w:p>
    <w:p w14:paraId="38806123"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14:paraId="301B3F00"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Лыжная подготовка</w:t>
      </w:r>
    </w:p>
    <w:p w14:paraId="204CC130"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14:paraId="3B9C0E47"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Лёгкая атлетика</w:t>
      </w:r>
    </w:p>
    <w:p w14:paraId="6CDC8A57"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Равномерная ходьба и равномерный бег. Прыжки в длину и высоту с места толчком двумя ногами, в высоту с прямого разбега.</w:t>
      </w:r>
    </w:p>
    <w:p w14:paraId="63B40F8F"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 спортивные игры</w:t>
      </w:r>
    </w:p>
    <w:p w14:paraId="0DC5C6C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Считалки для самостоятельной организации подвижных игр.</w:t>
      </w:r>
    </w:p>
    <w:p w14:paraId="7767945C"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proofErr w:type="spellStart"/>
      <w:r w:rsidRPr="008D2EAE">
        <w:rPr>
          <w:rFonts w:ascii="Times New Roman" w:hAnsi="Times New Roman" w:cs="Times New Roman"/>
          <w:color w:val="000000" w:themeColor="text1"/>
          <w:sz w:val="28"/>
          <w:szCs w:val="28"/>
        </w:rPr>
        <w:t>Прикладно</w:t>
      </w:r>
      <w:proofErr w:type="spellEnd"/>
      <w:r w:rsidRPr="008D2EAE">
        <w:rPr>
          <w:rFonts w:ascii="Times New Roman" w:hAnsi="Times New Roman" w:cs="Times New Roman"/>
          <w:color w:val="000000" w:themeColor="text1"/>
          <w:sz w:val="28"/>
          <w:szCs w:val="28"/>
        </w:rPr>
        <w:t>-ориентированная физическая культура</w:t>
      </w:r>
    </w:p>
    <w:p w14:paraId="5BB385FB"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1127D211"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3FB28E86" w14:textId="77777777" w:rsidR="008D2EAE" w:rsidRPr="008D2EAE" w:rsidRDefault="008D2EAE" w:rsidP="008D2EAE">
      <w:pPr>
        <w:spacing w:after="0" w:line="240" w:lineRule="auto"/>
        <w:jc w:val="both"/>
        <w:rPr>
          <w:rFonts w:ascii="Times New Roman" w:hAnsi="Times New Roman" w:cs="Times New Roman"/>
          <w:b/>
          <w:color w:val="000000" w:themeColor="text1"/>
          <w:sz w:val="28"/>
          <w:szCs w:val="28"/>
        </w:rPr>
      </w:pPr>
      <w:r w:rsidRPr="008D2EAE">
        <w:rPr>
          <w:rFonts w:ascii="Times New Roman" w:hAnsi="Times New Roman" w:cs="Times New Roman"/>
          <w:b/>
          <w:color w:val="000000" w:themeColor="text1"/>
          <w:sz w:val="28"/>
          <w:szCs w:val="28"/>
        </w:rPr>
        <w:t>2 КЛАСС</w:t>
      </w:r>
    </w:p>
    <w:p w14:paraId="401274EF"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1F1CCEE4"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Знания о физической культуре</w:t>
      </w:r>
    </w:p>
    <w:p w14:paraId="2F39C10B"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Из истории возникновения физических упражнений и первых соревнований. Зарождение Олимпийских игр древности.</w:t>
      </w:r>
    </w:p>
    <w:p w14:paraId="55AF9005"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Способы самостоятельной деятельности</w:t>
      </w:r>
    </w:p>
    <w:p w14:paraId="4B350587"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4C21F39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Физическое совершенствование</w:t>
      </w:r>
    </w:p>
    <w:p w14:paraId="4D8AE91B"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Оздоровительная физическая культура</w:t>
      </w:r>
    </w:p>
    <w:p w14:paraId="651D974F"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Закаливание организма обтиранием. Составление комплекса утренней зарядки и физкультминутки для занятий в домашних условиях.</w:t>
      </w:r>
    </w:p>
    <w:p w14:paraId="3B429E1F"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Спортивно-оздоровительная физическая культура</w:t>
      </w:r>
    </w:p>
    <w:p w14:paraId="05B8DEBC"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Гимнастика с основами акробатики</w:t>
      </w:r>
    </w:p>
    <w:p w14:paraId="2045931D"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28297795" w14:textId="77777777" w:rsidR="008D2EAE" w:rsidRPr="008D2EAE" w:rsidRDefault="008D2EAE" w:rsidP="00E56C6A">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Упражнения разминки перед выполнением гимнастических упражнений. Прыжки со скакалкой на двух ногах и поочерёдно на правой и </w:t>
      </w:r>
      <w:r w:rsidRPr="008D2EAE">
        <w:rPr>
          <w:rFonts w:ascii="Times New Roman" w:hAnsi="Times New Roman" w:cs="Times New Roman"/>
          <w:color w:val="000000" w:themeColor="text1"/>
          <w:sz w:val="28"/>
          <w:szCs w:val="28"/>
        </w:rPr>
        <w:lastRenderedPageBreak/>
        <w:t>левой ноге на месте. Упражнения с гимнастическим мячом: подбрасывание, перекаты и наклоны с мячом в руках. Танцевальн</w:t>
      </w:r>
      <w:r w:rsidR="00E56C6A">
        <w:rPr>
          <w:rFonts w:ascii="Times New Roman" w:hAnsi="Times New Roman" w:cs="Times New Roman"/>
          <w:color w:val="000000" w:themeColor="text1"/>
          <w:sz w:val="28"/>
          <w:szCs w:val="28"/>
        </w:rPr>
        <w:t>ый хороводный шаг, танец галоп.</w:t>
      </w:r>
    </w:p>
    <w:p w14:paraId="59DD63DF"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Лыжная подготовка</w:t>
      </w:r>
    </w:p>
    <w:p w14:paraId="1D4D4C90"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Правила поведения на занятиях лыжной подготовкой. Упражнения на лыжах: передвижение </w:t>
      </w:r>
      <w:proofErr w:type="spellStart"/>
      <w:r w:rsidRPr="008D2EAE">
        <w:rPr>
          <w:rFonts w:ascii="Times New Roman" w:hAnsi="Times New Roman" w:cs="Times New Roman"/>
          <w:color w:val="000000" w:themeColor="text1"/>
          <w:sz w:val="28"/>
          <w:szCs w:val="28"/>
        </w:rPr>
        <w:t>двухшажным</w:t>
      </w:r>
      <w:proofErr w:type="spellEnd"/>
      <w:r w:rsidRPr="008D2EAE">
        <w:rPr>
          <w:rFonts w:ascii="Times New Roman" w:hAnsi="Times New Roman" w:cs="Times New Roman"/>
          <w:color w:val="000000" w:themeColor="text1"/>
          <w:sz w:val="28"/>
          <w:szCs w:val="28"/>
        </w:rPr>
        <w:t xml:space="preserve"> попеременным ходом, спуск с небольшого склона в основной стойке, торможение лыжными палками на учебной трассе и падением на бок во время спуска.</w:t>
      </w:r>
    </w:p>
    <w:p w14:paraId="397EEF07"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Лёгкая атлетика</w:t>
      </w:r>
    </w:p>
    <w:p w14:paraId="55A4BAA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w:t>
      </w:r>
      <w:proofErr w:type="spellStart"/>
      <w:r w:rsidRPr="008D2EAE">
        <w:rPr>
          <w:rFonts w:ascii="Times New Roman" w:hAnsi="Times New Roman" w:cs="Times New Roman"/>
          <w:color w:val="000000" w:themeColor="text1"/>
          <w:sz w:val="28"/>
          <w:szCs w:val="28"/>
        </w:rPr>
        <w:t>обеганием</w:t>
      </w:r>
      <w:proofErr w:type="spellEnd"/>
      <w:r w:rsidRPr="008D2EAE">
        <w:rPr>
          <w:rFonts w:ascii="Times New Roman" w:hAnsi="Times New Roman" w:cs="Times New Roman"/>
          <w:color w:val="000000" w:themeColor="text1"/>
          <w:sz w:val="28"/>
          <w:szCs w:val="28"/>
        </w:rPr>
        <w:t xml:space="preserve"> предметов, с преодолением небольших препятствий.</w:t>
      </w:r>
    </w:p>
    <w:p w14:paraId="2B999414"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игры</w:t>
      </w:r>
    </w:p>
    <w:p w14:paraId="3DD27CF6"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игры с техническими приёмами спортивных игр (баскетбол, футбол).</w:t>
      </w:r>
    </w:p>
    <w:p w14:paraId="4F10BDF6"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proofErr w:type="spellStart"/>
      <w:r w:rsidRPr="008D2EAE">
        <w:rPr>
          <w:rFonts w:ascii="Times New Roman" w:hAnsi="Times New Roman" w:cs="Times New Roman"/>
          <w:color w:val="000000" w:themeColor="text1"/>
          <w:sz w:val="28"/>
          <w:szCs w:val="28"/>
        </w:rPr>
        <w:t>Прикладно</w:t>
      </w:r>
      <w:proofErr w:type="spellEnd"/>
      <w:r w:rsidRPr="008D2EAE">
        <w:rPr>
          <w:rFonts w:ascii="Times New Roman" w:hAnsi="Times New Roman" w:cs="Times New Roman"/>
          <w:color w:val="000000" w:themeColor="text1"/>
          <w:sz w:val="28"/>
          <w:szCs w:val="28"/>
        </w:rPr>
        <w:t>-ориентированная физическая культура</w:t>
      </w:r>
    </w:p>
    <w:p w14:paraId="505462FA"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Подготовка к соревнованиям по комплексу ГТО. Развитие основных физических качеств средствами подвижных и спортивных игр.</w:t>
      </w:r>
    </w:p>
    <w:p w14:paraId="5065FE24"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73D38570" w14:textId="77777777" w:rsidR="008D2EAE" w:rsidRPr="008D2EAE" w:rsidRDefault="008D2EAE" w:rsidP="008D2EAE">
      <w:pPr>
        <w:spacing w:after="0" w:line="240" w:lineRule="auto"/>
        <w:jc w:val="both"/>
        <w:rPr>
          <w:rFonts w:ascii="Times New Roman" w:hAnsi="Times New Roman" w:cs="Times New Roman"/>
          <w:b/>
          <w:color w:val="000000" w:themeColor="text1"/>
          <w:sz w:val="28"/>
          <w:szCs w:val="28"/>
        </w:rPr>
      </w:pPr>
      <w:r w:rsidRPr="008D2EAE">
        <w:rPr>
          <w:rFonts w:ascii="Times New Roman" w:hAnsi="Times New Roman" w:cs="Times New Roman"/>
          <w:b/>
          <w:color w:val="000000" w:themeColor="text1"/>
          <w:sz w:val="28"/>
          <w:szCs w:val="28"/>
        </w:rPr>
        <w:t>3 КЛАСС</w:t>
      </w:r>
    </w:p>
    <w:p w14:paraId="14B31C24"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364B4DB2"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Знания о физической культуре</w:t>
      </w:r>
    </w:p>
    <w:p w14:paraId="01F07D7C"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Из истории развития физической культуры у древних народов, населявших территорию России. История появления современного спорта.</w:t>
      </w:r>
    </w:p>
    <w:p w14:paraId="020AAD08"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Способы самостоятельной деятельности</w:t>
      </w:r>
    </w:p>
    <w:p w14:paraId="6E9CBB1C"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0DC322A6"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Физическое совершенствование</w:t>
      </w:r>
    </w:p>
    <w:p w14:paraId="1214E17F"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Оздоровительная физическая культура</w:t>
      </w:r>
    </w:p>
    <w:p w14:paraId="461B788A"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26EC10D7"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Спортивно-оздоровительная физическая культура.</w:t>
      </w:r>
    </w:p>
    <w:p w14:paraId="494EBF41"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lastRenderedPageBreak/>
        <w:t>Г</w:t>
      </w:r>
      <w:r w:rsidR="00E56C6A">
        <w:rPr>
          <w:rFonts w:ascii="Times New Roman" w:hAnsi="Times New Roman" w:cs="Times New Roman"/>
          <w:color w:val="000000" w:themeColor="text1"/>
          <w:sz w:val="28"/>
          <w:szCs w:val="28"/>
        </w:rPr>
        <w:t>имнастика с основами акробатики</w:t>
      </w:r>
    </w:p>
    <w:p w14:paraId="6D0BEE76"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Строевые упражнения в движении </w:t>
      </w:r>
      <w:proofErr w:type="spellStart"/>
      <w:r w:rsidRPr="008D2EAE">
        <w:rPr>
          <w:rFonts w:ascii="Times New Roman" w:hAnsi="Times New Roman" w:cs="Times New Roman"/>
          <w:color w:val="000000" w:themeColor="text1"/>
          <w:sz w:val="28"/>
          <w:szCs w:val="28"/>
        </w:rPr>
        <w:t>противоходом</w:t>
      </w:r>
      <w:proofErr w:type="spellEnd"/>
      <w:r w:rsidRPr="008D2EAE">
        <w:rPr>
          <w:rFonts w:ascii="Times New Roman" w:hAnsi="Times New Roman" w:cs="Times New Roman"/>
          <w:color w:val="000000" w:themeColor="text1"/>
          <w:sz w:val="28"/>
          <w:szCs w:val="28"/>
        </w:rPr>
        <w:t>,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14:paraId="7DC81A80"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14:paraId="00ADA79A"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21035F3E"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Лёгкая атлетика</w:t>
      </w:r>
    </w:p>
    <w:p w14:paraId="19698C04"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14:paraId="012D472B"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Лыжная подготовка</w:t>
      </w:r>
    </w:p>
    <w:p w14:paraId="410FDFF3"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Передвижение одновременным </w:t>
      </w:r>
      <w:proofErr w:type="spellStart"/>
      <w:r w:rsidRPr="008D2EAE">
        <w:rPr>
          <w:rFonts w:ascii="Times New Roman" w:hAnsi="Times New Roman" w:cs="Times New Roman"/>
          <w:color w:val="000000" w:themeColor="text1"/>
          <w:sz w:val="28"/>
          <w:szCs w:val="28"/>
        </w:rPr>
        <w:t>двухшажным</w:t>
      </w:r>
      <w:proofErr w:type="spellEnd"/>
      <w:r w:rsidRPr="008D2EAE">
        <w:rPr>
          <w:rFonts w:ascii="Times New Roman" w:hAnsi="Times New Roman" w:cs="Times New Roman"/>
          <w:color w:val="000000" w:themeColor="text1"/>
          <w:sz w:val="28"/>
          <w:szCs w:val="28"/>
        </w:rPr>
        <w:t xml:space="preserve"> ходом. Упражнения в поворотах на лыжах переступанием стоя на месте и в движении. Торможение плугом.</w:t>
      </w:r>
    </w:p>
    <w:p w14:paraId="190F4CA1"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Плавательная подготовка.</w:t>
      </w:r>
    </w:p>
    <w:p w14:paraId="7AFB6D90"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14:paraId="1AA72C8B"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 спортивные игры</w:t>
      </w:r>
    </w:p>
    <w:p w14:paraId="1A649475"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14:paraId="1FA01CAE"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proofErr w:type="spellStart"/>
      <w:r w:rsidRPr="008D2EAE">
        <w:rPr>
          <w:rFonts w:ascii="Times New Roman" w:hAnsi="Times New Roman" w:cs="Times New Roman"/>
          <w:color w:val="000000" w:themeColor="text1"/>
          <w:sz w:val="28"/>
          <w:szCs w:val="28"/>
        </w:rPr>
        <w:t>Прикладно</w:t>
      </w:r>
      <w:proofErr w:type="spellEnd"/>
      <w:r w:rsidRPr="008D2EAE">
        <w:rPr>
          <w:rFonts w:ascii="Times New Roman" w:hAnsi="Times New Roman" w:cs="Times New Roman"/>
          <w:color w:val="000000" w:themeColor="text1"/>
          <w:sz w:val="28"/>
          <w:szCs w:val="28"/>
        </w:rPr>
        <w:t>-ориентированная физическая культура.</w:t>
      </w:r>
    </w:p>
    <w:p w14:paraId="5C790052"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Развитие основных физических качеств средствами базовых видов спорта. Подготовка к выполнению нормативных требований комплекса ГТО.</w:t>
      </w:r>
    </w:p>
    <w:p w14:paraId="290E4413"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2356512A"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41747DF1" w14:textId="77777777" w:rsidR="008D2EAE" w:rsidRDefault="00E56C6A" w:rsidP="008D2EAE">
      <w:pPr>
        <w:spacing w:after="0" w:line="240" w:lineRule="auto"/>
        <w:jc w:val="both"/>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lastRenderedPageBreak/>
        <w:t>4 КЛАСС</w:t>
      </w:r>
    </w:p>
    <w:p w14:paraId="2D105D8B" w14:textId="77777777" w:rsidR="00E56C6A" w:rsidRPr="00E56C6A" w:rsidRDefault="00E56C6A" w:rsidP="008D2EAE">
      <w:pPr>
        <w:spacing w:after="0" w:line="240" w:lineRule="auto"/>
        <w:jc w:val="both"/>
        <w:rPr>
          <w:rFonts w:ascii="Times New Roman" w:hAnsi="Times New Roman" w:cs="Times New Roman"/>
          <w:b/>
          <w:color w:val="000000" w:themeColor="text1"/>
          <w:sz w:val="28"/>
          <w:szCs w:val="28"/>
        </w:rPr>
      </w:pPr>
    </w:p>
    <w:p w14:paraId="67E172EA"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Знания о физической культуре</w:t>
      </w:r>
    </w:p>
    <w:p w14:paraId="4F02578B"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Из истории развития физической культуры в России. Развитие национальных видов спорта в России.</w:t>
      </w:r>
    </w:p>
    <w:p w14:paraId="27E555DA"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Способы самостоятельной деятельности</w:t>
      </w:r>
    </w:p>
    <w:p w14:paraId="241B4452"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4518B323"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Физическое совершенствование</w:t>
      </w:r>
    </w:p>
    <w:p w14:paraId="5F9D2C24"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Оздоровительная физическая культура</w:t>
      </w:r>
    </w:p>
    <w:p w14:paraId="2BB3468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14:paraId="17A5A700"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Спортивно-оздоровительная физическая культура</w:t>
      </w:r>
    </w:p>
    <w:p w14:paraId="49046B70"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Гимнастика с основами акробатики</w:t>
      </w:r>
    </w:p>
    <w:p w14:paraId="499A899E"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 xml:space="preserve">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w:t>
      </w:r>
      <w:proofErr w:type="spellStart"/>
      <w:r w:rsidRPr="008D2EAE">
        <w:rPr>
          <w:rFonts w:ascii="Times New Roman" w:hAnsi="Times New Roman" w:cs="Times New Roman"/>
          <w:color w:val="000000" w:themeColor="text1"/>
          <w:sz w:val="28"/>
          <w:szCs w:val="28"/>
        </w:rPr>
        <w:t>напрыгивания</w:t>
      </w:r>
      <w:proofErr w:type="spellEnd"/>
      <w:r w:rsidRPr="008D2EAE">
        <w:rPr>
          <w:rFonts w:ascii="Times New Roman" w:hAnsi="Times New Roman" w:cs="Times New Roman"/>
          <w:color w:val="000000" w:themeColor="text1"/>
          <w:sz w:val="28"/>
          <w:szCs w:val="28"/>
        </w:rPr>
        <w:t>. Упражнения на низкой гимнастической перекладине: висы и упоры, подъём переворотом. Упражнения в танце «Летка-</w:t>
      </w:r>
      <w:proofErr w:type="spellStart"/>
      <w:r w:rsidRPr="008D2EAE">
        <w:rPr>
          <w:rFonts w:ascii="Times New Roman" w:hAnsi="Times New Roman" w:cs="Times New Roman"/>
          <w:color w:val="000000" w:themeColor="text1"/>
          <w:sz w:val="28"/>
          <w:szCs w:val="28"/>
        </w:rPr>
        <w:t>енка</w:t>
      </w:r>
      <w:proofErr w:type="spellEnd"/>
      <w:r w:rsidRPr="008D2EAE">
        <w:rPr>
          <w:rFonts w:ascii="Times New Roman" w:hAnsi="Times New Roman" w:cs="Times New Roman"/>
          <w:color w:val="000000" w:themeColor="text1"/>
          <w:sz w:val="28"/>
          <w:szCs w:val="28"/>
        </w:rPr>
        <w:t>».</w:t>
      </w:r>
    </w:p>
    <w:p w14:paraId="489E5BBF"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Лёгкая атлетика</w:t>
      </w:r>
    </w:p>
    <w:p w14:paraId="7E32970F"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75DA1122"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Лыжная подготовка</w:t>
      </w:r>
    </w:p>
    <w:p w14:paraId="49D03AC4"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Предупреждение травматизма во время занятий лыжной подготовкой. Упражнения в передвижении на лыжах одновременным одношажным ходом.</w:t>
      </w:r>
    </w:p>
    <w:p w14:paraId="546B3CF4"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Плавательная подготовка</w:t>
      </w:r>
    </w:p>
    <w:p w14:paraId="310E4EFC"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14:paraId="0CF8D412"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Подвижные и спортивные игры</w:t>
      </w:r>
    </w:p>
    <w:p w14:paraId="40EC64B2"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47DFD64F"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lastRenderedPageBreak/>
        <w:t xml:space="preserve">Предупреждение травматизма на занятиях подвижными играми. Подвижные игры общефизической подготовки. Волейбол: нижняя боковая </w:t>
      </w:r>
      <w:r w:rsidRPr="002B6CAB">
        <w:rPr>
          <w:rFonts w:ascii="Times New Roman" w:hAnsi="Times New Roman" w:cs="Times New Roman"/>
          <w:sz w:val="28"/>
          <w:szCs w:val="28"/>
        </w:rPr>
        <w:t xml:space="preserve">подача, приём и передача мяча сверху, выполнение освоенных технических </w:t>
      </w:r>
      <w:r w:rsidRPr="008D2EAE">
        <w:rPr>
          <w:rFonts w:ascii="Times New Roman" w:hAnsi="Times New Roman" w:cs="Times New Roman"/>
          <w:color w:val="000000" w:themeColor="text1"/>
          <w:sz w:val="28"/>
          <w:szCs w:val="28"/>
        </w:rPr>
        <w:t>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712D5FC6" w14:textId="77777777" w:rsidR="008D2EAE" w:rsidRPr="008D2EAE" w:rsidRDefault="008D2EAE" w:rsidP="008D2EAE">
      <w:pPr>
        <w:spacing w:after="0" w:line="240" w:lineRule="auto"/>
        <w:ind w:firstLine="708"/>
        <w:jc w:val="both"/>
        <w:rPr>
          <w:rFonts w:ascii="Times New Roman" w:hAnsi="Times New Roman" w:cs="Times New Roman"/>
          <w:color w:val="000000" w:themeColor="text1"/>
          <w:sz w:val="28"/>
          <w:szCs w:val="28"/>
        </w:rPr>
      </w:pPr>
      <w:proofErr w:type="spellStart"/>
      <w:r w:rsidRPr="008D2EAE">
        <w:rPr>
          <w:rFonts w:ascii="Times New Roman" w:hAnsi="Times New Roman" w:cs="Times New Roman"/>
          <w:color w:val="000000" w:themeColor="text1"/>
          <w:sz w:val="28"/>
          <w:szCs w:val="28"/>
        </w:rPr>
        <w:t>Прикладно</w:t>
      </w:r>
      <w:proofErr w:type="spellEnd"/>
      <w:r w:rsidRPr="008D2EAE">
        <w:rPr>
          <w:rFonts w:ascii="Times New Roman" w:hAnsi="Times New Roman" w:cs="Times New Roman"/>
          <w:color w:val="000000" w:themeColor="text1"/>
          <w:sz w:val="28"/>
          <w:szCs w:val="28"/>
        </w:rPr>
        <w:t>-ориентированная физическая культура</w:t>
      </w:r>
    </w:p>
    <w:p w14:paraId="74C02F47"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r w:rsidRPr="008D2EAE">
        <w:rPr>
          <w:rFonts w:ascii="Times New Roman" w:hAnsi="Times New Roman" w:cs="Times New Roman"/>
          <w:color w:val="000000" w:themeColor="text1"/>
          <w:sz w:val="28"/>
          <w:szCs w:val="28"/>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0BE2BCD8" w14:textId="77777777" w:rsidR="008D2EAE" w:rsidRPr="008D2EAE" w:rsidRDefault="008D2EAE" w:rsidP="008D2EAE">
      <w:pPr>
        <w:spacing w:after="0" w:line="240" w:lineRule="auto"/>
        <w:jc w:val="both"/>
        <w:rPr>
          <w:rFonts w:ascii="Times New Roman" w:hAnsi="Times New Roman" w:cs="Times New Roman"/>
          <w:color w:val="000000" w:themeColor="text1"/>
          <w:sz w:val="28"/>
          <w:szCs w:val="28"/>
        </w:rPr>
      </w:pPr>
    </w:p>
    <w:p w14:paraId="14735C4D" w14:textId="77777777" w:rsidR="002B6CAB" w:rsidRPr="002B6CAB" w:rsidRDefault="002B6CAB" w:rsidP="002B6CAB">
      <w:pPr>
        <w:rPr>
          <w:rFonts w:eastAsia="Times New Roman"/>
          <w:sz w:val="36"/>
          <w:szCs w:val="28"/>
          <w:lang w:eastAsia="ru-RU"/>
        </w:rPr>
      </w:pPr>
      <w:bookmarkStart w:id="0" w:name="_Toc137548641"/>
      <w:bookmarkEnd w:id="0"/>
      <w:r w:rsidRPr="002B6CAB">
        <w:rPr>
          <w:rStyle w:val="a8"/>
          <w:rFonts w:ascii="Times New Roman" w:hAnsi="Times New Roman" w:cs="Times New Roman"/>
          <w:sz w:val="28"/>
          <w:shd w:val="clear" w:color="auto" w:fill="FFFFFF"/>
        </w:rPr>
        <w:t>Планируемые результаты освоения программы по физической культуре на уровне начального общего образования</w:t>
      </w:r>
    </w:p>
    <w:p w14:paraId="28A8A16F"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color w:val="333333"/>
          <w:sz w:val="28"/>
          <w:szCs w:val="28"/>
          <w:lang w:eastAsia="ru-RU"/>
        </w:rPr>
      </w:pPr>
      <w:r w:rsidRPr="002B6CAB">
        <w:rPr>
          <w:rFonts w:ascii="Times New Roman" w:eastAsia="Times New Roman" w:hAnsi="Times New Roman" w:cs="Times New Roman"/>
          <w:b/>
          <w:bCs/>
          <w:color w:val="333333"/>
          <w:sz w:val="28"/>
          <w:szCs w:val="28"/>
          <w:lang w:eastAsia="ru-RU"/>
        </w:rPr>
        <w:t>ЛИЧНОСТНЫЕ РЕЗУЛЬТАТЫ</w:t>
      </w:r>
    </w:p>
    <w:p w14:paraId="6845E049"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5BBA3CDD" w14:textId="77777777" w:rsidR="00E56C6A" w:rsidRDefault="002B6CAB" w:rsidP="00E56C6A">
      <w:pPr>
        <w:spacing w:before="100"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 результате изучения физической культу</w:t>
      </w:r>
      <w:r w:rsidR="000A3DAD">
        <w:rPr>
          <w:rFonts w:ascii="Times New Roman" w:eastAsia="Times New Roman" w:hAnsi="Times New Roman" w:cs="Times New Roman"/>
          <w:sz w:val="28"/>
          <w:szCs w:val="28"/>
          <w:lang w:eastAsia="ru-RU"/>
        </w:rPr>
        <w:t xml:space="preserve">ры на уровне начального </w:t>
      </w:r>
    </w:p>
    <w:p w14:paraId="12BDDD27" w14:textId="77777777" w:rsidR="002B6CAB" w:rsidRPr="002B6CAB" w:rsidRDefault="002B6CAB" w:rsidP="00E56C6A">
      <w:pPr>
        <w:spacing w:before="100"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общего образования у обучающегося будут сформированы </w:t>
      </w:r>
      <w:proofErr w:type="gramStart"/>
      <w:r>
        <w:rPr>
          <w:rFonts w:ascii="Times New Roman" w:eastAsia="Times New Roman" w:hAnsi="Times New Roman" w:cs="Times New Roman"/>
          <w:sz w:val="28"/>
          <w:szCs w:val="28"/>
          <w:lang w:eastAsia="ru-RU"/>
        </w:rPr>
        <w:t xml:space="preserve">следующие </w:t>
      </w:r>
      <w:r w:rsidR="000A3DA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личностные</w:t>
      </w:r>
      <w:proofErr w:type="gramEnd"/>
      <w:r>
        <w:rPr>
          <w:rFonts w:ascii="Times New Roman" w:eastAsia="Times New Roman" w:hAnsi="Times New Roman" w:cs="Times New Roman"/>
          <w:sz w:val="28"/>
          <w:szCs w:val="28"/>
          <w:lang w:eastAsia="ru-RU"/>
        </w:rPr>
        <w:t xml:space="preserve"> результаты</w:t>
      </w:r>
    </w:p>
    <w:p w14:paraId="18D9E61B" w14:textId="77777777" w:rsid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становление ценностного отношения к истории и развитию физической </w:t>
      </w:r>
    </w:p>
    <w:p w14:paraId="7A5D517A"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культуры народов России, осознание её связи с трудовой деятельностью и укреплением здоровья человека;</w:t>
      </w:r>
    </w:p>
    <w:p w14:paraId="690BB3F2"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01034A39"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7643111F"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уважительное отношение к содержанию национальных подвижных игр, этнокультурным формам и видам соревновательной деятельности;</w:t>
      </w:r>
    </w:p>
    <w:p w14:paraId="05F4B6BF"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стремление к формированию культуры здоровья, соблюдению правил здорового образа жизни;</w:t>
      </w:r>
    </w:p>
    <w:p w14:paraId="18136C5F" w14:textId="77777777" w:rsidR="002B6CAB" w:rsidRPr="002B6CAB" w:rsidRDefault="002B6CAB" w:rsidP="002B6CAB">
      <w:pPr>
        <w:numPr>
          <w:ilvl w:val="0"/>
          <w:numId w:val="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bookmarkStart w:id="1" w:name="_Toc137548642"/>
      <w:bookmarkEnd w:id="1"/>
    </w:p>
    <w:p w14:paraId="3C3127B8"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МЕТАПРЕДМЕТНЫЕ РЕЗУЛЬТАТЫ</w:t>
      </w:r>
    </w:p>
    <w:p w14:paraId="44CD81F4" w14:textId="77777777" w:rsid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2" w:name="_Toc134720971"/>
      <w:bookmarkEnd w:id="2"/>
    </w:p>
    <w:p w14:paraId="1AFF4BC1"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w:t>
      </w:r>
      <w:r w:rsidRPr="002B6CAB">
        <w:rPr>
          <w:rFonts w:ascii="Times New Roman" w:eastAsia="Times New Roman" w:hAnsi="Times New Roman" w:cs="Times New Roman"/>
          <w:b/>
          <w:bCs/>
          <w:sz w:val="28"/>
          <w:szCs w:val="28"/>
          <w:lang w:eastAsia="ru-RU"/>
        </w:rPr>
        <w:t> 1 классе</w:t>
      </w:r>
      <w:r w:rsidRPr="002B6CAB">
        <w:rPr>
          <w:rFonts w:ascii="Times New Roman" w:eastAsia="Times New Roman" w:hAnsi="Times New Roman" w:cs="Times New Roman"/>
          <w:sz w:val="28"/>
          <w:szCs w:val="28"/>
          <w:lang w:eastAsia="ru-RU"/>
        </w:rPr>
        <w:t> у обучающегося будут сформированы следующие универсальные учебные действия.</w:t>
      </w:r>
    </w:p>
    <w:p w14:paraId="4F09E3FC"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Познавательные универсальные учебные действия</w:t>
      </w:r>
      <w:r w:rsidRPr="002B6CAB">
        <w:rPr>
          <w:rFonts w:ascii="Times New Roman" w:eastAsia="Times New Roman" w:hAnsi="Times New Roman" w:cs="Times New Roman"/>
          <w:sz w:val="28"/>
          <w:szCs w:val="28"/>
          <w:lang w:eastAsia="ru-RU"/>
        </w:rPr>
        <w:t>:</w:t>
      </w:r>
    </w:p>
    <w:p w14:paraId="497C0F37" w14:textId="77777777" w:rsidR="002B6CAB" w:rsidRPr="002B6CAB" w:rsidRDefault="002B6CAB" w:rsidP="002B6CAB">
      <w:pPr>
        <w:numPr>
          <w:ilvl w:val="0"/>
          <w:numId w:val="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находить общие и отличительные признаки в передвижениях человека и животных;</w:t>
      </w:r>
    </w:p>
    <w:p w14:paraId="37609490" w14:textId="77777777" w:rsidR="002B6CAB" w:rsidRPr="002B6CAB" w:rsidRDefault="002B6CAB" w:rsidP="002B6CAB">
      <w:pPr>
        <w:numPr>
          <w:ilvl w:val="0"/>
          <w:numId w:val="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устанавливать связь между бытовыми движениями древних людей и физическими упражнениями из современных видов спорта;</w:t>
      </w:r>
    </w:p>
    <w:p w14:paraId="0F301B27" w14:textId="77777777" w:rsidR="002B6CAB" w:rsidRPr="002B6CAB" w:rsidRDefault="002B6CAB" w:rsidP="002B6CAB">
      <w:pPr>
        <w:numPr>
          <w:ilvl w:val="0"/>
          <w:numId w:val="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сравнивать способы передвижения ходьбой и бегом, находить между ними общие и отличительные признаки;</w:t>
      </w:r>
    </w:p>
    <w:p w14:paraId="438E5B8B" w14:textId="77777777" w:rsidR="002B6CAB" w:rsidRPr="002B6CAB" w:rsidRDefault="002B6CAB" w:rsidP="002B6CAB">
      <w:pPr>
        <w:numPr>
          <w:ilvl w:val="0"/>
          <w:numId w:val="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выявлять признаки правильной и неправильной осанки, приводить возможные причины её нарушений.</w:t>
      </w:r>
    </w:p>
    <w:p w14:paraId="475ABC10"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Коммуникативные универсальные учебные действия</w:t>
      </w:r>
      <w:r w:rsidRPr="002B6CAB">
        <w:rPr>
          <w:rFonts w:ascii="Times New Roman" w:eastAsia="Times New Roman" w:hAnsi="Times New Roman" w:cs="Times New Roman"/>
          <w:sz w:val="28"/>
          <w:szCs w:val="28"/>
          <w:lang w:eastAsia="ru-RU"/>
        </w:rPr>
        <w:t>:</w:t>
      </w:r>
    </w:p>
    <w:p w14:paraId="7EED801C" w14:textId="77777777" w:rsidR="002B6CAB" w:rsidRPr="002B6CAB" w:rsidRDefault="002B6CAB" w:rsidP="002B6CAB">
      <w:pPr>
        <w:numPr>
          <w:ilvl w:val="0"/>
          <w:numId w:val="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воспроизводить названия разучиваемых физических упражнений и их исходные положения;</w:t>
      </w:r>
    </w:p>
    <w:p w14:paraId="7858AB41" w14:textId="77777777" w:rsidR="002B6CAB" w:rsidRPr="002B6CAB" w:rsidRDefault="002B6CAB" w:rsidP="002B6CAB">
      <w:pPr>
        <w:numPr>
          <w:ilvl w:val="0"/>
          <w:numId w:val="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высказывать мнение о положительном влиянии занятий физической культурой, оценивать влияние гигиенических процедур на укрепление здоровья;</w:t>
      </w:r>
    </w:p>
    <w:p w14:paraId="7CAECAD4" w14:textId="77777777" w:rsidR="002B6CAB" w:rsidRPr="002B6CAB" w:rsidRDefault="002B6CAB" w:rsidP="002B6CAB">
      <w:pPr>
        <w:numPr>
          <w:ilvl w:val="0"/>
          <w:numId w:val="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14:paraId="58A82EB6" w14:textId="77777777" w:rsidR="002B6CAB" w:rsidRPr="002B6CAB" w:rsidRDefault="002B6CAB" w:rsidP="002B6CAB">
      <w:pPr>
        <w:numPr>
          <w:ilvl w:val="0"/>
          <w:numId w:val="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обсуждать правила проведения подвижных игр, обосновывать объективность определения победителей.</w:t>
      </w:r>
    </w:p>
    <w:p w14:paraId="4714D428"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Регулятивные универсальные учебные действия</w:t>
      </w:r>
      <w:r w:rsidRPr="002B6CAB">
        <w:rPr>
          <w:rFonts w:ascii="Times New Roman" w:eastAsia="Times New Roman" w:hAnsi="Times New Roman" w:cs="Times New Roman"/>
          <w:sz w:val="28"/>
          <w:szCs w:val="28"/>
          <w:lang w:eastAsia="ru-RU"/>
        </w:rPr>
        <w:t>:</w:t>
      </w:r>
    </w:p>
    <w:p w14:paraId="051BECC9" w14:textId="77777777" w:rsidR="002B6CAB" w:rsidRDefault="002B6CAB" w:rsidP="002B6CAB">
      <w:pPr>
        <w:numPr>
          <w:ilvl w:val="0"/>
          <w:numId w:val="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выполнять комплексы физкультминуток, утренней зарядки, упражнений по </w:t>
      </w:r>
    </w:p>
    <w:p w14:paraId="1B577DDD" w14:textId="77777777" w:rsidR="002B6CAB" w:rsidRPr="002B6CAB" w:rsidRDefault="002B6CAB" w:rsidP="002B6CAB">
      <w:pPr>
        <w:numPr>
          <w:ilvl w:val="0"/>
          <w:numId w:val="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профилактике нарушения и коррекции осанки;</w:t>
      </w:r>
    </w:p>
    <w:p w14:paraId="06844C86" w14:textId="77777777" w:rsidR="002B6CAB" w:rsidRPr="002B6CAB" w:rsidRDefault="002B6CAB" w:rsidP="002B6CAB">
      <w:pPr>
        <w:numPr>
          <w:ilvl w:val="0"/>
          <w:numId w:val="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учебные задания по обучению новым физическим упражнениям и развитию физических качеств;</w:t>
      </w:r>
    </w:p>
    <w:p w14:paraId="1C785DDD" w14:textId="77777777" w:rsidR="002B6CAB" w:rsidRPr="002B6CAB" w:rsidRDefault="002B6CAB" w:rsidP="002B6CAB">
      <w:pPr>
        <w:numPr>
          <w:ilvl w:val="0"/>
          <w:numId w:val="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проявлять уважительное отношение к участникам совместной игровой и соревновательной деятельности.</w:t>
      </w:r>
    </w:p>
    <w:p w14:paraId="50B5AF11" w14:textId="77777777" w:rsidR="00E56C6A"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К концу обучения во 2 классе у </w:t>
      </w:r>
      <w:r w:rsidR="000A3DAD">
        <w:rPr>
          <w:rFonts w:ascii="Times New Roman" w:eastAsia="Times New Roman" w:hAnsi="Times New Roman" w:cs="Times New Roman"/>
          <w:sz w:val="28"/>
          <w:szCs w:val="28"/>
          <w:lang w:eastAsia="ru-RU"/>
        </w:rPr>
        <w:t xml:space="preserve">обучающегося будут сформированы </w:t>
      </w:r>
    </w:p>
    <w:p w14:paraId="6509F976"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следующие универсальные учебные действия.</w:t>
      </w:r>
    </w:p>
    <w:p w14:paraId="4AB41F59"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Познавательные универсальные учебные действия</w:t>
      </w:r>
      <w:r w:rsidRPr="002B6CAB">
        <w:rPr>
          <w:rFonts w:ascii="Times New Roman" w:eastAsia="Times New Roman" w:hAnsi="Times New Roman" w:cs="Times New Roman"/>
          <w:sz w:val="28"/>
          <w:szCs w:val="28"/>
          <w:lang w:eastAsia="ru-RU"/>
        </w:rPr>
        <w:t>:</w:t>
      </w:r>
    </w:p>
    <w:p w14:paraId="7B23805B" w14:textId="77777777" w:rsid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характеризовать понятие «физические качества», называть физические </w:t>
      </w:r>
    </w:p>
    <w:p w14:paraId="1C0019E6" w14:textId="77777777" w:rsidR="002B6CAB" w:rsidRP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качества и определять их отличительные признаки;</w:t>
      </w:r>
    </w:p>
    <w:p w14:paraId="4AEE4354" w14:textId="77777777" w:rsidR="002B6CAB" w:rsidRP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понимать связь между закаливающими процедурами и укреплением здоровья;</w:t>
      </w:r>
    </w:p>
    <w:p w14:paraId="3199BEE4" w14:textId="77777777" w:rsidR="002B6CAB" w:rsidRP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выявлять отличительные признаки упражнений на развитие разных физических качеств, приводить примеры и демонстрировать их выполнение;</w:t>
      </w:r>
    </w:p>
    <w:p w14:paraId="723CEE57" w14:textId="77777777" w:rsidR="002B6CAB" w:rsidRP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269084AE" w14:textId="77777777" w:rsidR="002B6CAB" w:rsidRPr="002B6CAB" w:rsidRDefault="002B6CAB" w:rsidP="002B6CAB">
      <w:pPr>
        <w:numPr>
          <w:ilvl w:val="0"/>
          <w:numId w:val="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вести наблюдения за изменениями показателей физического развития и физических качеств, проводить процедуры их измерения.</w:t>
      </w:r>
    </w:p>
    <w:p w14:paraId="113ED178"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Коммуникативные универсальные учебные действия</w:t>
      </w:r>
      <w:r w:rsidRPr="002B6CAB">
        <w:rPr>
          <w:rFonts w:ascii="Times New Roman" w:eastAsia="Times New Roman" w:hAnsi="Times New Roman" w:cs="Times New Roman"/>
          <w:sz w:val="28"/>
          <w:szCs w:val="28"/>
          <w:lang w:eastAsia="ru-RU"/>
        </w:rPr>
        <w:t>:</w:t>
      </w:r>
    </w:p>
    <w:p w14:paraId="31F69C4C" w14:textId="77777777" w:rsidR="002B6CAB" w:rsidRDefault="002B6CAB" w:rsidP="002B6CAB">
      <w:pPr>
        <w:numPr>
          <w:ilvl w:val="0"/>
          <w:numId w:val="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объяснять назначение упражнений утренней зарядки, приводить </w:t>
      </w:r>
    </w:p>
    <w:p w14:paraId="5CD6CFD2" w14:textId="77777777" w:rsidR="002B6CAB" w:rsidRPr="002B6CAB" w:rsidRDefault="002B6CAB" w:rsidP="002B6CAB">
      <w:pPr>
        <w:numPr>
          <w:ilvl w:val="0"/>
          <w:numId w:val="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соответствующие примеры её положительного влияния на организм обучающихся (в пределах изученного);</w:t>
      </w:r>
    </w:p>
    <w:p w14:paraId="37EF9EAE" w14:textId="77777777" w:rsidR="002B6CAB" w:rsidRPr="002B6CAB" w:rsidRDefault="002B6CAB" w:rsidP="002B6CAB">
      <w:pPr>
        <w:numPr>
          <w:ilvl w:val="0"/>
          <w:numId w:val="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исполнять роль капитана и судьи в подвижных играх, аргументированно высказывать суждения о своих действиях и принятых решениях;</w:t>
      </w:r>
    </w:p>
    <w:p w14:paraId="7EA7488E" w14:textId="77777777" w:rsidR="002B6CAB" w:rsidRPr="002B6CAB" w:rsidRDefault="002B6CAB" w:rsidP="002B6CAB">
      <w:pPr>
        <w:numPr>
          <w:ilvl w:val="0"/>
          <w:numId w:val="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72977D7F"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Регулятивные универсальные учебные действия</w:t>
      </w:r>
      <w:r w:rsidRPr="002B6CAB">
        <w:rPr>
          <w:rFonts w:ascii="Times New Roman" w:eastAsia="Times New Roman" w:hAnsi="Times New Roman" w:cs="Times New Roman"/>
          <w:sz w:val="28"/>
          <w:szCs w:val="28"/>
          <w:lang w:eastAsia="ru-RU"/>
        </w:rPr>
        <w:t>:</w:t>
      </w:r>
    </w:p>
    <w:p w14:paraId="38B6728A" w14:textId="77777777" w:rsidR="002B6CAB" w:rsidRDefault="002B6CAB" w:rsidP="002B6CAB">
      <w:pPr>
        <w:numPr>
          <w:ilvl w:val="0"/>
          <w:numId w:val="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соблюдать правила поведения на уроках физической культуры с учётом их </w:t>
      </w:r>
    </w:p>
    <w:p w14:paraId="4A54E648" w14:textId="77777777" w:rsidR="002B6CAB" w:rsidRPr="002B6CAB" w:rsidRDefault="002B6CAB" w:rsidP="002B6CAB">
      <w:pPr>
        <w:numPr>
          <w:ilvl w:val="0"/>
          <w:numId w:val="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учебного содержания, находить в них различия (легкоатлетические, гимнастические и игровые уроки, занятия лыжной и плавательной подготовкой);</w:t>
      </w:r>
    </w:p>
    <w:p w14:paraId="3613434E" w14:textId="77777777" w:rsidR="002B6CAB" w:rsidRPr="002B6CAB" w:rsidRDefault="002B6CAB" w:rsidP="002B6CAB">
      <w:pPr>
        <w:numPr>
          <w:ilvl w:val="0"/>
          <w:numId w:val="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14:paraId="1C09D770" w14:textId="77777777" w:rsidR="002B6CAB" w:rsidRPr="002B6CAB" w:rsidRDefault="002B6CAB" w:rsidP="002B6CAB">
      <w:pPr>
        <w:numPr>
          <w:ilvl w:val="0"/>
          <w:numId w:val="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409A9DD5" w14:textId="77777777" w:rsidR="002B6CAB" w:rsidRPr="002B6CAB" w:rsidRDefault="002B6CAB" w:rsidP="002B6CAB">
      <w:pPr>
        <w:numPr>
          <w:ilvl w:val="0"/>
          <w:numId w:val="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контролировать соответствие двигательных действий правилам подвижных игр, проявлять эмоциональную сдержанность при возникновении ошибок.</w:t>
      </w:r>
    </w:p>
    <w:p w14:paraId="06A5CC6C" w14:textId="77777777" w:rsidR="00E56C6A"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К концу обучения в</w:t>
      </w:r>
      <w:r w:rsidRPr="002B6CAB">
        <w:rPr>
          <w:rFonts w:ascii="Times New Roman" w:eastAsia="Times New Roman" w:hAnsi="Times New Roman" w:cs="Times New Roman"/>
          <w:b/>
          <w:bCs/>
          <w:sz w:val="28"/>
          <w:szCs w:val="28"/>
          <w:lang w:eastAsia="ru-RU"/>
        </w:rPr>
        <w:t> 3 классе</w:t>
      </w:r>
      <w:r w:rsidRPr="002B6CAB">
        <w:rPr>
          <w:rFonts w:ascii="Times New Roman" w:eastAsia="Times New Roman" w:hAnsi="Times New Roman" w:cs="Times New Roman"/>
          <w:sz w:val="28"/>
          <w:szCs w:val="28"/>
          <w:lang w:eastAsia="ru-RU"/>
        </w:rPr>
        <w:t> у</w:t>
      </w:r>
      <w:r>
        <w:rPr>
          <w:rFonts w:ascii="Times New Roman" w:eastAsia="Times New Roman" w:hAnsi="Times New Roman" w:cs="Times New Roman"/>
          <w:sz w:val="28"/>
          <w:szCs w:val="28"/>
          <w:lang w:eastAsia="ru-RU"/>
        </w:rPr>
        <w:t xml:space="preserve"> обучающегося будут сформирован</w:t>
      </w:r>
      <w:r w:rsidR="000A3DAD">
        <w:rPr>
          <w:rFonts w:ascii="Times New Roman" w:eastAsia="Times New Roman" w:hAnsi="Times New Roman" w:cs="Times New Roman"/>
          <w:sz w:val="28"/>
          <w:szCs w:val="28"/>
          <w:lang w:eastAsia="ru-RU"/>
        </w:rPr>
        <w:t xml:space="preserve"> </w:t>
      </w:r>
    </w:p>
    <w:p w14:paraId="21A00F1F"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следующие универсальные учебные действия.</w:t>
      </w:r>
    </w:p>
    <w:p w14:paraId="1470E178"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Познавательные универсальные учебные действия</w:t>
      </w:r>
      <w:r w:rsidRPr="002B6CAB">
        <w:rPr>
          <w:rFonts w:ascii="Times New Roman" w:eastAsia="Times New Roman" w:hAnsi="Times New Roman" w:cs="Times New Roman"/>
          <w:sz w:val="28"/>
          <w:szCs w:val="28"/>
          <w:lang w:eastAsia="ru-RU"/>
        </w:rPr>
        <w:t>:</w:t>
      </w:r>
    </w:p>
    <w:p w14:paraId="49867DD4" w14:textId="77777777" w:rsidR="000A3DAD"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понимать историческую связь развития физических упражнений с трудовыми </w:t>
      </w:r>
    </w:p>
    <w:p w14:paraId="4796018F" w14:textId="77777777" w:rsidR="002B6CAB" w:rsidRPr="002B6CAB"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действиями, приводить примеры упражнений древних людей в современных спортивных соревнованиях;</w:t>
      </w:r>
    </w:p>
    <w:p w14:paraId="60C6B918" w14:textId="77777777" w:rsidR="002B6CAB" w:rsidRPr="002B6CAB"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объяснять понятие «дозировка нагрузки», правильно применять способы её регулирования на занятиях физической культурой;</w:t>
      </w:r>
    </w:p>
    <w:p w14:paraId="42B7A802" w14:textId="77777777" w:rsidR="002B6CAB" w:rsidRPr="002B6CAB"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14:paraId="1AB529D9" w14:textId="77777777" w:rsidR="002B6CAB" w:rsidRPr="002B6CAB"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33132A7F" w14:textId="77777777" w:rsidR="002B6CAB" w:rsidRPr="002B6CAB" w:rsidRDefault="002B6CAB" w:rsidP="002B6CAB">
      <w:pPr>
        <w:numPr>
          <w:ilvl w:val="0"/>
          <w:numId w:val="8"/>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01521A9D"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Коммуникативные универсальные учебные действия</w:t>
      </w:r>
      <w:r w:rsidRPr="002B6CAB">
        <w:rPr>
          <w:rFonts w:ascii="Times New Roman" w:eastAsia="Times New Roman" w:hAnsi="Times New Roman" w:cs="Times New Roman"/>
          <w:sz w:val="28"/>
          <w:szCs w:val="28"/>
          <w:lang w:eastAsia="ru-RU"/>
        </w:rPr>
        <w:t>:</w:t>
      </w:r>
    </w:p>
    <w:p w14:paraId="45D3AFA8" w14:textId="77777777" w:rsidR="002B6CAB" w:rsidRPr="002B6CAB" w:rsidRDefault="002B6CAB" w:rsidP="002B6CAB">
      <w:pPr>
        <w:numPr>
          <w:ilvl w:val="0"/>
          <w:numId w:val="9"/>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организовывать совместные подвижные игры, принимать в них активное участие с соблюдением правил и норм этического поведения;</w:t>
      </w:r>
    </w:p>
    <w:p w14:paraId="6506A9D4" w14:textId="77777777" w:rsidR="002B6CAB" w:rsidRPr="002B6CAB" w:rsidRDefault="002B6CAB" w:rsidP="002B6CAB">
      <w:pPr>
        <w:numPr>
          <w:ilvl w:val="0"/>
          <w:numId w:val="9"/>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правильно использовать строевые команды, названия упражнений и способов деятельности во время совместного выполнения учебных заданий;</w:t>
      </w:r>
    </w:p>
    <w:p w14:paraId="4BAE219A" w14:textId="77777777" w:rsidR="002B6CAB" w:rsidRPr="002B6CAB" w:rsidRDefault="002B6CAB" w:rsidP="002B6CAB">
      <w:pPr>
        <w:numPr>
          <w:ilvl w:val="0"/>
          <w:numId w:val="9"/>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14:paraId="724BE6E3" w14:textId="77777777" w:rsidR="002B6CAB" w:rsidRPr="002B6CAB" w:rsidRDefault="002B6CAB" w:rsidP="002B6CAB">
      <w:pPr>
        <w:numPr>
          <w:ilvl w:val="0"/>
          <w:numId w:val="9"/>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64E5796A"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Регулятивные универсальные учебные действия</w:t>
      </w:r>
      <w:r w:rsidRPr="002B6CAB">
        <w:rPr>
          <w:rFonts w:ascii="Times New Roman" w:eastAsia="Times New Roman" w:hAnsi="Times New Roman" w:cs="Times New Roman"/>
          <w:sz w:val="28"/>
          <w:szCs w:val="28"/>
          <w:lang w:eastAsia="ru-RU"/>
        </w:rPr>
        <w:t>:</w:t>
      </w:r>
    </w:p>
    <w:p w14:paraId="526FC786" w14:textId="77777777" w:rsidR="002B6CAB" w:rsidRDefault="002B6CAB" w:rsidP="002B6CAB">
      <w:pPr>
        <w:numPr>
          <w:ilvl w:val="0"/>
          <w:numId w:val="10"/>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контролировать выполнение физических упражнений, корректировать их на </w:t>
      </w:r>
    </w:p>
    <w:p w14:paraId="25464EBA" w14:textId="77777777" w:rsidR="002B6CAB" w:rsidRPr="002B6CAB" w:rsidRDefault="002B6CAB" w:rsidP="002B6CAB">
      <w:pPr>
        <w:numPr>
          <w:ilvl w:val="0"/>
          <w:numId w:val="10"/>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основе сравнения с заданными образцами;</w:t>
      </w:r>
    </w:p>
    <w:p w14:paraId="1546F064" w14:textId="77777777" w:rsidR="002B6CAB" w:rsidRPr="002B6CAB" w:rsidRDefault="002B6CAB" w:rsidP="002B6CAB">
      <w:pPr>
        <w:numPr>
          <w:ilvl w:val="0"/>
          <w:numId w:val="10"/>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14:paraId="5D80F65B" w14:textId="77777777" w:rsidR="002B6CAB" w:rsidRPr="002B6CAB" w:rsidRDefault="002B6CAB" w:rsidP="000A3DAD">
      <w:pPr>
        <w:numPr>
          <w:ilvl w:val="0"/>
          <w:numId w:val="10"/>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оценивать сложность возникающих игровых задач, предлагать их совместное коллективное решение.</w:t>
      </w:r>
    </w:p>
    <w:p w14:paraId="3777EC95" w14:textId="77777777" w:rsidR="00E56C6A"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w:t>
      </w:r>
      <w:r w:rsidRPr="002B6CAB">
        <w:rPr>
          <w:rFonts w:ascii="Times New Roman" w:eastAsia="Times New Roman" w:hAnsi="Times New Roman" w:cs="Times New Roman"/>
          <w:b/>
          <w:bCs/>
          <w:sz w:val="28"/>
          <w:szCs w:val="28"/>
          <w:lang w:eastAsia="ru-RU"/>
        </w:rPr>
        <w:t> 4 классе</w:t>
      </w:r>
      <w:r w:rsidRPr="002B6CAB">
        <w:rPr>
          <w:rFonts w:ascii="Times New Roman" w:eastAsia="Times New Roman" w:hAnsi="Times New Roman" w:cs="Times New Roman"/>
          <w:sz w:val="28"/>
          <w:szCs w:val="28"/>
          <w:lang w:eastAsia="ru-RU"/>
        </w:rPr>
        <w:t> у обучающегося будут сформированы</w:t>
      </w:r>
    </w:p>
    <w:p w14:paraId="0EBBDCB5"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 следующие универсальные учебные действия.</w:t>
      </w:r>
    </w:p>
    <w:p w14:paraId="580ED7A8"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lastRenderedPageBreak/>
        <w:t>Познавательные универсальные учебные действия</w:t>
      </w:r>
      <w:r w:rsidRPr="002B6CAB">
        <w:rPr>
          <w:rFonts w:ascii="Times New Roman" w:eastAsia="Times New Roman" w:hAnsi="Times New Roman" w:cs="Times New Roman"/>
          <w:sz w:val="28"/>
          <w:szCs w:val="28"/>
          <w:lang w:eastAsia="ru-RU"/>
        </w:rPr>
        <w:t>:</w:t>
      </w:r>
    </w:p>
    <w:p w14:paraId="4C7421F2" w14:textId="77777777" w:rsidR="002B6CAB" w:rsidRPr="002B6CAB" w:rsidRDefault="002B6CAB" w:rsidP="002B6CAB">
      <w:pPr>
        <w:numPr>
          <w:ilvl w:val="0"/>
          <w:numId w:val="1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сравнивать показатели индивидуального ф</w:t>
      </w:r>
      <w:r w:rsidR="000A3DAD">
        <w:rPr>
          <w:rFonts w:ascii="Times New Roman" w:eastAsia="Times New Roman" w:hAnsi="Times New Roman" w:cs="Times New Roman"/>
          <w:sz w:val="28"/>
          <w:szCs w:val="28"/>
          <w:lang w:eastAsia="ru-RU"/>
        </w:rPr>
        <w:t>изического развития и физической</w:t>
      </w:r>
      <w:r w:rsidRPr="002B6CAB">
        <w:rPr>
          <w:rFonts w:ascii="Times New Roman" w:eastAsia="Times New Roman" w:hAnsi="Times New Roman" w:cs="Times New Roman"/>
          <w:sz w:val="28"/>
          <w:szCs w:val="28"/>
          <w:lang w:eastAsia="ru-RU"/>
        </w:rPr>
        <w:t xml:space="preserve"> подготовленности с возрастными стандартами, находить общие и отличительные особенности;</w:t>
      </w:r>
    </w:p>
    <w:p w14:paraId="1E47198E" w14:textId="77777777" w:rsidR="002B6CAB" w:rsidRPr="002B6CAB" w:rsidRDefault="002B6CAB" w:rsidP="002B6CAB">
      <w:pPr>
        <w:numPr>
          <w:ilvl w:val="0"/>
          <w:numId w:val="1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выявлять отставание в развитии физических качеств от возрастных стандартов, приводить примеры физических упражнений по их устранению;</w:t>
      </w:r>
    </w:p>
    <w:p w14:paraId="28AC31DB" w14:textId="77777777" w:rsidR="002B6CAB" w:rsidRPr="002B6CAB" w:rsidRDefault="002B6CAB" w:rsidP="002B6CAB">
      <w:pPr>
        <w:numPr>
          <w:ilvl w:val="0"/>
          <w:numId w:val="11"/>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71016D28"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Коммуникативные универсальные учебные действия</w:t>
      </w:r>
      <w:r w:rsidRPr="002B6CAB">
        <w:rPr>
          <w:rFonts w:ascii="Times New Roman" w:eastAsia="Times New Roman" w:hAnsi="Times New Roman" w:cs="Times New Roman"/>
          <w:sz w:val="28"/>
          <w:szCs w:val="28"/>
          <w:lang w:eastAsia="ru-RU"/>
        </w:rPr>
        <w:t>:</w:t>
      </w:r>
    </w:p>
    <w:p w14:paraId="5EC58620" w14:textId="77777777" w:rsidR="002B6CAB" w:rsidRDefault="002B6CAB" w:rsidP="002B6CAB">
      <w:pPr>
        <w:numPr>
          <w:ilvl w:val="0"/>
          <w:numId w:val="1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взаимодействовать с учителем и обучающимися, воспроизводить ранее </w:t>
      </w:r>
    </w:p>
    <w:p w14:paraId="5AB7575C" w14:textId="77777777" w:rsidR="002B6CAB" w:rsidRPr="002B6CAB" w:rsidRDefault="002B6CAB" w:rsidP="002B6CAB">
      <w:pPr>
        <w:numPr>
          <w:ilvl w:val="0"/>
          <w:numId w:val="1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изученный материал и отвечать на вопросы в процессе учебного диалога;</w:t>
      </w:r>
    </w:p>
    <w:p w14:paraId="469F472D" w14:textId="77777777" w:rsidR="002B6CAB" w:rsidRPr="002B6CAB" w:rsidRDefault="002B6CAB" w:rsidP="002B6CAB">
      <w:pPr>
        <w:numPr>
          <w:ilvl w:val="0"/>
          <w:numId w:val="1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677A729F" w14:textId="77777777" w:rsidR="002B6CAB" w:rsidRPr="002B6CAB" w:rsidRDefault="002B6CAB" w:rsidP="002B6CAB">
      <w:pPr>
        <w:numPr>
          <w:ilvl w:val="0"/>
          <w:numId w:val="12"/>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оказывать посильную первую помощь во время занятий физической культурой.</w:t>
      </w:r>
    </w:p>
    <w:p w14:paraId="5F8C1F77" w14:textId="77777777" w:rsidR="002B6CAB" w:rsidRPr="002B6CAB" w:rsidRDefault="002B6CAB" w:rsidP="002B6CAB">
      <w:pPr>
        <w:spacing w:beforeAutospacing="1"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Регулятивные универсальные учебные действия</w:t>
      </w:r>
      <w:r w:rsidRPr="002B6CAB">
        <w:rPr>
          <w:rFonts w:ascii="Times New Roman" w:eastAsia="Times New Roman" w:hAnsi="Times New Roman" w:cs="Times New Roman"/>
          <w:sz w:val="28"/>
          <w:szCs w:val="28"/>
          <w:lang w:eastAsia="ru-RU"/>
        </w:rPr>
        <w:t>:</w:t>
      </w:r>
    </w:p>
    <w:p w14:paraId="1DA0130A" w14:textId="77777777" w:rsidR="002B6CAB" w:rsidRDefault="002B6CAB" w:rsidP="002B6CAB">
      <w:pPr>
        <w:numPr>
          <w:ilvl w:val="0"/>
          <w:numId w:val="1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выполнять указания учителя, проявлять активность и самостоятельность при </w:t>
      </w:r>
    </w:p>
    <w:p w14:paraId="2107354F" w14:textId="77777777" w:rsidR="002B6CAB" w:rsidRPr="002B6CAB" w:rsidRDefault="002B6CAB" w:rsidP="002B6CAB">
      <w:pPr>
        <w:numPr>
          <w:ilvl w:val="0"/>
          <w:numId w:val="1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выполнении учебных заданий;</w:t>
      </w:r>
    </w:p>
    <w:p w14:paraId="2C94E6E6" w14:textId="77777777" w:rsidR="002B6CAB" w:rsidRDefault="002B6CAB" w:rsidP="002B6CAB">
      <w:pPr>
        <w:numPr>
          <w:ilvl w:val="0"/>
          <w:numId w:val="1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самостоятельно проводить занятия на основе изученного материала и с </w:t>
      </w:r>
    </w:p>
    <w:p w14:paraId="676ADF2B" w14:textId="77777777" w:rsidR="002B6CAB" w:rsidRDefault="002B6CAB" w:rsidP="002B6CAB">
      <w:pPr>
        <w:numPr>
          <w:ilvl w:val="0"/>
          <w:numId w:val="1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учётом собственных интересов; оценивать свои успехи в занятиях </w:t>
      </w:r>
    </w:p>
    <w:p w14:paraId="0A0057C1" w14:textId="77777777" w:rsidR="002B6CAB" w:rsidRPr="002B6CAB" w:rsidRDefault="002B6CAB" w:rsidP="002B6CAB">
      <w:pPr>
        <w:numPr>
          <w:ilvl w:val="0"/>
          <w:numId w:val="13"/>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физической культурой, проявлять стремление к развитию физических качеств, выполнению нормативных требований комплекса ГТО.</w:t>
      </w:r>
      <w:bookmarkStart w:id="3" w:name="_Toc137548643"/>
      <w:bookmarkEnd w:id="3"/>
    </w:p>
    <w:p w14:paraId="4A334681"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ПРЕДМЕТНЫЕ РЕЗУЛЬТАТЫ</w:t>
      </w:r>
    </w:p>
    <w:p w14:paraId="2C248FF7"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bookmarkStart w:id="4" w:name="_Toc137548644"/>
      <w:bookmarkEnd w:id="4"/>
      <w:r w:rsidRPr="002B6CAB">
        <w:rPr>
          <w:rFonts w:ascii="Times New Roman" w:eastAsia="Times New Roman" w:hAnsi="Times New Roman" w:cs="Times New Roman"/>
          <w:b/>
          <w:bCs/>
          <w:sz w:val="28"/>
          <w:szCs w:val="28"/>
          <w:lang w:eastAsia="ru-RU"/>
        </w:rPr>
        <w:t>1 КЛАСС</w:t>
      </w:r>
    </w:p>
    <w:p w14:paraId="11B3CD0D" w14:textId="77777777" w:rsidR="002B6CAB" w:rsidRPr="002B6CAB" w:rsidRDefault="002B6CAB" w:rsidP="002B6CAB">
      <w:pPr>
        <w:spacing w:beforeAutospacing="1" w:after="0" w:afterAutospacing="1"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 </w:t>
      </w:r>
      <w:r w:rsidRPr="002B6CAB">
        <w:rPr>
          <w:rFonts w:ascii="Times New Roman" w:eastAsia="Times New Roman" w:hAnsi="Times New Roman" w:cs="Times New Roman"/>
          <w:b/>
          <w:bCs/>
          <w:sz w:val="28"/>
          <w:szCs w:val="28"/>
          <w:lang w:eastAsia="ru-RU"/>
        </w:rPr>
        <w:t>1 классе</w:t>
      </w:r>
      <w:r w:rsidRPr="002B6CAB">
        <w:rPr>
          <w:rFonts w:ascii="Times New Roman" w:eastAsia="Times New Roman" w:hAnsi="Times New Roman" w:cs="Times New Roman"/>
          <w:sz w:val="28"/>
          <w:szCs w:val="28"/>
          <w:lang w:eastAsia="ru-RU"/>
        </w:rPr>
        <w:t> обучающийся достигнет следующих предметных результатов по отдельным темам программы по физической культуре:</w:t>
      </w:r>
    </w:p>
    <w:p w14:paraId="39CE28CA"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приводить примеры основных дневных дел и их распределение в индивидуальном режиме дня;</w:t>
      </w:r>
    </w:p>
    <w:p w14:paraId="34FFA8A5"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соблюдать правила поведения на уроках физической культурой, приводить примеры подбора одежды для самостоятельных занятий;</w:t>
      </w:r>
    </w:p>
    <w:p w14:paraId="4EF5A4EC"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упражнения утренней зарядки и физкультминуток;</w:t>
      </w:r>
    </w:p>
    <w:p w14:paraId="40C4C98D"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анализировать причины нарушения осанки и демонстрировать упражнения по профилактике её нарушения;</w:t>
      </w:r>
    </w:p>
    <w:p w14:paraId="5874FB91"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1AE3BF3F"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передвижения стилизованным гимнастическим шагом</w:t>
      </w:r>
      <w:r w:rsidRPr="002B6CAB">
        <w:rPr>
          <w:rFonts w:ascii="Times New Roman" w:eastAsia="Times New Roman" w:hAnsi="Times New Roman" w:cs="Times New Roman"/>
          <w:sz w:val="28"/>
          <w:szCs w:val="28"/>
          <w:lang w:eastAsia="ru-RU"/>
        </w:rPr>
        <w:br/>
        <w:t>и бегом, прыжки на месте с поворотами в разные стороны и в длину толчком двумя ногами;</w:t>
      </w:r>
    </w:p>
    <w:p w14:paraId="2E2C97FF"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передвигаться на лыжах ступающим и скользящим шагом (без палок);</w:t>
      </w:r>
    </w:p>
    <w:p w14:paraId="7FCFEFBE" w14:textId="77777777" w:rsidR="002B6CAB" w:rsidRPr="002B6CAB" w:rsidRDefault="002B6CAB" w:rsidP="002B6CAB">
      <w:pPr>
        <w:numPr>
          <w:ilvl w:val="0"/>
          <w:numId w:val="14"/>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играть в подвижные игры с общеразвивающей направленностью.</w:t>
      </w:r>
      <w:bookmarkStart w:id="5" w:name="_Toc103687218"/>
      <w:bookmarkStart w:id="6" w:name="_Toc137548645"/>
      <w:bookmarkEnd w:id="5"/>
      <w:bookmarkEnd w:id="6"/>
      <w:r w:rsidRPr="002B6CAB">
        <w:rPr>
          <w:rFonts w:ascii="Times New Roman" w:eastAsia="Times New Roman" w:hAnsi="Times New Roman" w:cs="Times New Roman"/>
          <w:sz w:val="28"/>
          <w:szCs w:val="28"/>
          <w:lang w:eastAsia="ru-RU"/>
        </w:rPr>
        <w:br/>
      </w:r>
    </w:p>
    <w:p w14:paraId="672D519E"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2 КЛАСС</w:t>
      </w:r>
    </w:p>
    <w:p w14:paraId="50A11581" w14:textId="77777777" w:rsidR="002B6CAB" w:rsidRPr="002B6CAB" w:rsidRDefault="002B6CAB" w:rsidP="002B6CAB">
      <w:pPr>
        <w:spacing w:beforeAutospacing="1" w:after="0" w:afterAutospacing="1"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во </w:t>
      </w:r>
      <w:r w:rsidRPr="002B6CAB">
        <w:rPr>
          <w:rFonts w:ascii="Times New Roman" w:eastAsia="Times New Roman" w:hAnsi="Times New Roman" w:cs="Times New Roman"/>
          <w:b/>
          <w:bCs/>
          <w:sz w:val="28"/>
          <w:szCs w:val="28"/>
          <w:lang w:eastAsia="ru-RU"/>
        </w:rPr>
        <w:t>2 классе</w:t>
      </w:r>
      <w:r w:rsidRPr="002B6CAB">
        <w:rPr>
          <w:rFonts w:ascii="Times New Roman" w:eastAsia="Times New Roman" w:hAnsi="Times New Roman" w:cs="Times New Roman"/>
          <w:sz w:val="28"/>
          <w:szCs w:val="28"/>
          <w:lang w:eastAsia="ru-RU"/>
        </w:rPr>
        <w:t> обучающийся достигнет следующих предметных результатов по отдельным темам программы по физической культуре:</w:t>
      </w:r>
    </w:p>
    <w:p w14:paraId="4EC2E069"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примеры основных физических качеств и высказывать своё суждение об их связи с укреплением здоровья и физическим развитием;</w:t>
      </w:r>
    </w:p>
    <w:p w14:paraId="2528013A"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измерять показатели длины и массы тела, физических качеств с помощью специальных тестовых упражнений, вести наблюдения за их изменениями;</w:t>
      </w:r>
    </w:p>
    <w:p w14:paraId="0AC3C2D3"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14:paraId="1315C756"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танцевальный хороводный шаг в совместном передвижении;</w:t>
      </w:r>
    </w:p>
    <w:p w14:paraId="458CE7F0"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прыжки по разметкам на разное расстояние и с разной амплитудой, в высоту с прямого разбега;</w:t>
      </w:r>
    </w:p>
    <w:p w14:paraId="49AAB6C8"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передвигаться на лыжах </w:t>
      </w:r>
      <w:proofErr w:type="spellStart"/>
      <w:r w:rsidRPr="002B6CAB">
        <w:rPr>
          <w:rFonts w:ascii="Times New Roman" w:eastAsia="Times New Roman" w:hAnsi="Times New Roman" w:cs="Times New Roman"/>
          <w:sz w:val="28"/>
          <w:szCs w:val="28"/>
          <w:lang w:eastAsia="ru-RU"/>
        </w:rPr>
        <w:t>двухшажным</w:t>
      </w:r>
      <w:proofErr w:type="spellEnd"/>
      <w:r w:rsidRPr="002B6CAB">
        <w:rPr>
          <w:rFonts w:ascii="Times New Roman" w:eastAsia="Times New Roman" w:hAnsi="Times New Roman" w:cs="Times New Roman"/>
          <w:sz w:val="28"/>
          <w:szCs w:val="28"/>
          <w:lang w:eastAsia="ru-RU"/>
        </w:rPr>
        <w:t xml:space="preserve"> переменным ходом, спускаться с пологого склона и тормозить падением;</w:t>
      </w:r>
    </w:p>
    <w:p w14:paraId="3532F345"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организовывать и играть в подвижные игры на развитие основных физических качеств, с использованием технических приёмов из спортивных игр;</w:t>
      </w:r>
    </w:p>
    <w:p w14:paraId="7EAB6505" w14:textId="77777777" w:rsidR="002B6CAB" w:rsidRPr="002B6CAB" w:rsidRDefault="002B6CAB" w:rsidP="002B6CAB">
      <w:pPr>
        <w:numPr>
          <w:ilvl w:val="0"/>
          <w:numId w:val="15"/>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выполнять упражнения на развитие физических качеств.</w:t>
      </w:r>
      <w:bookmarkStart w:id="7" w:name="_Toc103687219"/>
      <w:bookmarkStart w:id="8" w:name="_Toc137548646"/>
      <w:bookmarkEnd w:id="7"/>
      <w:bookmarkEnd w:id="8"/>
    </w:p>
    <w:p w14:paraId="104F718C"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3 КЛАСС</w:t>
      </w:r>
    </w:p>
    <w:p w14:paraId="52C3BDBB" w14:textId="77777777" w:rsidR="002B6CAB" w:rsidRPr="002B6CAB" w:rsidRDefault="002B6CAB" w:rsidP="002B6CAB">
      <w:pPr>
        <w:spacing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w:t>
      </w:r>
      <w:r w:rsidRPr="002B6CAB">
        <w:rPr>
          <w:rFonts w:ascii="Times New Roman" w:eastAsia="Times New Roman" w:hAnsi="Times New Roman" w:cs="Times New Roman"/>
          <w:b/>
          <w:bCs/>
          <w:sz w:val="28"/>
          <w:szCs w:val="28"/>
          <w:lang w:eastAsia="ru-RU"/>
        </w:rPr>
        <w:t> 3 классе</w:t>
      </w:r>
      <w:r w:rsidRPr="002B6CAB">
        <w:rPr>
          <w:rFonts w:ascii="Times New Roman" w:eastAsia="Times New Roman" w:hAnsi="Times New Roman" w:cs="Times New Roman"/>
          <w:sz w:val="28"/>
          <w:szCs w:val="28"/>
          <w:lang w:eastAsia="ru-RU"/>
        </w:rPr>
        <w:t> обучающийся достигнет следующих предметных результатов по отдельным темам программы по физической культуре:</w:t>
      </w:r>
    </w:p>
    <w:p w14:paraId="3A529FC7" w14:textId="77777777" w:rsid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соблюдать правила во время выполнения гимнастических и акробатических </w:t>
      </w:r>
    </w:p>
    <w:p w14:paraId="0EC85DE7"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упражнений, легкоатлетической, лыжной, игровой и плавательной подготовки;</w:t>
      </w:r>
    </w:p>
    <w:p w14:paraId="37C71AC5"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14:paraId="6C5AC5B7"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измерять частоту пульса и определять физическую нагрузку по её значениям с помощью таблицы стандартных нагрузок;</w:t>
      </w:r>
    </w:p>
    <w:p w14:paraId="715FE8A0"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упражнения дыхательной и зрительной гимнастики, объяснять их связь с предупреждением появления утомления;</w:t>
      </w:r>
    </w:p>
    <w:p w14:paraId="076C38BE"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выполнять движение </w:t>
      </w:r>
      <w:proofErr w:type="spellStart"/>
      <w:r w:rsidRPr="002B6CAB">
        <w:rPr>
          <w:rFonts w:ascii="Times New Roman" w:eastAsia="Times New Roman" w:hAnsi="Times New Roman" w:cs="Times New Roman"/>
          <w:sz w:val="28"/>
          <w:szCs w:val="28"/>
          <w:lang w:eastAsia="ru-RU"/>
        </w:rPr>
        <w:t>противоходом</w:t>
      </w:r>
      <w:proofErr w:type="spellEnd"/>
      <w:r w:rsidRPr="002B6CAB">
        <w:rPr>
          <w:rFonts w:ascii="Times New Roman" w:eastAsia="Times New Roman" w:hAnsi="Times New Roman" w:cs="Times New Roman"/>
          <w:sz w:val="28"/>
          <w:szCs w:val="28"/>
          <w:lang w:eastAsia="ru-RU"/>
        </w:rPr>
        <w:t xml:space="preserve"> в колонне по одному, перестраиваться из колонны по одному в колонну по три на месте и в движении;</w:t>
      </w:r>
    </w:p>
    <w:p w14:paraId="5DC972D1"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14:paraId="144692B2"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передвигаться по нижней жерди гимнастической стенки приставным шагом в правую и левую сторону, лазать разноимённым способом;</w:t>
      </w:r>
    </w:p>
    <w:p w14:paraId="7276772D"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прыжки через скакалку на двух ногах и попеременно на правой и левой ноге;</w:t>
      </w:r>
    </w:p>
    <w:p w14:paraId="45C6E23F"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упражнения ритмической гимнастики, движения танцев галоп и полька;</w:t>
      </w:r>
    </w:p>
    <w:p w14:paraId="79E2701D"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14:paraId="7EF3F195"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 xml:space="preserve">передвигаться на лыжах одновременным </w:t>
      </w:r>
      <w:proofErr w:type="spellStart"/>
      <w:r w:rsidRPr="002B6CAB">
        <w:rPr>
          <w:rFonts w:ascii="Times New Roman" w:eastAsia="Times New Roman" w:hAnsi="Times New Roman" w:cs="Times New Roman"/>
          <w:sz w:val="28"/>
          <w:szCs w:val="28"/>
          <w:lang w:eastAsia="ru-RU"/>
        </w:rPr>
        <w:t>двухшажным</w:t>
      </w:r>
      <w:proofErr w:type="spellEnd"/>
      <w:r w:rsidRPr="002B6CAB">
        <w:rPr>
          <w:rFonts w:ascii="Times New Roman" w:eastAsia="Times New Roman" w:hAnsi="Times New Roman" w:cs="Times New Roman"/>
          <w:sz w:val="28"/>
          <w:szCs w:val="28"/>
          <w:lang w:eastAsia="ru-RU"/>
        </w:rPr>
        <w:t xml:space="preserve"> ходом, спускаться с пологого склона в стойке лыжника и тормозить плугом;</w:t>
      </w:r>
    </w:p>
    <w:p w14:paraId="6F87D471"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14:paraId="48EDE1DF" w14:textId="77777777" w:rsidR="002B6CAB" w:rsidRPr="002B6CAB" w:rsidRDefault="002B6CAB" w:rsidP="002B6CAB">
      <w:pPr>
        <w:numPr>
          <w:ilvl w:val="0"/>
          <w:numId w:val="16"/>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упражнения на развитие физических качеств, демонстрировать приросты в их показателях.</w:t>
      </w:r>
      <w:bookmarkStart w:id="9" w:name="_Toc103687220"/>
      <w:bookmarkStart w:id="10" w:name="_Toc137548647"/>
      <w:bookmarkEnd w:id="9"/>
      <w:bookmarkEnd w:id="10"/>
    </w:p>
    <w:p w14:paraId="68FEF45D" w14:textId="77777777" w:rsidR="002B6CAB" w:rsidRPr="002B6CAB" w:rsidRDefault="002B6CAB" w:rsidP="002B6CAB">
      <w:pPr>
        <w:spacing w:beforeAutospacing="1" w:after="0" w:afterAutospacing="1" w:line="240" w:lineRule="auto"/>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b/>
          <w:bCs/>
          <w:sz w:val="28"/>
          <w:szCs w:val="28"/>
          <w:lang w:eastAsia="ru-RU"/>
        </w:rPr>
        <w:t>4 КЛАСС</w:t>
      </w:r>
    </w:p>
    <w:p w14:paraId="17F17126" w14:textId="77777777" w:rsidR="002B6CAB" w:rsidRPr="002B6CAB" w:rsidRDefault="002B6CAB" w:rsidP="002B6CAB">
      <w:pPr>
        <w:spacing w:after="0" w:line="240" w:lineRule="auto"/>
        <w:ind w:firstLine="567"/>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К концу обучения в </w:t>
      </w:r>
      <w:r w:rsidRPr="002B6CAB">
        <w:rPr>
          <w:rFonts w:ascii="Times New Roman" w:eastAsia="Times New Roman" w:hAnsi="Times New Roman" w:cs="Times New Roman"/>
          <w:b/>
          <w:bCs/>
          <w:sz w:val="28"/>
          <w:szCs w:val="28"/>
          <w:lang w:eastAsia="ru-RU"/>
        </w:rPr>
        <w:t>4 классе</w:t>
      </w:r>
      <w:r w:rsidRPr="002B6CAB">
        <w:rPr>
          <w:rFonts w:ascii="Times New Roman" w:eastAsia="Times New Roman" w:hAnsi="Times New Roman" w:cs="Times New Roman"/>
          <w:sz w:val="28"/>
          <w:szCs w:val="28"/>
          <w:lang w:eastAsia="ru-RU"/>
        </w:rPr>
        <w:t> обучающийся достигнет следующих предметных результатов по отдельным темам программы по физической культуре:</w:t>
      </w:r>
    </w:p>
    <w:p w14:paraId="248E7EB8" w14:textId="77777777" w:rsidR="00E56C6A" w:rsidRPr="002B6CAB" w:rsidRDefault="002B6CAB" w:rsidP="00E56C6A">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объяснять назначение комплекса ГТО и выявлять его связь с подготовкой к труду и защите Родины;</w:t>
      </w:r>
    </w:p>
    <w:p w14:paraId="09A0305D"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осознавать положительное влияние занятий физической подготовкой на укрепление здоровья, развитие сердечно-сосудистой и дыхательной систем;</w:t>
      </w:r>
    </w:p>
    <w:p w14:paraId="616C1941"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приводить примеры регулирования физической нагрузки по пульсу при развитии физических качеств: силы, быстроты, выносливости и гибкости;</w:t>
      </w:r>
    </w:p>
    <w:p w14:paraId="0B11B8AB"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14:paraId="41E63ABC"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проявлять готовность оказать первую помощь в случае необходимости;</w:t>
      </w:r>
    </w:p>
    <w:p w14:paraId="38680421"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lastRenderedPageBreak/>
        <w:t>демонстрировать акробатические комбинации из 5–7 хорошо освоенных упражнений (с помощью учителя);</w:t>
      </w:r>
    </w:p>
    <w:p w14:paraId="09734AEC"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демонстрировать опорный прыжок </w:t>
      </w:r>
      <w:r w:rsidRPr="002B6CAB">
        <w:rPr>
          <w:rFonts w:ascii="Times New Roman" w:eastAsia="Times New Roman" w:hAnsi="Times New Roman" w:cs="Times New Roman"/>
          <w:sz w:val="28"/>
          <w:szCs w:val="28"/>
          <w:lang w:eastAsia="ru-RU"/>
        </w:rPr>
        <w:t xml:space="preserve">через гимнастического козла с разбега способом </w:t>
      </w:r>
      <w:proofErr w:type="spellStart"/>
      <w:r w:rsidRPr="002B6CAB">
        <w:rPr>
          <w:rFonts w:ascii="Times New Roman" w:eastAsia="Times New Roman" w:hAnsi="Times New Roman" w:cs="Times New Roman"/>
          <w:sz w:val="28"/>
          <w:szCs w:val="28"/>
          <w:lang w:eastAsia="ru-RU"/>
        </w:rPr>
        <w:t>напрыгивания</w:t>
      </w:r>
      <w:proofErr w:type="spellEnd"/>
      <w:r w:rsidRPr="002B6CAB">
        <w:rPr>
          <w:rFonts w:ascii="Times New Roman" w:eastAsia="Times New Roman" w:hAnsi="Times New Roman" w:cs="Times New Roman"/>
          <w:sz w:val="28"/>
          <w:szCs w:val="28"/>
          <w:lang w:eastAsia="ru-RU"/>
        </w:rPr>
        <w:t>;</w:t>
      </w:r>
    </w:p>
    <w:p w14:paraId="270DE68D"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демонстрировать движения танца «Летка-</w:t>
      </w:r>
      <w:proofErr w:type="spellStart"/>
      <w:r w:rsidRPr="002B6CAB">
        <w:rPr>
          <w:rFonts w:ascii="Times New Roman" w:eastAsia="Times New Roman" w:hAnsi="Times New Roman" w:cs="Times New Roman"/>
          <w:sz w:val="28"/>
          <w:szCs w:val="28"/>
          <w:lang w:eastAsia="ru-RU"/>
        </w:rPr>
        <w:t>енка</w:t>
      </w:r>
      <w:proofErr w:type="spellEnd"/>
      <w:r w:rsidRPr="002B6CAB">
        <w:rPr>
          <w:rFonts w:ascii="Times New Roman" w:eastAsia="Times New Roman" w:hAnsi="Times New Roman" w:cs="Times New Roman"/>
          <w:sz w:val="28"/>
          <w:szCs w:val="28"/>
          <w:lang w:eastAsia="ru-RU"/>
        </w:rPr>
        <w:t>» в групповом исполнении под музыкальное сопровождение;</w:t>
      </w:r>
    </w:p>
    <w:p w14:paraId="5B526625"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прыжок в высоту с разбега перешагиванием;</w:t>
      </w:r>
    </w:p>
    <w:p w14:paraId="032578C1"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метание малого (теннисного) мяча на дальность;</w:t>
      </w:r>
    </w:p>
    <w:p w14:paraId="4F963963" w14:textId="77777777" w:rsidR="002B6CAB" w:rsidRPr="002B6CAB" w:rsidRDefault="002B6CAB" w:rsidP="002B6CAB">
      <w:pPr>
        <w:numPr>
          <w:ilvl w:val="0"/>
          <w:numId w:val="17"/>
        </w:numPr>
        <w:spacing w:beforeAutospacing="1" w:after="0"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освоенные технические действия спортивных игр баскетбол, волейбол и футбол в условиях игровой деятельности;</w:t>
      </w:r>
    </w:p>
    <w:p w14:paraId="51246A6D" w14:textId="77777777" w:rsidR="002B6CAB" w:rsidRPr="002B6CAB" w:rsidRDefault="002B6CAB" w:rsidP="002B6CAB">
      <w:pPr>
        <w:numPr>
          <w:ilvl w:val="0"/>
          <w:numId w:val="17"/>
        </w:numPr>
        <w:spacing w:before="100" w:beforeAutospacing="1" w:after="75" w:line="240" w:lineRule="auto"/>
        <w:ind w:left="0"/>
        <w:jc w:val="both"/>
        <w:rPr>
          <w:rFonts w:ascii="Times New Roman" w:eastAsia="Times New Roman" w:hAnsi="Times New Roman" w:cs="Times New Roman"/>
          <w:sz w:val="28"/>
          <w:szCs w:val="28"/>
          <w:lang w:eastAsia="ru-RU"/>
        </w:rPr>
      </w:pPr>
      <w:r w:rsidRPr="002B6CAB">
        <w:rPr>
          <w:rFonts w:ascii="Times New Roman" w:eastAsia="Times New Roman" w:hAnsi="Times New Roman" w:cs="Times New Roman"/>
          <w:sz w:val="28"/>
          <w:szCs w:val="28"/>
          <w:lang w:eastAsia="ru-RU"/>
        </w:rPr>
        <w:t>выполнять упражнения на развитие физических качеств, демонстрировать приросты в их показателях.</w:t>
      </w:r>
    </w:p>
    <w:p w14:paraId="7D13B1CF" w14:textId="77777777" w:rsidR="008D2EAE" w:rsidRDefault="008D2EAE" w:rsidP="008D2EAE">
      <w:pPr>
        <w:spacing w:after="0"/>
        <w:jc w:val="both"/>
        <w:rPr>
          <w:rFonts w:ascii="Times New Roman" w:hAnsi="Times New Roman"/>
          <w:sz w:val="28"/>
          <w:szCs w:val="24"/>
        </w:rPr>
      </w:pPr>
    </w:p>
    <w:p w14:paraId="779946B6" w14:textId="77777777" w:rsidR="002B4778" w:rsidRPr="002B6CAB" w:rsidRDefault="002B4778" w:rsidP="008D2EAE">
      <w:pPr>
        <w:spacing w:after="0"/>
        <w:jc w:val="both"/>
        <w:rPr>
          <w:rFonts w:ascii="Times New Roman" w:hAnsi="Times New Roman"/>
          <w:sz w:val="28"/>
          <w:szCs w:val="24"/>
        </w:rPr>
      </w:pPr>
    </w:p>
    <w:p w14:paraId="4E3A9F57"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39FFA3B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F39B9BE"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4978252"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436F4487"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EA4C67D"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325F5BEA"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F55E3D2"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6D11B186"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AD45165"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E43894D"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FF7213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66C3324B"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696D613A"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2437E32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F13583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742D1804"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0FF34F6"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99F7D3C"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69445A8"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14121B0"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AB626B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8F91DA5"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7F2F584"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EC1BA19"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90D0F34"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50CE141"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6A2A70A0"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792F872F"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2F6206D8"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EAD4E2E"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399D2004"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5BE2031B"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089E11DB"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331FB961"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63178844" w14:textId="77777777" w:rsidR="00122411" w:rsidRDefault="00122411" w:rsidP="002B6CAB">
      <w:pPr>
        <w:spacing w:after="0" w:line="240" w:lineRule="auto"/>
        <w:rPr>
          <w:rFonts w:ascii="Times New Roman" w:eastAsia="Times New Roman" w:hAnsi="Times New Roman" w:cs="Times New Roman"/>
          <w:b/>
          <w:bCs/>
          <w:caps/>
          <w:sz w:val="24"/>
          <w:szCs w:val="24"/>
          <w:lang w:eastAsia="ru-RU"/>
        </w:rPr>
      </w:pPr>
    </w:p>
    <w:p w14:paraId="18D3843A" w14:textId="77777777" w:rsidR="00E56C6A" w:rsidRDefault="00E56C6A" w:rsidP="002B6CAB">
      <w:pPr>
        <w:rPr>
          <w:rFonts w:ascii="Times New Roman" w:hAnsi="Times New Roman"/>
          <w:b/>
          <w:sz w:val="32"/>
          <w:szCs w:val="24"/>
        </w:rPr>
        <w:sectPr w:rsidR="00E56C6A" w:rsidSect="008A41DE">
          <w:type w:val="continuous"/>
          <w:pgSz w:w="11906" w:h="16838"/>
          <w:pgMar w:top="993" w:right="850" w:bottom="1134" w:left="1701" w:header="708" w:footer="708" w:gutter="0"/>
          <w:cols w:space="708"/>
          <w:docGrid w:linePitch="360"/>
        </w:sectPr>
      </w:pPr>
    </w:p>
    <w:p w14:paraId="058471A7" w14:textId="77777777" w:rsidR="00E56C6A" w:rsidRPr="00E56C6A" w:rsidRDefault="00E56C6A" w:rsidP="003F2DFE">
      <w:pPr>
        <w:autoSpaceDE w:val="0"/>
        <w:autoSpaceDN w:val="0"/>
        <w:spacing w:after="92" w:line="372" w:lineRule="auto"/>
        <w:ind w:right="1642"/>
        <w:jc w:val="center"/>
        <w:rPr>
          <w:rFonts w:ascii="Times New Roman" w:hAnsi="Times New Roman" w:cs="Times New Roman"/>
          <w:sz w:val="24"/>
          <w:szCs w:val="24"/>
        </w:rPr>
      </w:pPr>
      <w:r w:rsidRPr="00E56C6A">
        <w:rPr>
          <w:rFonts w:ascii="Times New Roman" w:eastAsia="Times New Roman" w:hAnsi="Times New Roman" w:cs="Times New Roman"/>
          <w:b/>
          <w:w w:val="101"/>
          <w:sz w:val="24"/>
          <w:szCs w:val="24"/>
        </w:rPr>
        <w:lastRenderedPageBreak/>
        <w:t xml:space="preserve">ТЕМАТИЧЕСКОЕ ПЛАНИРОВАНИЕ </w:t>
      </w:r>
      <w:r w:rsidRPr="00E56C6A">
        <w:rPr>
          <w:rFonts w:ascii="Times New Roman" w:hAnsi="Times New Roman" w:cs="Times New Roman"/>
          <w:sz w:val="24"/>
          <w:szCs w:val="24"/>
        </w:rPr>
        <w:br/>
      </w:r>
      <w:r w:rsidRPr="00E56C6A">
        <w:rPr>
          <w:rFonts w:ascii="Times New Roman" w:eastAsia="Times New Roman" w:hAnsi="Times New Roman" w:cs="Times New Roman"/>
          <w:b/>
          <w:sz w:val="24"/>
          <w:szCs w:val="24"/>
        </w:rPr>
        <w:t>1 КЛАСС</w:t>
      </w:r>
    </w:p>
    <w:tbl>
      <w:tblPr>
        <w:tblW w:w="10631" w:type="dxa"/>
        <w:tblInd w:w="6" w:type="dxa"/>
        <w:tblLayout w:type="fixed"/>
        <w:tblLook w:val="04A0" w:firstRow="1" w:lastRow="0" w:firstColumn="1" w:lastColumn="0" w:noHBand="0" w:noVBand="1"/>
      </w:tblPr>
      <w:tblGrid>
        <w:gridCol w:w="432"/>
        <w:gridCol w:w="4387"/>
        <w:gridCol w:w="528"/>
        <w:gridCol w:w="1464"/>
        <w:gridCol w:w="1977"/>
        <w:gridCol w:w="1843"/>
      </w:tblGrid>
      <w:tr w:rsidR="00E56C6A" w:rsidRPr="00E56C6A" w14:paraId="22E52C25" w14:textId="77777777" w:rsidTr="003F2DFE">
        <w:trPr>
          <w:trHeight w:val="348"/>
        </w:trPr>
        <w:tc>
          <w:tcPr>
            <w:tcW w:w="43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508B935" w14:textId="77777777" w:rsidR="00E56C6A" w:rsidRPr="00E56C6A" w:rsidRDefault="00E56C6A">
            <w:pPr>
              <w:autoSpaceDE w:val="0"/>
              <w:autoSpaceDN w:val="0"/>
              <w:spacing w:before="78" w:after="0" w:line="244" w:lineRule="auto"/>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w:t>
            </w:r>
            <w:r w:rsidRPr="00E56C6A">
              <w:rPr>
                <w:rFonts w:ascii="Times New Roman" w:hAnsi="Times New Roman" w:cs="Times New Roman"/>
                <w:sz w:val="24"/>
                <w:szCs w:val="24"/>
              </w:rPr>
              <w:br/>
            </w:r>
            <w:r w:rsidRPr="00E56C6A">
              <w:rPr>
                <w:rFonts w:ascii="Times New Roman" w:eastAsia="Times New Roman" w:hAnsi="Times New Roman" w:cs="Times New Roman"/>
                <w:b/>
                <w:w w:val="97"/>
                <w:sz w:val="24"/>
                <w:szCs w:val="24"/>
              </w:rPr>
              <w:t>п/п</w:t>
            </w:r>
          </w:p>
        </w:tc>
        <w:tc>
          <w:tcPr>
            <w:tcW w:w="4387" w:type="dxa"/>
            <w:vMerge w:val="restart"/>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AB6002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Наименование разделов и тем программы</w:t>
            </w:r>
          </w:p>
        </w:tc>
        <w:tc>
          <w:tcPr>
            <w:tcW w:w="3969" w:type="dxa"/>
            <w:gridSpan w:val="3"/>
            <w:tcBorders>
              <w:top w:val="single" w:sz="4" w:space="0" w:color="000000"/>
              <w:left w:val="single" w:sz="6" w:space="0" w:color="000000"/>
              <w:bottom w:val="single" w:sz="4" w:space="0" w:color="000000"/>
              <w:right w:val="single" w:sz="6" w:space="0" w:color="000000"/>
            </w:tcBorders>
            <w:tcMar>
              <w:top w:w="0" w:type="dxa"/>
              <w:left w:w="0" w:type="dxa"/>
              <w:bottom w:w="0" w:type="dxa"/>
              <w:right w:w="0" w:type="dxa"/>
            </w:tcMar>
            <w:hideMark/>
          </w:tcPr>
          <w:p w14:paraId="33314A43"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Количество часов</w:t>
            </w:r>
          </w:p>
        </w:tc>
        <w:tc>
          <w:tcPr>
            <w:tcW w:w="1843" w:type="dxa"/>
            <w:vMerge w:val="restart"/>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4FAC1B0" w14:textId="77777777" w:rsidR="00E56C6A" w:rsidRPr="00E56C6A" w:rsidRDefault="00E56C6A">
            <w:pPr>
              <w:autoSpaceDE w:val="0"/>
              <w:autoSpaceDN w:val="0"/>
              <w:spacing w:before="78" w:after="0" w:line="244" w:lineRule="auto"/>
              <w:ind w:left="74" w:right="144"/>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Электронные (цифровые) образовательные ресурсы</w:t>
            </w:r>
          </w:p>
        </w:tc>
      </w:tr>
      <w:tr w:rsidR="00E56C6A" w:rsidRPr="00E56C6A" w14:paraId="69305B7B" w14:textId="77777777" w:rsidTr="003F2DFE">
        <w:trPr>
          <w:trHeight w:hRule="exact" w:val="1870"/>
        </w:trPr>
        <w:tc>
          <w:tcPr>
            <w:tcW w:w="432" w:type="dxa"/>
            <w:vMerge/>
            <w:tcBorders>
              <w:top w:val="single" w:sz="4" w:space="0" w:color="000000"/>
              <w:left w:val="single" w:sz="4" w:space="0" w:color="000000"/>
              <w:bottom w:val="single" w:sz="4" w:space="0" w:color="000000"/>
              <w:right w:val="single" w:sz="4" w:space="0" w:color="000000"/>
            </w:tcBorders>
            <w:vAlign w:val="center"/>
            <w:hideMark/>
          </w:tcPr>
          <w:p w14:paraId="4CDB4B8D" w14:textId="77777777" w:rsidR="00E56C6A" w:rsidRPr="00E56C6A" w:rsidRDefault="00E56C6A">
            <w:pPr>
              <w:spacing w:after="0" w:line="240" w:lineRule="auto"/>
              <w:rPr>
                <w:rFonts w:ascii="Times New Roman" w:hAnsi="Times New Roman" w:cs="Times New Roman"/>
                <w:sz w:val="24"/>
                <w:szCs w:val="24"/>
                <w:lang w:val="en-US"/>
              </w:rPr>
            </w:pPr>
          </w:p>
        </w:tc>
        <w:tc>
          <w:tcPr>
            <w:tcW w:w="4387" w:type="dxa"/>
            <w:vMerge/>
            <w:tcBorders>
              <w:top w:val="single" w:sz="4" w:space="0" w:color="000000"/>
              <w:left w:val="single" w:sz="4" w:space="0" w:color="000000"/>
              <w:bottom w:val="single" w:sz="4" w:space="0" w:color="000000"/>
              <w:right w:val="single" w:sz="6" w:space="0" w:color="000000"/>
            </w:tcBorders>
            <w:vAlign w:val="center"/>
            <w:hideMark/>
          </w:tcPr>
          <w:p w14:paraId="13EE3E56" w14:textId="77777777" w:rsidR="00E56C6A" w:rsidRPr="00E56C6A" w:rsidRDefault="00E56C6A">
            <w:pPr>
              <w:spacing w:after="0" w:line="240" w:lineRule="auto"/>
              <w:rPr>
                <w:rFonts w:ascii="Times New Roman" w:hAnsi="Times New Roman" w:cs="Times New Roman"/>
                <w:sz w:val="24"/>
                <w:szCs w:val="24"/>
              </w:rPr>
            </w:pP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35DA221D"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всего</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C5B8735" w14:textId="77777777" w:rsidR="00E56C6A" w:rsidRPr="00E56C6A" w:rsidRDefault="00E56C6A">
            <w:pPr>
              <w:autoSpaceDE w:val="0"/>
              <w:autoSpaceDN w:val="0"/>
              <w:spacing w:before="78" w:after="0" w:line="244" w:lineRule="auto"/>
              <w:ind w:left="72" w:right="288"/>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контрольные работы</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2E5EB979" w14:textId="77777777" w:rsidR="00E56C6A" w:rsidRPr="00E56C6A" w:rsidRDefault="00E56C6A">
            <w:pPr>
              <w:autoSpaceDE w:val="0"/>
              <w:autoSpaceDN w:val="0"/>
              <w:spacing w:before="78" w:after="0" w:line="244" w:lineRule="auto"/>
              <w:ind w:left="72" w:right="288"/>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практические работы</w:t>
            </w:r>
          </w:p>
        </w:tc>
        <w:tc>
          <w:tcPr>
            <w:tcW w:w="1843" w:type="dxa"/>
            <w:vMerge/>
            <w:tcBorders>
              <w:top w:val="single" w:sz="4" w:space="0" w:color="000000"/>
              <w:left w:val="single" w:sz="6" w:space="0" w:color="000000"/>
              <w:bottom w:val="single" w:sz="4" w:space="0" w:color="000000"/>
              <w:right w:val="single" w:sz="4" w:space="0" w:color="000000"/>
            </w:tcBorders>
            <w:vAlign w:val="center"/>
            <w:hideMark/>
          </w:tcPr>
          <w:p w14:paraId="02FE19CC" w14:textId="77777777" w:rsidR="00E56C6A" w:rsidRPr="00E56C6A" w:rsidRDefault="00E56C6A">
            <w:pPr>
              <w:spacing w:after="0" w:line="240" w:lineRule="auto"/>
              <w:rPr>
                <w:rFonts w:ascii="Times New Roman" w:hAnsi="Times New Roman" w:cs="Times New Roman"/>
                <w:sz w:val="24"/>
                <w:szCs w:val="24"/>
                <w:lang w:val="en-US"/>
              </w:rPr>
            </w:pPr>
          </w:p>
        </w:tc>
      </w:tr>
      <w:tr w:rsidR="00E56C6A" w:rsidRPr="00E56C6A" w14:paraId="4EE37856" w14:textId="77777777" w:rsidTr="003F2DFE">
        <w:trPr>
          <w:trHeight w:val="350"/>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327C9C" w14:textId="77777777" w:rsidR="00E56C6A" w:rsidRPr="00E56C6A" w:rsidRDefault="00E56C6A">
            <w:pPr>
              <w:autoSpaceDE w:val="0"/>
              <w:autoSpaceDN w:val="0"/>
              <w:spacing w:before="80"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1.</w:t>
            </w:r>
            <w:r w:rsidRPr="00E56C6A">
              <w:rPr>
                <w:rFonts w:ascii="Times New Roman" w:eastAsia="Times New Roman" w:hAnsi="Times New Roman" w:cs="Times New Roman"/>
                <w:b/>
                <w:w w:val="97"/>
                <w:sz w:val="24"/>
                <w:szCs w:val="24"/>
              </w:rPr>
              <w:t xml:space="preserve"> Знания о физической культуре</w:t>
            </w:r>
          </w:p>
        </w:tc>
      </w:tr>
      <w:tr w:rsidR="00E56C6A" w:rsidRPr="00335125" w14:paraId="2D8F9504" w14:textId="77777777" w:rsidTr="003F2DFE">
        <w:trPr>
          <w:trHeight w:hRule="exact" w:val="2121"/>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8C6B44"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1.1.</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30FBB206" w14:textId="77777777" w:rsidR="00E56C6A" w:rsidRPr="00E56C6A" w:rsidRDefault="002158EA">
            <w:pPr>
              <w:autoSpaceDE w:val="0"/>
              <w:autoSpaceDN w:val="0"/>
              <w:spacing w:before="76" w:after="0" w:line="232" w:lineRule="auto"/>
              <w:ind w:left="72"/>
              <w:rPr>
                <w:rFonts w:ascii="Times New Roman" w:hAnsi="Times New Roman" w:cs="Times New Roman"/>
                <w:sz w:val="24"/>
                <w:szCs w:val="24"/>
              </w:rPr>
            </w:pPr>
            <w:r>
              <w:rPr>
                <w:rFonts w:ascii="Times New Roman" w:eastAsia="Times New Roman" w:hAnsi="Times New Roman" w:cs="Times New Roman"/>
                <w:b/>
                <w:w w:val="97"/>
                <w:sz w:val="24"/>
                <w:szCs w:val="24"/>
              </w:rPr>
              <w:t>Знания о физической культуре</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2E94B00"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AEF090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0F3A3D1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84581C1"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04CEE924"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854945D"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5FCCB2C9"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52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F3C4BA" w14:textId="77777777" w:rsidR="00E56C6A" w:rsidRPr="00E56C6A" w:rsidRDefault="00E56C6A">
            <w:pPr>
              <w:rPr>
                <w:rFonts w:ascii="Times New Roman" w:hAnsi="Times New Roman" w:cs="Times New Roman"/>
                <w:sz w:val="24"/>
                <w:szCs w:val="24"/>
                <w:lang w:val="en-US"/>
              </w:rPr>
            </w:pPr>
          </w:p>
        </w:tc>
      </w:tr>
      <w:tr w:rsidR="00E56C6A" w:rsidRPr="00E56C6A" w14:paraId="023CE58D" w14:textId="77777777" w:rsidTr="003F2DFE">
        <w:trPr>
          <w:trHeight w:val="348"/>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D2CE3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 xml:space="preserve">Раздел 2. </w:t>
            </w:r>
            <w:r w:rsidRPr="00E56C6A">
              <w:rPr>
                <w:rFonts w:ascii="Times New Roman" w:eastAsia="Times New Roman" w:hAnsi="Times New Roman" w:cs="Times New Roman"/>
                <w:b/>
                <w:w w:val="97"/>
                <w:sz w:val="24"/>
                <w:szCs w:val="24"/>
              </w:rPr>
              <w:t>Способы самостоятельной деятельности</w:t>
            </w:r>
          </w:p>
        </w:tc>
      </w:tr>
      <w:tr w:rsidR="00E56C6A" w:rsidRPr="00335125" w14:paraId="04F42F80" w14:textId="77777777" w:rsidTr="003F2DFE">
        <w:trPr>
          <w:trHeight w:hRule="exact" w:val="984"/>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3F0B17"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2.1.</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0E996C6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Режим дня школьника</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2EE00CA0"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5116D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5E6F3B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5820FF6F"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73630C93"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26CF03B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6ECF3303"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52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DE4F3A0" w14:textId="77777777" w:rsidR="00E56C6A" w:rsidRPr="00E56C6A" w:rsidRDefault="00E56C6A">
            <w:pPr>
              <w:rPr>
                <w:rFonts w:ascii="Times New Roman" w:hAnsi="Times New Roman" w:cs="Times New Roman"/>
                <w:sz w:val="24"/>
                <w:szCs w:val="24"/>
                <w:lang w:val="en-US"/>
              </w:rPr>
            </w:pPr>
          </w:p>
        </w:tc>
      </w:tr>
      <w:tr w:rsidR="00E56C6A" w:rsidRPr="00E56C6A" w14:paraId="5606A8F3" w14:textId="77777777" w:rsidTr="003F2DFE">
        <w:trPr>
          <w:trHeight w:val="348"/>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9E6603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ФИЗИЧЕСКОЕ СОВЕРШЕНСТВОВАНИЕ</w:t>
            </w:r>
          </w:p>
        </w:tc>
      </w:tr>
      <w:tr w:rsidR="00E56C6A" w:rsidRPr="00E56C6A" w14:paraId="1A620049" w14:textId="77777777" w:rsidTr="003F2DFE">
        <w:trPr>
          <w:trHeight w:val="348"/>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88C533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Раздел 3.</w:t>
            </w:r>
            <w:r w:rsidRPr="00E56C6A">
              <w:rPr>
                <w:rFonts w:ascii="Times New Roman" w:eastAsia="Times New Roman" w:hAnsi="Times New Roman" w:cs="Times New Roman"/>
                <w:b/>
                <w:w w:val="97"/>
                <w:sz w:val="24"/>
                <w:szCs w:val="24"/>
              </w:rPr>
              <w:t xml:space="preserve"> Оздоровительная физическая культура</w:t>
            </w:r>
          </w:p>
        </w:tc>
      </w:tr>
      <w:tr w:rsidR="00E56C6A" w:rsidRPr="00335125" w14:paraId="21673A2A" w14:textId="77777777" w:rsidTr="003F2DFE">
        <w:trPr>
          <w:trHeight w:hRule="exact" w:val="912"/>
        </w:trPr>
        <w:tc>
          <w:tcPr>
            <w:tcW w:w="432"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CB1C20B"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3.1.</w:t>
            </w:r>
          </w:p>
        </w:tc>
        <w:tc>
          <w:tcPr>
            <w:tcW w:w="4387" w:type="dxa"/>
            <w:tcBorders>
              <w:top w:val="single" w:sz="4" w:space="0" w:color="000000"/>
              <w:left w:val="single" w:sz="4" w:space="0" w:color="000000"/>
              <w:bottom w:val="single" w:sz="6" w:space="0" w:color="000000"/>
              <w:right w:val="single" w:sz="6" w:space="0" w:color="000000"/>
            </w:tcBorders>
            <w:tcMar>
              <w:top w:w="0" w:type="dxa"/>
              <w:left w:w="0" w:type="dxa"/>
              <w:bottom w:w="0" w:type="dxa"/>
              <w:right w:w="0" w:type="dxa"/>
            </w:tcMar>
            <w:hideMark/>
          </w:tcPr>
          <w:p w14:paraId="0A6DEB74" w14:textId="77777777" w:rsidR="00E56C6A" w:rsidRPr="00E56C6A" w:rsidRDefault="002158EA" w:rsidP="002158EA">
            <w:pPr>
              <w:autoSpaceDE w:val="0"/>
              <w:autoSpaceDN w:val="0"/>
              <w:spacing w:before="78" w:after="0" w:line="228" w:lineRule="auto"/>
              <w:rPr>
                <w:rFonts w:ascii="Times New Roman" w:hAnsi="Times New Roman" w:cs="Times New Roman"/>
                <w:sz w:val="24"/>
                <w:szCs w:val="24"/>
              </w:rPr>
            </w:pPr>
            <w:r>
              <w:rPr>
                <w:rFonts w:ascii="Times New Roman" w:eastAsia="Times New Roman" w:hAnsi="Times New Roman" w:cs="Times New Roman"/>
                <w:b/>
                <w:w w:val="97"/>
                <w:sz w:val="24"/>
                <w:szCs w:val="24"/>
              </w:rPr>
              <w:t xml:space="preserve"> Гигиена человека</w:t>
            </w:r>
          </w:p>
        </w:tc>
        <w:tc>
          <w:tcPr>
            <w:tcW w:w="528" w:type="dxa"/>
            <w:tcBorders>
              <w:top w:val="single" w:sz="4" w:space="0" w:color="000000"/>
              <w:left w:val="single" w:sz="6" w:space="0" w:color="000000"/>
              <w:bottom w:val="single" w:sz="6" w:space="0" w:color="000000"/>
              <w:right w:val="single" w:sz="4" w:space="0" w:color="000000"/>
            </w:tcBorders>
            <w:tcMar>
              <w:top w:w="0" w:type="dxa"/>
              <w:left w:w="0" w:type="dxa"/>
              <w:bottom w:w="0" w:type="dxa"/>
              <w:right w:w="0" w:type="dxa"/>
            </w:tcMar>
            <w:hideMark/>
          </w:tcPr>
          <w:p w14:paraId="35EE713F"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77B48E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6" w:space="0" w:color="000000"/>
              <w:right w:val="single" w:sz="6" w:space="0" w:color="000000"/>
            </w:tcBorders>
            <w:tcMar>
              <w:top w:w="0" w:type="dxa"/>
              <w:left w:w="0" w:type="dxa"/>
              <w:bottom w:w="0" w:type="dxa"/>
              <w:right w:w="0" w:type="dxa"/>
            </w:tcMar>
            <w:hideMark/>
          </w:tcPr>
          <w:p w14:paraId="6FA825D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6" w:space="0" w:color="000000"/>
              <w:bottom w:val="single" w:sz="6" w:space="0" w:color="000000"/>
              <w:right w:val="single" w:sz="4" w:space="0" w:color="000000"/>
            </w:tcBorders>
            <w:tcMar>
              <w:top w:w="0" w:type="dxa"/>
              <w:left w:w="0" w:type="dxa"/>
              <w:bottom w:w="0" w:type="dxa"/>
              <w:right w:w="0" w:type="dxa"/>
            </w:tcMar>
            <w:hideMark/>
          </w:tcPr>
          <w:p w14:paraId="20C0D990"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335125" w14:paraId="184E6994" w14:textId="77777777" w:rsidTr="003F2DFE">
        <w:trPr>
          <w:trHeight w:hRule="exact" w:val="718"/>
        </w:trPr>
        <w:tc>
          <w:tcPr>
            <w:tcW w:w="432"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2F105D" w14:textId="77777777" w:rsidR="00E56C6A" w:rsidRPr="00E56C6A" w:rsidRDefault="00E56C6A">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3.2.</w:t>
            </w:r>
          </w:p>
        </w:tc>
        <w:tc>
          <w:tcPr>
            <w:tcW w:w="4387"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8936E9D"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Осанка человека</w:t>
            </w:r>
          </w:p>
        </w:tc>
        <w:tc>
          <w:tcPr>
            <w:tcW w:w="528" w:type="dxa"/>
            <w:tcBorders>
              <w:top w:val="single" w:sz="6"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B076B08" w14:textId="77777777" w:rsidR="00E56C6A" w:rsidRPr="00E56C6A" w:rsidRDefault="00E56C6A">
            <w:pPr>
              <w:autoSpaceDE w:val="0"/>
              <w:autoSpaceDN w:val="0"/>
              <w:spacing w:before="76" w:after="0" w:line="228" w:lineRule="auto"/>
              <w:ind w:left="7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6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A1DE41"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3AD86756"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843" w:type="dxa"/>
            <w:tcBorders>
              <w:top w:val="single" w:sz="6"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1B0134AC"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335125" w14:paraId="6199482A" w14:textId="77777777" w:rsidTr="003F2DFE">
        <w:trPr>
          <w:trHeight w:hRule="exact" w:val="980"/>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3503FF"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3.3.</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3E70E1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Утренняя зарядка и физкультминутки в режиме дня школьника</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213D0D6"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3F64CD"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40AFC1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476EE1C"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326EB34C"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5072629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F3D84A3"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6164120" w14:textId="77777777" w:rsidR="00E56C6A" w:rsidRPr="00E56C6A" w:rsidRDefault="00E56C6A">
            <w:pPr>
              <w:rPr>
                <w:rFonts w:ascii="Times New Roman" w:hAnsi="Times New Roman" w:cs="Times New Roman"/>
                <w:sz w:val="24"/>
                <w:szCs w:val="24"/>
                <w:lang w:val="en-US"/>
              </w:rPr>
            </w:pP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tcPr>
          <w:p w14:paraId="1ECD2F49" w14:textId="77777777" w:rsidR="00E56C6A" w:rsidRPr="00E56C6A" w:rsidRDefault="00E56C6A">
            <w:pPr>
              <w:rPr>
                <w:rFonts w:ascii="Times New Roman" w:hAnsi="Times New Roman" w:cs="Times New Roman"/>
                <w:sz w:val="24"/>
                <w:szCs w:val="24"/>
                <w:lang w:val="en-US"/>
              </w:rPr>
            </w:pP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tcPr>
          <w:p w14:paraId="409BC203" w14:textId="77777777" w:rsidR="00E56C6A" w:rsidRPr="00E56C6A" w:rsidRDefault="00E56C6A">
            <w:pPr>
              <w:rPr>
                <w:rFonts w:ascii="Times New Roman" w:hAnsi="Times New Roman" w:cs="Times New Roman"/>
                <w:sz w:val="24"/>
                <w:szCs w:val="24"/>
                <w:lang w:val="en-US"/>
              </w:rPr>
            </w:pPr>
          </w:p>
        </w:tc>
      </w:tr>
      <w:tr w:rsidR="00E56C6A" w:rsidRPr="00E56C6A" w14:paraId="6D2E1463" w14:textId="77777777" w:rsidTr="003F2DFE">
        <w:trPr>
          <w:trHeight w:val="348"/>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BE14C0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4.</w:t>
            </w:r>
            <w:r w:rsidRPr="00E56C6A">
              <w:rPr>
                <w:rFonts w:ascii="Times New Roman" w:eastAsia="Times New Roman" w:hAnsi="Times New Roman" w:cs="Times New Roman"/>
                <w:b/>
                <w:w w:val="97"/>
                <w:sz w:val="24"/>
                <w:szCs w:val="24"/>
              </w:rPr>
              <w:t xml:space="preserve"> Спортивно-оздоровительная физическая культура</w:t>
            </w:r>
          </w:p>
        </w:tc>
      </w:tr>
      <w:tr w:rsidR="00E56C6A" w:rsidRPr="00E56C6A" w14:paraId="1D2C7D93" w14:textId="77777777" w:rsidTr="003F2DFE">
        <w:trPr>
          <w:trHeight w:hRule="exact" w:val="856"/>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D0F920"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3AF20E7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Правила поведения на уроках физической культуры</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73222D97"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3C00C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5F7978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367E0FAF"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001E9F12" w14:textId="77777777" w:rsidTr="003F2DFE">
        <w:trPr>
          <w:trHeight w:hRule="exact" w:val="1001"/>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DA3171"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4.2.</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23A7890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Исходные положения в физических упражнениях</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6D3FB3BE"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FDF6BB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933664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3E6963E"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75FE0043" w14:textId="77777777" w:rsidTr="003F2DFE">
        <w:trPr>
          <w:trHeight w:hRule="exact" w:val="986"/>
        </w:trPr>
        <w:tc>
          <w:tcPr>
            <w:tcW w:w="432"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1C92126"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4.3.</w:t>
            </w:r>
          </w:p>
        </w:tc>
        <w:tc>
          <w:tcPr>
            <w:tcW w:w="4387" w:type="dxa"/>
            <w:tcBorders>
              <w:top w:val="single" w:sz="4" w:space="0" w:color="000000"/>
              <w:left w:val="single" w:sz="4" w:space="0" w:color="000000"/>
              <w:bottom w:val="single" w:sz="6" w:space="0" w:color="000000"/>
              <w:right w:val="single" w:sz="6" w:space="0" w:color="000000"/>
            </w:tcBorders>
            <w:tcMar>
              <w:top w:w="0" w:type="dxa"/>
              <w:left w:w="0" w:type="dxa"/>
              <w:bottom w:w="0" w:type="dxa"/>
              <w:right w:w="0" w:type="dxa"/>
            </w:tcMar>
            <w:hideMark/>
          </w:tcPr>
          <w:p w14:paraId="0C097DB6" w14:textId="77777777" w:rsidR="00E56C6A" w:rsidRPr="00E56C6A" w:rsidRDefault="00E56C6A">
            <w:pPr>
              <w:autoSpaceDE w:val="0"/>
              <w:autoSpaceDN w:val="0"/>
              <w:spacing w:before="78" w:after="0" w:line="244" w:lineRule="auto"/>
              <w:ind w:left="72" w:right="576"/>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Строевые упражнения и организующие команды на уроках физической культуры</w:t>
            </w:r>
          </w:p>
        </w:tc>
        <w:tc>
          <w:tcPr>
            <w:tcW w:w="528" w:type="dxa"/>
            <w:tcBorders>
              <w:top w:val="single" w:sz="4" w:space="0" w:color="000000"/>
              <w:left w:val="single" w:sz="6" w:space="0" w:color="000000"/>
              <w:bottom w:val="single" w:sz="6" w:space="0" w:color="000000"/>
              <w:right w:val="single" w:sz="4" w:space="0" w:color="000000"/>
            </w:tcBorders>
            <w:tcMar>
              <w:top w:w="0" w:type="dxa"/>
              <w:left w:w="0" w:type="dxa"/>
              <w:bottom w:w="0" w:type="dxa"/>
              <w:right w:w="0" w:type="dxa"/>
            </w:tcMar>
            <w:hideMark/>
          </w:tcPr>
          <w:p w14:paraId="632854E1"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46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D4D2A8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6" w:space="0" w:color="000000"/>
              <w:right w:val="single" w:sz="6" w:space="0" w:color="000000"/>
            </w:tcBorders>
            <w:tcMar>
              <w:top w:w="0" w:type="dxa"/>
              <w:left w:w="0" w:type="dxa"/>
              <w:bottom w:w="0" w:type="dxa"/>
              <w:right w:w="0" w:type="dxa"/>
            </w:tcMar>
            <w:hideMark/>
          </w:tcPr>
          <w:p w14:paraId="34667C3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843" w:type="dxa"/>
            <w:tcBorders>
              <w:top w:val="single" w:sz="4" w:space="0" w:color="000000"/>
              <w:left w:val="single" w:sz="6" w:space="0" w:color="000000"/>
              <w:bottom w:val="single" w:sz="6" w:space="0" w:color="000000"/>
              <w:right w:val="single" w:sz="4" w:space="0" w:color="000000"/>
            </w:tcBorders>
            <w:tcMar>
              <w:top w:w="0" w:type="dxa"/>
              <w:left w:w="0" w:type="dxa"/>
              <w:bottom w:w="0" w:type="dxa"/>
              <w:right w:w="0" w:type="dxa"/>
            </w:tcMar>
            <w:hideMark/>
          </w:tcPr>
          <w:p w14:paraId="5AB89376"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F72A70F" w14:textId="77777777" w:rsidTr="003F2DFE">
        <w:trPr>
          <w:trHeight w:hRule="exact" w:val="991"/>
        </w:trPr>
        <w:tc>
          <w:tcPr>
            <w:tcW w:w="432"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5D07D9" w14:textId="77777777" w:rsidR="00E56C6A" w:rsidRPr="00E56C6A" w:rsidRDefault="00E56C6A">
            <w:pPr>
              <w:autoSpaceDE w:val="0"/>
              <w:autoSpaceDN w:val="0"/>
              <w:spacing w:before="74"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lastRenderedPageBreak/>
              <w:t>4.4.</w:t>
            </w:r>
          </w:p>
        </w:tc>
        <w:tc>
          <w:tcPr>
            <w:tcW w:w="4387"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0802CCE7"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Гимнастические упражнения</w:t>
            </w:r>
          </w:p>
        </w:tc>
        <w:tc>
          <w:tcPr>
            <w:tcW w:w="528" w:type="dxa"/>
            <w:tcBorders>
              <w:top w:val="single" w:sz="6"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6E7B6ED1" w14:textId="77777777" w:rsidR="00E56C6A" w:rsidRPr="00E56C6A" w:rsidRDefault="00E56C6A">
            <w:pPr>
              <w:autoSpaceDE w:val="0"/>
              <w:autoSpaceDN w:val="0"/>
              <w:spacing w:before="74"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46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572AE9"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6"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B15DE2B"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843" w:type="dxa"/>
            <w:tcBorders>
              <w:top w:val="single" w:sz="6"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10F91A4D" w14:textId="77777777" w:rsidR="00E56C6A" w:rsidRPr="00E56C6A" w:rsidRDefault="00E56C6A">
            <w:pPr>
              <w:autoSpaceDE w:val="0"/>
              <w:autoSpaceDN w:val="0"/>
              <w:spacing w:before="74"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0216774" w14:textId="77777777" w:rsidTr="003F2DFE">
        <w:trPr>
          <w:trHeight w:hRule="exact" w:val="999"/>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7FAEEF"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4.5.</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3966E16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Акробатические упражнения</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3AE26A23"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0E974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9CD90F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hAnsi="Times New Roman" w:cs="Times New Roman"/>
                <w:sz w:val="24"/>
                <w:szCs w:val="24"/>
              </w:rPr>
              <w:t>5</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7E3E892C"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BD22CCF" w14:textId="77777777" w:rsidTr="003F2DFE">
        <w:trPr>
          <w:trHeight w:hRule="exact" w:val="986"/>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C8A9A64"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4.6.</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4C51D29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Строевые команды в лыжной подготовке</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7A087950"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22F470"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020848A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12D6F719"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1802B954" w14:textId="77777777" w:rsidTr="003F2DFE">
        <w:trPr>
          <w:trHeight w:hRule="exact" w:val="984"/>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90DF0EB"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4.7.</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6E03A8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Передвижение на лыжах ступающим и скользящим шагом</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3332B1CD"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hAnsi="Times New Roman" w:cs="Times New Roman"/>
                <w:sz w:val="24"/>
                <w:szCs w:val="24"/>
              </w:rPr>
              <w:t>9</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DBCE0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D7ACF9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9</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B7B65F2"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1DF5823C" w14:textId="77777777" w:rsidTr="003F2DFE">
        <w:trPr>
          <w:trHeight w:hRule="exact" w:val="998"/>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8C78C6"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4.8.</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70212A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Равномерное передвижение в ходьбе и беге</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5937361"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BE25B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4DBA5A7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12C5CEC"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66BF38B5" w14:textId="77777777" w:rsidTr="003F2DFE">
        <w:trPr>
          <w:trHeight w:hRule="exact" w:val="983"/>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91E99F"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4.9.</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6EBC7C7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Прыжок в длину с места</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FFF176D"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8328DB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67436A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03622201"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219AF0C" w14:textId="77777777" w:rsidTr="003F2DFE">
        <w:trPr>
          <w:trHeight w:hRule="exact" w:val="984"/>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0EF685F"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4.10</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0B83DE9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Прыжок в длину и в высоту с прямого разбега</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5CFE93FA"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D7FD13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B89D3F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11959249"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8F7A38B" w14:textId="77777777" w:rsidTr="003F2DFE">
        <w:trPr>
          <w:trHeight w:hRule="exact" w:val="984"/>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E5D1F80"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4.11</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758E378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Подвижные игры</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6BF63C6B"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14</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78BC3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2D8B69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14</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1EE16BF7" w14:textId="77777777" w:rsidR="00E56C6A" w:rsidRPr="00E56C6A" w:rsidRDefault="00E56C6A">
            <w:pPr>
              <w:autoSpaceDE w:val="0"/>
              <w:autoSpaceDN w:val="0"/>
              <w:spacing w:before="76"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4DB02A6"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5F49E9E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319F3E07" w14:textId="77777777" w:rsidR="00E56C6A" w:rsidRPr="00E56C6A" w:rsidRDefault="00E56C6A">
            <w:pPr>
              <w:autoSpaceDE w:val="0"/>
              <w:autoSpaceDN w:val="0"/>
              <w:spacing w:before="76" w:after="0" w:line="232"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54</w:t>
            </w:r>
          </w:p>
        </w:tc>
        <w:tc>
          <w:tcPr>
            <w:tcW w:w="52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1B56BA" w14:textId="77777777" w:rsidR="00E56C6A" w:rsidRPr="00E56C6A" w:rsidRDefault="00E56C6A">
            <w:pPr>
              <w:rPr>
                <w:rFonts w:ascii="Times New Roman" w:hAnsi="Times New Roman" w:cs="Times New Roman"/>
                <w:sz w:val="24"/>
                <w:szCs w:val="24"/>
                <w:lang w:val="en-US"/>
              </w:rPr>
            </w:pPr>
          </w:p>
        </w:tc>
      </w:tr>
      <w:tr w:rsidR="00E56C6A" w:rsidRPr="00E56C6A" w14:paraId="50025EEA" w14:textId="77777777" w:rsidTr="003F2DFE">
        <w:trPr>
          <w:trHeight w:val="348"/>
        </w:trPr>
        <w:tc>
          <w:tcPr>
            <w:tcW w:w="10631"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01756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Раздел 5. </w:t>
            </w:r>
            <w:proofErr w:type="spellStart"/>
            <w:r w:rsidRPr="00E56C6A">
              <w:rPr>
                <w:rFonts w:ascii="Times New Roman" w:eastAsia="Times New Roman" w:hAnsi="Times New Roman" w:cs="Times New Roman"/>
                <w:b/>
                <w:w w:val="97"/>
                <w:sz w:val="24"/>
                <w:szCs w:val="24"/>
              </w:rPr>
              <w:t>Прикладно</w:t>
            </w:r>
            <w:proofErr w:type="spellEnd"/>
            <w:r w:rsidRPr="00E56C6A">
              <w:rPr>
                <w:rFonts w:ascii="Times New Roman" w:eastAsia="Times New Roman" w:hAnsi="Times New Roman" w:cs="Times New Roman"/>
                <w:b/>
                <w:w w:val="97"/>
                <w:sz w:val="24"/>
                <w:szCs w:val="24"/>
              </w:rPr>
              <w:t>-ориентированная физическая культура</w:t>
            </w:r>
          </w:p>
        </w:tc>
      </w:tr>
      <w:tr w:rsidR="00E56C6A" w:rsidRPr="00E56C6A" w14:paraId="63FC4A41" w14:textId="77777777" w:rsidTr="003F2DFE">
        <w:trPr>
          <w:trHeight w:hRule="exact" w:val="710"/>
        </w:trPr>
        <w:tc>
          <w:tcPr>
            <w:tcW w:w="43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6001712"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5.1.</w:t>
            </w:r>
          </w:p>
        </w:tc>
        <w:tc>
          <w:tcPr>
            <w:tcW w:w="438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4C81BBC5" w14:textId="77777777" w:rsidR="00E56C6A" w:rsidRPr="00E56C6A" w:rsidRDefault="00E56C6A">
            <w:pPr>
              <w:autoSpaceDE w:val="0"/>
              <w:autoSpaceDN w:val="0"/>
              <w:spacing w:before="78" w:after="0" w:line="244" w:lineRule="auto"/>
              <w:ind w:left="72" w:right="144"/>
              <w:rPr>
                <w:rFonts w:ascii="Times New Roman" w:hAnsi="Times New Roman" w:cs="Times New Roman"/>
                <w:sz w:val="24"/>
                <w:szCs w:val="24"/>
              </w:rPr>
            </w:pPr>
            <w:r w:rsidRPr="00E56C6A">
              <w:rPr>
                <w:rFonts w:ascii="Times New Roman" w:eastAsia="Times New Roman" w:hAnsi="Times New Roman" w:cs="Times New Roman"/>
                <w:b/>
                <w:w w:val="97"/>
                <w:sz w:val="24"/>
                <w:szCs w:val="24"/>
              </w:rPr>
              <w:t>Рефлексия: демонстрация прироста показателей физических качеств к нормативным требованиям комплекса ГТО</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280D512E"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F018A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12EF327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7D709B21" w14:textId="77777777" w:rsidR="00E56C6A" w:rsidRPr="00E56C6A" w:rsidRDefault="00E56C6A">
            <w:pPr>
              <w:autoSpaceDE w:val="0"/>
              <w:autoSpaceDN w:val="0"/>
              <w:spacing w:before="78" w:after="0" w:line="244" w:lineRule="auto"/>
              <w:ind w:left="74" w:right="1152"/>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8260A5A"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60B996D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4ADBF61E"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528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7DB217" w14:textId="77777777" w:rsidR="00E56C6A" w:rsidRPr="00E56C6A" w:rsidRDefault="00E56C6A">
            <w:pPr>
              <w:rPr>
                <w:rFonts w:ascii="Times New Roman" w:hAnsi="Times New Roman" w:cs="Times New Roman"/>
                <w:sz w:val="24"/>
                <w:szCs w:val="24"/>
                <w:lang w:val="en-US"/>
              </w:rPr>
            </w:pPr>
          </w:p>
        </w:tc>
      </w:tr>
      <w:tr w:rsidR="00E56C6A" w:rsidRPr="00E56C6A" w14:paraId="029F0692"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2667EB0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ОБЩЕЕ КОЛИЧЕСТВО ЧАСОВ ПО ПРОГРАММЕ</w:t>
            </w:r>
          </w:p>
        </w:tc>
        <w:tc>
          <w:tcPr>
            <w:tcW w:w="528"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hideMark/>
          </w:tcPr>
          <w:p w14:paraId="7BB108B7" w14:textId="77777777" w:rsidR="00E56C6A" w:rsidRPr="00E56C6A" w:rsidRDefault="00E56C6A">
            <w:pPr>
              <w:autoSpaceDE w:val="0"/>
              <w:autoSpaceDN w:val="0"/>
              <w:spacing w:before="78" w:after="0" w:line="228" w:lineRule="auto"/>
              <w:ind w:left="70"/>
              <w:rPr>
                <w:rFonts w:ascii="Times New Roman" w:hAnsi="Times New Roman" w:cs="Times New Roman"/>
                <w:sz w:val="24"/>
                <w:szCs w:val="24"/>
              </w:rPr>
            </w:pPr>
            <w:r w:rsidRPr="00E56C6A">
              <w:rPr>
                <w:rFonts w:ascii="Times New Roman" w:eastAsia="Times New Roman" w:hAnsi="Times New Roman" w:cs="Times New Roman"/>
                <w:w w:val="97"/>
                <w:sz w:val="24"/>
                <w:szCs w:val="24"/>
              </w:rPr>
              <w:t>66</w:t>
            </w:r>
          </w:p>
        </w:tc>
        <w:tc>
          <w:tcPr>
            <w:tcW w:w="146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A8611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77" w:type="dxa"/>
            <w:tcBorders>
              <w:top w:val="single" w:sz="4" w:space="0" w:color="000000"/>
              <w:left w:val="single" w:sz="4" w:space="0" w:color="000000"/>
              <w:bottom w:val="single" w:sz="4" w:space="0" w:color="000000"/>
              <w:right w:val="single" w:sz="6" w:space="0" w:color="000000"/>
            </w:tcBorders>
            <w:tcMar>
              <w:top w:w="0" w:type="dxa"/>
              <w:left w:w="0" w:type="dxa"/>
              <w:bottom w:w="0" w:type="dxa"/>
              <w:right w:w="0" w:type="dxa"/>
            </w:tcMar>
            <w:hideMark/>
          </w:tcPr>
          <w:p w14:paraId="43A2B9D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66</w:t>
            </w:r>
          </w:p>
        </w:tc>
        <w:tc>
          <w:tcPr>
            <w:tcW w:w="1843" w:type="dxa"/>
            <w:tcBorders>
              <w:top w:val="single" w:sz="4" w:space="0" w:color="000000"/>
              <w:left w:val="single" w:sz="6" w:space="0" w:color="000000"/>
              <w:bottom w:val="single" w:sz="4" w:space="0" w:color="000000"/>
              <w:right w:val="single" w:sz="4" w:space="0" w:color="000000"/>
            </w:tcBorders>
            <w:tcMar>
              <w:top w:w="0" w:type="dxa"/>
              <w:left w:w="0" w:type="dxa"/>
              <w:bottom w:w="0" w:type="dxa"/>
              <w:right w:w="0" w:type="dxa"/>
            </w:tcMar>
          </w:tcPr>
          <w:p w14:paraId="54C0C6FF" w14:textId="77777777" w:rsidR="00E56C6A" w:rsidRPr="00E56C6A" w:rsidRDefault="00E56C6A">
            <w:pPr>
              <w:rPr>
                <w:rFonts w:ascii="Times New Roman" w:hAnsi="Times New Roman" w:cs="Times New Roman"/>
                <w:sz w:val="24"/>
                <w:szCs w:val="24"/>
                <w:lang w:val="en-US"/>
              </w:rPr>
            </w:pPr>
          </w:p>
        </w:tc>
      </w:tr>
    </w:tbl>
    <w:p w14:paraId="29CBD207" w14:textId="77777777" w:rsidR="000C553C" w:rsidRDefault="000C553C" w:rsidP="00E56C6A">
      <w:pPr>
        <w:autoSpaceDE w:val="0"/>
        <w:autoSpaceDN w:val="0"/>
        <w:spacing w:before="188" w:after="90" w:line="232" w:lineRule="auto"/>
        <w:rPr>
          <w:rFonts w:ascii="Times New Roman" w:eastAsia="Times New Roman" w:hAnsi="Times New Roman" w:cs="Times New Roman"/>
          <w:b/>
          <w:sz w:val="24"/>
          <w:szCs w:val="24"/>
        </w:rPr>
      </w:pPr>
    </w:p>
    <w:p w14:paraId="0B4518DC"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74D770E2"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08127A74"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47F05A6E"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6ACA00D4"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628EC12C"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19958E14"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1978479F"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366054A3"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289BBBB2"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797C6444" w14:textId="77777777" w:rsidR="00D11838" w:rsidRDefault="00D11838" w:rsidP="00E56C6A">
      <w:pPr>
        <w:autoSpaceDE w:val="0"/>
        <w:autoSpaceDN w:val="0"/>
        <w:spacing w:before="188" w:after="90" w:line="232" w:lineRule="auto"/>
        <w:rPr>
          <w:rFonts w:ascii="Times New Roman" w:eastAsia="Times New Roman" w:hAnsi="Times New Roman" w:cs="Times New Roman"/>
          <w:b/>
          <w:sz w:val="24"/>
          <w:szCs w:val="24"/>
        </w:rPr>
      </w:pPr>
    </w:p>
    <w:p w14:paraId="341F8548" w14:textId="77777777" w:rsidR="00E56C6A" w:rsidRDefault="00E56C6A" w:rsidP="00E56C6A">
      <w:pPr>
        <w:autoSpaceDE w:val="0"/>
        <w:autoSpaceDN w:val="0"/>
        <w:spacing w:before="188" w:after="90" w:line="232" w:lineRule="auto"/>
        <w:rPr>
          <w:rFonts w:ascii="Times New Roman" w:eastAsia="Times New Roman" w:hAnsi="Times New Roman" w:cs="Times New Roman"/>
          <w:b/>
          <w:sz w:val="24"/>
          <w:szCs w:val="24"/>
        </w:rPr>
      </w:pPr>
      <w:r w:rsidRPr="00E56C6A">
        <w:rPr>
          <w:rFonts w:ascii="Times New Roman" w:eastAsia="Times New Roman" w:hAnsi="Times New Roman" w:cs="Times New Roman"/>
          <w:b/>
          <w:sz w:val="24"/>
          <w:szCs w:val="24"/>
        </w:rPr>
        <w:lastRenderedPageBreak/>
        <w:t>2 КЛАСС</w:t>
      </w:r>
    </w:p>
    <w:p w14:paraId="3848E94F" w14:textId="77777777" w:rsidR="00D11838" w:rsidRPr="00E56C6A" w:rsidRDefault="00D11838" w:rsidP="00E56C6A">
      <w:pPr>
        <w:autoSpaceDE w:val="0"/>
        <w:autoSpaceDN w:val="0"/>
        <w:spacing w:before="188" w:after="90" w:line="232" w:lineRule="auto"/>
        <w:rPr>
          <w:rFonts w:ascii="Times New Roman" w:hAnsi="Times New Roman" w:cs="Times New Roman"/>
          <w:sz w:val="24"/>
          <w:szCs w:val="24"/>
          <w:lang w:val="en-US"/>
        </w:rPr>
      </w:pPr>
    </w:p>
    <w:tbl>
      <w:tblPr>
        <w:tblW w:w="10631" w:type="dxa"/>
        <w:tblInd w:w="6" w:type="dxa"/>
        <w:tblLayout w:type="fixed"/>
        <w:tblLook w:val="04A0" w:firstRow="1" w:lastRow="0" w:firstColumn="1" w:lastColumn="0" w:noHBand="0" w:noVBand="1"/>
      </w:tblPr>
      <w:tblGrid>
        <w:gridCol w:w="468"/>
        <w:gridCol w:w="4351"/>
        <w:gridCol w:w="567"/>
        <w:gridCol w:w="567"/>
        <w:gridCol w:w="850"/>
        <w:gridCol w:w="426"/>
        <w:gridCol w:w="1559"/>
        <w:gridCol w:w="1843"/>
      </w:tblGrid>
      <w:tr w:rsidR="00E56C6A" w:rsidRPr="00E56C6A" w14:paraId="32D343AD" w14:textId="77777777" w:rsidTr="003F2DFE">
        <w:trPr>
          <w:trHeight w:val="350"/>
        </w:trPr>
        <w:tc>
          <w:tcPr>
            <w:tcW w:w="468" w:type="dxa"/>
            <w:vMerge w:val="restart"/>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2B407B" w14:textId="77777777" w:rsidR="00E56C6A" w:rsidRPr="00E56C6A" w:rsidRDefault="00E56C6A">
            <w:pPr>
              <w:autoSpaceDE w:val="0"/>
              <w:autoSpaceDN w:val="0"/>
              <w:spacing w:before="76" w:after="0" w:line="244" w:lineRule="auto"/>
              <w:ind w:right="144"/>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w:t>
            </w:r>
            <w:r w:rsidRPr="00E56C6A">
              <w:rPr>
                <w:rFonts w:ascii="Times New Roman" w:hAnsi="Times New Roman" w:cs="Times New Roman"/>
                <w:sz w:val="24"/>
                <w:szCs w:val="24"/>
              </w:rPr>
              <w:br/>
            </w:r>
            <w:r w:rsidRPr="00E56C6A">
              <w:rPr>
                <w:rFonts w:ascii="Times New Roman" w:eastAsia="Times New Roman" w:hAnsi="Times New Roman" w:cs="Times New Roman"/>
                <w:b/>
                <w:w w:val="97"/>
                <w:sz w:val="24"/>
                <w:szCs w:val="24"/>
              </w:rPr>
              <w:t>п/п</w:t>
            </w:r>
          </w:p>
        </w:tc>
        <w:tc>
          <w:tcPr>
            <w:tcW w:w="4351" w:type="dxa"/>
            <w:vMerge w:val="restart"/>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55A524"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Наименование разделов и тем программы</w:t>
            </w:r>
          </w:p>
        </w:tc>
        <w:tc>
          <w:tcPr>
            <w:tcW w:w="3969" w:type="dxa"/>
            <w:gridSpan w:val="5"/>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AD5CF3"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Количество часов</w:t>
            </w:r>
          </w:p>
        </w:tc>
        <w:tc>
          <w:tcPr>
            <w:tcW w:w="1843" w:type="dxa"/>
            <w:vMerge w:val="restart"/>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D3AE51" w14:textId="77777777" w:rsidR="00E56C6A" w:rsidRPr="00E56C6A" w:rsidRDefault="00E56C6A">
            <w:pPr>
              <w:autoSpaceDE w:val="0"/>
              <w:autoSpaceDN w:val="0"/>
              <w:spacing w:before="76" w:after="0" w:line="244" w:lineRule="auto"/>
              <w:ind w:left="72" w:right="43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Электронные (цифровые) образовательные ресурсы</w:t>
            </w:r>
          </w:p>
        </w:tc>
      </w:tr>
      <w:tr w:rsidR="00E56C6A" w:rsidRPr="00E56C6A" w14:paraId="4E764F1F" w14:textId="77777777" w:rsidTr="003F2DFE">
        <w:trPr>
          <w:trHeight w:hRule="exact" w:val="3358"/>
        </w:trPr>
        <w:tc>
          <w:tcPr>
            <w:tcW w:w="468" w:type="dxa"/>
            <w:vMerge/>
            <w:tcBorders>
              <w:top w:val="single" w:sz="6" w:space="0" w:color="000000"/>
              <w:left w:val="single" w:sz="4" w:space="0" w:color="000000"/>
              <w:bottom w:val="single" w:sz="4" w:space="0" w:color="000000"/>
              <w:right w:val="single" w:sz="4" w:space="0" w:color="000000"/>
            </w:tcBorders>
            <w:vAlign w:val="center"/>
            <w:hideMark/>
          </w:tcPr>
          <w:p w14:paraId="6DD80D33" w14:textId="77777777" w:rsidR="00E56C6A" w:rsidRPr="00E56C6A" w:rsidRDefault="00E56C6A">
            <w:pPr>
              <w:spacing w:after="0" w:line="240" w:lineRule="auto"/>
              <w:rPr>
                <w:rFonts w:ascii="Times New Roman" w:hAnsi="Times New Roman" w:cs="Times New Roman"/>
                <w:sz w:val="24"/>
                <w:szCs w:val="24"/>
                <w:lang w:val="en-US"/>
              </w:rPr>
            </w:pPr>
          </w:p>
        </w:tc>
        <w:tc>
          <w:tcPr>
            <w:tcW w:w="4351" w:type="dxa"/>
            <w:vMerge/>
            <w:tcBorders>
              <w:top w:val="single" w:sz="6" w:space="0" w:color="000000"/>
              <w:left w:val="single" w:sz="4" w:space="0" w:color="000000"/>
              <w:bottom w:val="single" w:sz="4" w:space="0" w:color="000000"/>
              <w:right w:val="single" w:sz="4" w:space="0" w:color="000000"/>
            </w:tcBorders>
            <w:vAlign w:val="center"/>
            <w:hideMark/>
          </w:tcPr>
          <w:p w14:paraId="147F5710" w14:textId="77777777" w:rsidR="00E56C6A" w:rsidRPr="00E56C6A" w:rsidRDefault="00E56C6A">
            <w:pPr>
              <w:spacing w:after="0" w:line="240" w:lineRule="auto"/>
              <w:rPr>
                <w:rFonts w:ascii="Times New Roman" w:hAnsi="Times New Roman" w:cs="Times New Roman"/>
                <w:sz w:val="24"/>
                <w:szCs w:val="24"/>
              </w:rPr>
            </w:pP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43BCC43"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всего</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18232C" w14:textId="77777777" w:rsidR="00E56C6A" w:rsidRPr="00E56C6A" w:rsidRDefault="00E56C6A">
            <w:pPr>
              <w:autoSpaceDE w:val="0"/>
              <w:autoSpaceDN w:val="0"/>
              <w:spacing w:before="76" w:after="0" w:line="244" w:lineRule="auto"/>
              <w:ind w:left="72" w:right="43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контрольные работы</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A0A1A22" w14:textId="77777777" w:rsidR="00E56C6A" w:rsidRPr="00E56C6A" w:rsidRDefault="00E56C6A">
            <w:pPr>
              <w:autoSpaceDE w:val="0"/>
              <w:autoSpaceDN w:val="0"/>
              <w:spacing w:before="76" w:after="0" w:line="244" w:lineRule="auto"/>
              <w:ind w:left="72" w:right="43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практические работы</w:t>
            </w:r>
          </w:p>
        </w:tc>
        <w:tc>
          <w:tcPr>
            <w:tcW w:w="1843" w:type="dxa"/>
            <w:vMerge/>
            <w:tcBorders>
              <w:top w:val="single" w:sz="6" w:space="0" w:color="000000"/>
              <w:left w:val="single" w:sz="4" w:space="0" w:color="000000"/>
              <w:bottom w:val="single" w:sz="4" w:space="0" w:color="000000"/>
              <w:right w:val="single" w:sz="4" w:space="0" w:color="000000"/>
            </w:tcBorders>
            <w:vAlign w:val="center"/>
            <w:hideMark/>
          </w:tcPr>
          <w:p w14:paraId="709991AB" w14:textId="77777777" w:rsidR="00E56C6A" w:rsidRPr="00E56C6A" w:rsidRDefault="00E56C6A">
            <w:pPr>
              <w:spacing w:after="0" w:line="240" w:lineRule="auto"/>
              <w:rPr>
                <w:rFonts w:ascii="Times New Roman" w:hAnsi="Times New Roman" w:cs="Times New Roman"/>
                <w:sz w:val="24"/>
                <w:szCs w:val="24"/>
                <w:lang w:val="en-US"/>
              </w:rPr>
            </w:pPr>
          </w:p>
        </w:tc>
      </w:tr>
      <w:tr w:rsidR="00E56C6A" w:rsidRPr="00E56C6A" w14:paraId="6E575749" w14:textId="77777777" w:rsidTr="003F2DFE">
        <w:trPr>
          <w:trHeight w:val="348"/>
        </w:trPr>
        <w:tc>
          <w:tcPr>
            <w:tcW w:w="10631"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BC637C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1.</w:t>
            </w:r>
            <w:r w:rsidRPr="00E56C6A">
              <w:rPr>
                <w:rFonts w:ascii="Times New Roman" w:eastAsia="Times New Roman" w:hAnsi="Times New Roman" w:cs="Times New Roman"/>
                <w:b/>
                <w:w w:val="97"/>
                <w:sz w:val="24"/>
                <w:szCs w:val="24"/>
              </w:rPr>
              <w:t xml:space="preserve"> Знания о физической культуре</w:t>
            </w:r>
          </w:p>
        </w:tc>
      </w:tr>
      <w:tr w:rsidR="00E56C6A" w:rsidRPr="00E56C6A" w14:paraId="44FAB251" w14:textId="77777777" w:rsidTr="003F2DFE">
        <w:trPr>
          <w:trHeight w:hRule="exact" w:val="91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BC84FB"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1.1.</w:t>
            </w:r>
          </w:p>
        </w:tc>
        <w:tc>
          <w:tcPr>
            <w:tcW w:w="4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646559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История подвижных игр и соревнований у древних народов</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34E7BD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4F1B5D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7DA68B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F07D11"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564277B" w14:textId="77777777" w:rsidTr="003F2DFE">
        <w:trPr>
          <w:trHeight w:hRule="exact" w:val="98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97AFA8"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1.2.</w:t>
            </w:r>
          </w:p>
        </w:tc>
        <w:tc>
          <w:tcPr>
            <w:tcW w:w="4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3A9EE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Зарождение Олимпийских игр</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EE690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1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3FB6A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8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4E728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8D1B7B"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4159EB1" w14:textId="77777777" w:rsidTr="003F2DFE">
        <w:trPr>
          <w:trHeight w:hRule="exact" w:val="348"/>
        </w:trPr>
        <w:tc>
          <w:tcPr>
            <w:tcW w:w="481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4B85C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2590DC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w:t>
            </w:r>
          </w:p>
        </w:tc>
        <w:tc>
          <w:tcPr>
            <w:tcW w:w="5245"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731C68" w14:textId="77777777" w:rsidR="00E56C6A" w:rsidRPr="00E56C6A" w:rsidRDefault="00E56C6A">
            <w:pPr>
              <w:rPr>
                <w:rFonts w:ascii="Times New Roman" w:hAnsi="Times New Roman" w:cs="Times New Roman"/>
                <w:sz w:val="24"/>
                <w:szCs w:val="24"/>
                <w:lang w:val="en-US"/>
              </w:rPr>
            </w:pPr>
          </w:p>
        </w:tc>
      </w:tr>
      <w:tr w:rsidR="00E56C6A" w:rsidRPr="00E56C6A" w14:paraId="2E98153B" w14:textId="77777777" w:rsidTr="003F2DFE">
        <w:trPr>
          <w:trHeight w:val="348"/>
        </w:trPr>
        <w:tc>
          <w:tcPr>
            <w:tcW w:w="10631"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C75CF2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 xml:space="preserve">Раздел 2. </w:t>
            </w:r>
            <w:r w:rsidRPr="00E56C6A">
              <w:rPr>
                <w:rFonts w:ascii="Times New Roman" w:eastAsia="Times New Roman" w:hAnsi="Times New Roman" w:cs="Times New Roman"/>
                <w:b/>
                <w:w w:val="97"/>
                <w:sz w:val="24"/>
                <w:szCs w:val="24"/>
              </w:rPr>
              <w:t>Способы самостоятельной деятельности</w:t>
            </w:r>
          </w:p>
        </w:tc>
      </w:tr>
      <w:tr w:rsidR="00E56C6A" w:rsidRPr="00E56C6A" w14:paraId="394C7B81" w14:textId="77777777" w:rsidTr="00D11838">
        <w:trPr>
          <w:trHeight w:hRule="exact" w:val="980"/>
        </w:trPr>
        <w:tc>
          <w:tcPr>
            <w:tcW w:w="468"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tbl>
            <w:tblPr>
              <w:tblpPr w:leftFromText="180" w:rightFromText="180" w:vertAnchor="text" w:horzAnchor="margin" w:tblpY="59"/>
              <w:tblW w:w="9708" w:type="dxa"/>
              <w:tblLayout w:type="fixed"/>
              <w:tblLook w:val="04A0" w:firstRow="1" w:lastRow="0" w:firstColumn="1" w:lastColumn="0" w:noHBand="0" w:noVBand="1"/>
            </w:tblPr>
            <w:tblGrid>
              <w:gridCol w:w="468"/>
              <w:gridCol w:w="4776"/>
              <w:gridCol w:w="530"/>
              <w:gridCol w:w="746"/>
              <w:gridCol w:w="1276"/>
              <w:gridCol w:w="1912"/>
            </w:tblGrid>
            <w:tr w:rsidR="00D11838" w:rsidRPr="00335125" w14:paraId="1D5A78CF" w14:textId="77777777" w:rsidTr="00D11838">
              <w:trPr>
                <w:trHeight w:hRule="exact" w:val="1002"/>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735606"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2.5.</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B7D2A3"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Выносливость как физическое качество</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18825E"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4E311B"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BEB44C"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179922"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D11838" w:rsidRPr="00E56C6A" w14:paraId="57D3B230" w14:textId="77777777" w:rsidTr="00D11838">
              <w:trPr>
                <w:trHeight w:hRule="exact" w:val="987"/>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D94D4E"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2.6.</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5777457"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Гибкость как физическое качество</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B700A0"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9FDDDB"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D0EEB56"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66EE61"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101493FA" w14:textId="77777777" w:rsidTr="00D11838">
              <w:trPr>
                <w:trHeight w:hRule="exact" w:val="988"/>
              </w:trPr>
              <w:tc>
                <w:tcPr>
                  <w:tcW w:w="468"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6F67C90E"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2.7.</w:t>
                  </w:r>
                </w:p>
              </w:tc>
              <w:tc>
                <w:tcPr>
                  <w:tcW w:w="477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7B991452"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Развитие координации движений</w:t>
                  </w:r>
                </w:p>
              </w:tc>
              <w:tc>
                <w:tcPr>
                  <w:tcW w:w="530"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AAD7FE8"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74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2D10B356"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74BCABBA"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hAnsi="Times New Roman" w:cs="Times New Roman"/>
                      <w:sz w:val="24"/>
                      <w:szCs w:val="24"/>
                    </w:rPr>
                    <w:t>0</w:t>
                  </w:r>
                </w:p>
              </w:tc>
              <w:tc>
                <w:tcPr>
                  <w:tcW w:w="1912"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0514F556"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29FE905F" w14:textId="77777777" w:rsidTr="00D11838">
              <w:trPr>
                <w:trHeight w:hRule="exact" w:val="1007"/>
              </w:trPr>
              <w:tc>
                <w:tcPr>
                  <w:tcW w:w="468"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07D85FC" w14:textId="77777777" w:rsidR="00D11838" w:rsidRPr="00E56C6A" w:rsidRDefault="00D11838" w:rsidP="00925B30">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2.8.</w:t>
                  </w:r>
                </w:p>
              </w:tc>
              <w:tc>
                <w:tcPr>
                  <w:tcW w:w="477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89D5CF"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Дневник наблюдений по физической культуре</w:t>
                  </w:r>
                </w:p>
              </w:tc>
              <w:tc>
                <w:tcPr>
                  <w:tcW w:w="530"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DC480F"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74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C52EEE"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A6453E"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BB1AC3"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1743E052" w14:textId="77777777" w:rsidTr="00D11838">
              <w:trPr>
                <w:trHeight w:hRule="exact" w:val="348"/>
              </w:trPr>
              <w:tc>
                <w:tcPr>
                  <w:tcW w:w="524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F544B6"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59B66F"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393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B8A2A2" w14:textId="77777777" w:rsidR="00D11838" w:rsidRPr="00E56C6A" w:rsidRDefault="00D11838" w:rsidP="00925B30">
                  <w:pPr>
                    <w:rPr>
                      <w:rFonts w:ascii="Times New Roman" w:hAnsi="Times New Roman" w:cs="Times New Roman"/>
                      <w:sz w:val="24"/>
                      <w:szCs w:val="24"/>
                      <w:lang w:val="en-US"/>
                    </w:rPr>
                  </w:pPr>
                </w:p>
              </w:tc>
            </w:tr>
            <w:tr w:rsidR="00D11838" w:rsidRPr="00E56C6A" w14:paraId="28867556" w14:textId="77777777" w:rsidTr="00D11838">
              <w:trPr>
                <w:trHeight w:val="348"/>
              </w:trPr>
              <w:tc>
                <w:tcPr>
                  <w:tcW w:w="970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201577F"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ФИЗИЧЕСКОЕ СОВЕРШЕНСТВОВАНИЕ</w:t>
                  </w:r>
                </w:p>
              </w:tc>
            </w:tr>
            <w:tr w:rsidR="00D11838" w:rsidRPr="00E56C6A" w14:paraId="22290E51" w14:textId="77777777" w:rsidTr="00D11838">
              <w:trPr>
                <w:trHeight w:val="348"/>
              </w:trPr>
              <w:tc>
                <w:tcPr>
                  <w:tcW w:w="9708"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5021AF"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Раздел 3.</w:t>
                  </w:r>
                  <w:r w:rsidRPr="00E56C6A">
                    <w:rPr>
                      <w:rFonts w:ascii="Times New Roman" w:eastAsia="Times New Roman" w:hAnsi="Times New Roman" w:cs="Times New Roman"/>
                      <w:b/>
                      <w:w w:val="97"/>
                      <w:sz w:val="24"/>
                      <w:szCs w:val="24"/>
                    </w:rPr>
                    <w:t xml:space="preserve"> Оздоровительная физическая культура</w:t>
                  </w:r>
                </w:p>
              </w:tc>
            </w:tr>
            <w:tr w:rsidR="00D11838" w:rsidRPr="00E56C6A" w14:paraId="4CA86942" w14:textId="77777777" w:rsidTr="00D11838">
              <w:trPr>
                <w:trHeight w:hRule="exact" w:val="1045"/>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C1707CE"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3.1.</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931D2A"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Закаливание организма</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8D297FE"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1DCCE9"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C4AADC2"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7F8BE46"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38750A22" w14:textId="77777777" w:rsidTr="00D11838">
              <w:trPr>
                <w:trHeight w:hRule="exact" w:val="1003"/>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DADD0B"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3.2.</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5EE78F"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Утренняя зарядка</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E61678"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F8B1F0"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1CF34CF"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5299CE6"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5444CDFD" w14:textId="77777777" w:rsidTr="00D11838">
              <w:trPr>
                <w:trHeight w:hRule="exact" w:val="990"/>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128760"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3.3.</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E06396"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Составление индивидуальных комплексов утренней зарядки</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59591F"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BCB5C2"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D958F7E"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AEC192"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44B792EC" w14:textId="77777777" w:rsidTr="00D11838">
              <w:trPr>
                <w:trHeight w:hRule="exact" w:val="348"/>
              </w:trPr>
              <w:tc>
                <w:tcPr>
                  <w:tcW w:w="5244"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6E9F357B"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530"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6CD38FF7"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w:t>
                  </w:r>
                </w:p>
              </w:tc>
              <w:tc>
                <w:tcPr>
                  <w:tcW w:w="74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14:paraId="0B46E04F" w14:textId="77777777" w:rsidR="00D11838" w:rsidRPr="00E56C6A" w:rsidRDefault="00D11838" w:rsidP="00925B30">
                  <w:pPr>
                    <w:rPr>
                      <w:rFonts w:ascii="Times New Roman" w:hAnsi="Times New Roman" w:cs="Times New Roman"/>
                      <w:sz w:val="24"/>
                      <w:szCs w:val="24"/>
                      <w:lang w:val="en-US"/>
                    </w:rPr>
                  </w:pPr>
                </w:p>
              </w:tc>
              <w:tc>
                <w:tcPr>
                  <w:tcW w:w="127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14:paraId="3917E7A1" w14:textId="77777777" w:rsidR="00D11838" w:rsidRPr="00E56C6A" w:rsidRDefault="00D11838" w:rsidP="00925B30">
                  <w:pPr>
                    <w:rPr>
                      <w:rFonts w:ascii="Times New Roman" w:hAnsi="Times New Roman" w:cs="Times New Roman"/>
                      <w:sz w:val="24"/>
                      <w:szCs w:val="24"/>
                      <w:lang w:val="en-US"/>
                    </w:rPr>
                  </w:pPr>
                </w:p>
              </w:tc>
              <w:tc>
                <w:tcPr>
                  <w:tcW w:w="1912"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14:paraId="651DD66A" w14:textId="77777777" w:rsidR="00D11838" w:rsidRPr="00E56C6A" w:rsidRDefault="00D11838" w:rsidP="00925B30">
                  <w:pPr>
                    <w:rPr>
                      <w:rFonts w:ascii="Times New Roman" w:hAnsi="Times New Roman" w:cs="Times New Roman"/>
                      <w:sz w:val="24"/>
                      <w:szCs w:val="24"/>
                      <w:lang w:val="en-US"/>
                    </w:rPr>
                  </w:pPr>
                </w:p>
              </w:tc>
            </w:tr>
            <w:tr w:rsidR="00D11838" w:rsidRPr="00E56C6A" w14:paraId="0ED5FDE5" w14:textId="77777777" w:rsidTr="00D11838">
              <w:trPr>
                <w:trHeight w:val="350"/>
              </w:trPr>
              <w:tc>
                <w:tcPr>
                  <w:tcW w:w="9708" w:type="dxa"/>
                  <w:gridSpan w:val="6"/>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8C4F96"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4.</w:t>
                  </w:r>
                  <w:r w:rsidRPr="00E56C6A">
                    <w:rPr>
                      <w:rFonts w:ascii="Times New Roman" w:eastAsia="Times New Roman" w:hAnsi="Times New Roman" w:cs="Times New Roman"/>
                      <w:b/>
                      <w:w w:val="97"/>
                      <w:sz w:val="24"/>
                      <w:szCs w:val="24"/>
                    </w:rPr>
                    <w:t xml:space="preserve"> Спортивно-оздоровительная физическая культура</w:t>
                  </w:r>
                </w:p>
              </w:tc>
            </w:tr>
            <w:tr w:rsidR="00D11838" w:rsidRPr="00E56C6A" w14:paraId="738AE611" w14:textId="77777777" w:rsidTr="00D11838">
              <w:trPr>
                <w:trHeight w:hRule="exact" w:val="986"/>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279E9D9"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0CF163"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Правила поведения на уроках гимнастики и акробатики</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954EB6"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3F97D9A"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543C7C"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A13C15"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335125" w14:paraId="7269753D" w14:textId="77777777" w:rsidTr="00D11838">
              <w:trPr>
                <w:trHeight w:hRule="exact" w:val="702"/>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A8FE82"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4.2.</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8387D19"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Строевые упражнения и команды</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23E094"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6B65F4"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C3339D2"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43E3AFA"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D11838" w:rsidRPr="00E56C6A" w14:paraId="6F837702" w14:textId="77777777" w:rsidTr="00D11838">
              <w:trPr>
                <w:trHeight w:hRule="exact" w:val="999"/>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C39EFE"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4.3.</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B75D9A"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Гимнастическая разминка</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8EA2ED"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90D50F7"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E7D8AA"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F6FCFCB"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030C6F3C" w14:textId="77777777" w:rsidTr="00D11838">
              <w:trPr>
                <w:trHeight w:hRule="exact" w:val="98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7986E2"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4.4.</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384905"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Упражнения с гимнастической скакалкой</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561224"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102DA4C"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57D930A"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7EC304"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0D71B402" w14:textId="77777777" w:rsidTr="00D11838">
              <w:trPr>
                <w:trHeight w:hRule="exact" w:val="998"/>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14112A"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4.5.</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E32CDD"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Упражнения с гимнастическим мячом</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93CD209"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525C24"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A5A5BF"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CD473F7"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17A8E19F" w14:textId="77777777" w:rsidTr="00D11838">
              <w:trPr>
                <w:trHeight w:hRule="exact" w:val="98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E136C11" w14:textId="77777777" w:rsidR="00D11838" w:rsidRPr="00E56C6A" w:rsidRDefault="00D11838" w:rsidP="00925B30">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4.6.</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A25C2FC"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Танцевальные движения</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5B60C3A"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3FFB5E8"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F25EE5" w14:textId="77777777" w:rsidR="00D11838" w:rsidRPr="00E56C6A" w:rsidRDefault="00D11838" w:rsidP="00925B30">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2F5A53" w14:textId="77777777" w:rsidR="00D11838" w:rsidRPr="00E56C6A" w:rsidRDefault="00D11838" w:rsidP="00925B30">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E56C6A" w14:paraId="267372BF" w14:textId="77777777" w:rsidTr="00D11838">
              <w:trPr>
                <w:trHeight w:hRule="exact" w:val="98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E43E78" w14:textId="77777777" w:rsidR="00D11838" w:rsidRPr="00E56C6A" w:rsidRDefault="00D11838" w:rsidP="00925B30">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4.7.</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33D53CB"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Правила поведения на занятиях лыжной подготовкой</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C4502F"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45192F"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5E3DF18" w14:textId="77777777" w:rsidR="00D11838" w:rsidRPr="00E56C6A" w:rsidRDefault="00D11838" w:rsidP="00925B30">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1F245FA"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D11838" w:rsidRPr="00335125" w14:paraId="5C0059CF" w14:textId="77777777" w:rsidTr="00D11838">
              <w:trPr>
                <w:trHeight w:hRule="exact" w:val="98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05C495"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4.8.</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534EA4"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Модуль "Лыжная подготовка". Передвижение на лыжах </w:t>
                  </w:r>
                  <w:proofErr w:type="spellStart"/>
                  <w:r w:rsidRPr="00E56C6A">
                    <w:rPr>
                      <w:rFonts w:ascii="Times New Roman" w:eastAsia="Times New Roman" w:hAnsi="Times New Roman" w:cs="Times New Roman"/>
                      <w:w w:val="97"/>
                      <w:sz w:val="24"/>
                      <w:szCs w:val="24"/>
                    </w:rPr>
                    <w:t>двухшажным</w:t>
                  </w:r>
                  <w:proofErr w:type="spellEnd"/>
                  <w:r w:rsidRPr="00E56C6A">
                    <w:rPr>
                      <w:rFonts w:ascii="Times New Roman" w:eastAsia="Times New Roman" w:hAnsi="Times New Roman" w:cs="Times New Roman"/>
                      <w:w w:val="97"/>
                      <w:sz w:val="24"/>
                      <w:szCs w:val="24"/>
                    </w:rPr>
                    <w:t xml:space="preserve"> попеременным ходом</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FC9A22"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9B1D8CD"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D71121"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3B904F7"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D11838" w:rsidRPr="00E56C6A" w14:paraId="6ADF39EC" w14:textId="77777777" w:rsidTr="00D11838">
              <w:trPr>
                <w:trHeight w:hRule="exact" w:val="998"/>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82517D" w14:textId="77777777" w:rsidR="00D11838" w:rsidRPr="00E56C6A" w:rsidRDefault="00D11838" w:rsidP="00925B30">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4.9.</w:t>
                  </w:r>
                </w:p>
              </w:tc>
              <w:tc>
                <w:tcPr>
                  <w:tcW w:w="47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67CE27A"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Спуски и подъёмы на лыжах</w:t>
                  </w:r>
                </w:p>
              </w:tc>
              <w:tc>
                <w:tcPr>
                  <w:tcW w:w="53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0959C1"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7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1C52F7B"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hAnsi="Times New Roman" w:cs="Times New Roman"/>
                      <w:sz w:val="24"/>
                      <w:szCs w:val="24"/>
                    </w:rPr>
                    <w:t>0</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BB70E0" w14:textId="77777777" w:rsidR="00D11838" w:rsidRPr="00E56C6A" w:rsidRDefault="00D11838" w:rsidP="00925B30">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1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5E6307F" w14:textId="77777777" w:rsidR="00D11838" w:rsidRPr="00E56C6A" w:rsidRDefault="00D11838" w:rsidP="00925B30">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bl>
          <w:p w14:paraId="10BDFF02"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2.1.</w:t>
            </w:r>
          </w:p>
        </w:tc>
        <w:tc>
          <w:tcPr>
            <w:tcW w:w="4351"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63ECB55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Физическое развитие</w:t>
            </w:r>
          </w:p>
        </w:tc>
        <w:tc>
          <w:tcPr>
            <w:tcW w:w="1134"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0AF5744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057A2E3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559"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B4CDCB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0EBB0F74"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7DAD0B3C" w14:textId="77777777" w:rsidTr="00D11838">
        <w:trPr>
          <w:trHeight w:hRule="exact" w:val="999"/>
        </w:trPr>
        <w:tc>
          <w:tcPr>
            <w:tcW w:w="468"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2ADDB4" w14:textId="77777777" w:rsidR="00E56C6A" w:rsidRPr="00E56C6A" w:rsidRDefault="00E56C6A">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2.2.</w:t>
            </w:r>
          </w:p>
        </w:tc>
        <w:tc>
          <w:tcPr>
            <w:tcW w:w="4351"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88140F"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Физические качества</w:t>
            </w:r>
          </w:p>
        </w:tc>
        <w:tc>
          <w:tcPr>
            <w:tcW w:w="1134"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0768335"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943030"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559"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9099A87"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843"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79DA01"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293974D7" w14:textId="77777777" w:rsidTr="00D11838">
        <w:trPr>
          <w:trHeight w:hRule="exact" w:val="979"/>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29509CF"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2.3.</w:t>
            </w:r>
          </w:p>
        </w:tc>
        <w:tc>
          <w:tcPr>
            <w:tcW w:w="4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A644B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Сила как физическое качество</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A6ACF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4772E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10C21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F2DDF2"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5B5E27C8" w14:textId="77777777" w:rsidTr="00D11838">
        <w:trPr>
          <w:trHeight w:hRule="exact" w:val="994"/>
        </w:trPr>
        <w:tc>
          <w:tcPr>
            <w:tcW w:w="46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C443379"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2.4.</w:t>
            </w:r>
          </w:p>
        </w:tc>
        <w:tc>
          <w:tcPr>
            <w:tcW w:w="435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777AD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Быстрота как физическое качество</w:t>
            </w:r>
          </w:p>
        </w:tc>
        <w:tc>
          <w:tcPr>
            <w:tcW w:w="113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B0EB7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27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4702A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3CF41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84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76CFE21"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bl>
    <w:p w14:paraId="4628FDCC" w14:textId="77777777" w:rsidR="00E56C6A" w:rsidRPr="00E56C6A" w:rsidRDefault="00E56C6A" w:rsidP="00E56C6A">
      <w:pPr>
        <w:spacing w:after="0"/>
        <w:rPr>
          <w:rFonts w:ascii="Times New Roman" w:hAnsi="Times New Roman" w:cs="Times New Roman"/>
          <w:sz w:val="24"/>
          <w:szCs w:val="24"/>
        </w:rPr>
        <w:sectPr w:rsidR="00E56C6A" w:rsidRPr="00E56C6A" w:rsidSect="003F2DFE">
          <w:pgSz w:w="11900" w:h="16840"/>
          <w:pgMar w:top="666" w:right="701" w:bottom="640" w:left="851" w:header="720" w:footer="720" w:gutter="0"/>
          <w:cols w:space="720"/>
          <w:docGrid w:linePitch="299"/>
        </w:sectPr>
      </w:pPr>
    </w:p>
    <w:p w14:paraId="2D9D424B" w14:textId="77777777" w:rsidR="00E56C6A" w:rsidRPr="00E56C6A" w:rsidRDefault="00E56C6A" w:rsidP="00E56C6A">
      <w:pPr>
        <w:autoSpaceDE w:val="0"/>
        <w:autoSpaceDN w:val="0"/>
        <w:spacing w:after="66" w:line="220" w:lineRule="exact"/>
        <w:rPr>
          <w:rFonts w:ascii="Times New Roman" w:hAnsi="Times New Roman" w:cs="Times New Roman"/>
          <w:sz w:val="24"/>
          <w:szCs w:val="24"/>
        </w:rPr>
      </w:pPr>
    </w:p>
    <w:p w14:paraId="05050028" w14:textId="77777777" w:rsidR="00E56C6A" w:rsidRPr="00E56C6A" w:rsidRDefault="00E56C6A" w:rsidP="00E56C6A">
      <w:pPr>
        <w:autoSpaceDE w:val="0"/>
        <w:autoSpaceDN w:val="0"/>
        <w:spacing w:after="0" w:line="14" w:lineRule="exact"/>
        <w:rPr>
          <w:rFonts w:ascii="Times New Roman" w:hAnsi="Times New Roman" w:cs="Times New Roman"/>
          <w:sz w:val="24"/>
          <w:szCs w:val="24"/>
        </w:rPr>
      </w:pPr>
    </w:p>
    <w:tbl>
      <w:tblPr>
        <w:tblW w:w="10632" w:type="dxa"/>
        <w:tblInd w:w="-846" w:type="dxa"/>
        <w:tblLayout w:type="fixed"/>
        <w:tblLook w:val="04A0" w:firstRow="1" w:lastRow="0" w:firstColumn="1" w:lastColumn="0" w:noHBand="0" w:noVBand="1"/>
      </w:tblPr>
      <w:tblGrid>
        <w:gridCol w:w="567"/>
        <w:gridCol w:w="4206"/>
        <w:gridCol w:w="1133"/>
        <w:gridCol w:w="48"/>
        <w:gridCol w:w="1276"/>
        <w:gridCol w:w="1418"/>
        <w:gridCol w:w="1984"/>
      </w:tblGrid>
      <w:tr w:rsidR="00E56C6A" w:rsidRPr="00E56C6A" w14:paraId="20C9B597" w14:textId="77777777" w:rsidTr="00D11838">
        <w:trPr>
          <w:trHeight w:hRule="exact" w:val="983"/>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BE3A7E5"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4.10</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7ACB9D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Торможение лыжными палками и падением на бок</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862F33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18FA4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445DD8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4FF07E"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82588B1" w14:textId="77777777" w:rsidTr="00D11838">
        <w:trPr>
          <w:trHeight w:hRule="exact" w:val="984"/>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4834F3"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4.11.</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2438F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Правила поведения на занятиях лёгкой атлетикой</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AA9B7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21B43E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08D1C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C63B50D"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14905F1" w14:textId="77777777" w:rsidTr="00D11838">
        <w:trPr>
          <w:trHeight w:hRule="exact" w:val="984"/>
        </w:trPr>
        <w:tc>
          <w:tcPr>
            <w:tcW w:w="567"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2F9C764"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4.12.</w:t>
            </w:r>
          </w:p>
        </w:tc>
        <w:tc>
          <w:tcPr>
            <w:tcW w:w="4206"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363200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Броски мяча в неподвижную мишень</w:t>
            </w:r>
          </w:p>
        </w:tc>
        <w:tc>
          <w:tcPr>
            <w:tcW w:w="1133"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7CD1223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324"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7E1B224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71FEC68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5613D115"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1571CA0" w14:textId="77777777" w:rsidTr="00D11838">
        <w:trPr>
          <w:trHeight w:hRule="exact" w:val="1145"/>
        </w:trPr>
        <w:tc>
          <w:tcPr>
            <w:tcW w:w="567"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975DD4B" w14:textId="77777777" w:rsidR="00E56C6A" w:rsidRPr="00E56C6A" w:rsidRDefault="00E56C6A">
            <w:pPr>
              <w:autoSpaceDE w:val="0"/>
              <w:autoSpaceDN w:val="0"/>
              <w:spacing w:before="74"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4.13.</w:t>
            </w:r>
          </w:p>
        </w:tc>
        <w:tc>
          <w:tcPr>
            <w:tcW w:w="420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9B771EB"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Сложно координированные прыжковые упражнения</w:t>
            </w:r>
          </w:p>
        </w:tc>
        <w:tc>
          <w:tcPr>
            <w:tcW w:w="1133"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9A1EF5"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324"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A28DFF"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2E462D" w14:textId="77777777" w:rsidR="00E56C6A" w:rsidRPr="00E56C6A" w:rsidRDefault="00E56C6A">
            <w:pPr>
              <w:autoSpaceDE w:val="0"/>
              <w:autoSpaceDN w:val="0"/>
              <w:spacing w:before="74"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98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4724AF" w14:textId="77777777" w:rsidR="00E56C6A" w:rsidRPr="00E56C6A" w:rsidRDefault="00E56C6A">
            <w:pPr>
              <w:autoSpaceDE w:val="0"/>
              <w:autoSpaceDN w:val="0"/>
              <w:spacing w:before="74"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80FB1B1" w14:textId="77777777" w:rsidTr="00D11838">
        <w:trPr>
          <w:trHeight w:hRule="exact" w:val="999"/>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F1F1CD"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4.14.</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D630D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Прыжок в высоту с прямого разбега</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1CB38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20DCF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4CA117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0E3B90"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6B789334" w14:textId="77777777" w:rsidTr="00D11838">
        <w:trPr>
          <w:trHeight w:hRule="exact" w:val="984"/>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20BDDA"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4.15.</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C2012EA" w14:textId="77777777" w:rsidR="00E56C6A" w:rsidRPr="00E56C6A" w:rsidRDefault="00E56C6A">
            <w:pPr>
              <w:autoSpaceDE w:val="0"/>
              <w:autoSpaceDN w:val="0"/>
              <w:spacing w:before="76" w:after="0" w:line="244" w:lineRule="auto"/>
              <w:ind w:left="72" w:right="43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Сложно координированные передвижения ходьбой по гимнастической скамейке</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5824FC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33A9A8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46C05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4EF778"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7F908892" w14:textId="77777777" w:rsidTr="00D11838">
        <w:trPr>
          <w:trHeight w:hRule="exact" w:val="998"/>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B41F37"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4.16.</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81E350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Сложно координированные беговые упражнения</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9E63D2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0C46CD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912B8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3EF02B"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1CC35154" w14:textId="77777777" w:rsidTr="00D11838">
        <w:trPr>
          <w:trHeight w:hRule="exact" w:val="984"/>
        </w:trPr>
        <w:tc>
          <w:tcPr>
            <w:tcW w:w="56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6D4390E"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4.17.</w:t>
            </w:r>
          </w:p>
        </w:tc>
        <w:tc>
          <w:tcPr>
            <w:tcW w:w="420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9DBD3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"Подвижные игры". </w:t>
            </w:r>
            <w:r w:rsidRPr="00E56C6A">
              <w:rPr>
                <w:rFonts w:ascii="Times New Roman" w:eastAsia="Times New Roman" w:hAnsi="Times New Roman" w:cs="Times New Roman"/>
                <w:b/>
                <w:w w:val="97"/>
                <w:sz w:val="24"/>
                <w:szCs w:val="24"/>
              </w:rPr>
              <w:t>Подвижные игры</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C705C0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14</w:t>
            </w:r>
          </w:p>
        </w:tc>
        <w:tc>
          <w:tcPr>
            <w:tcW w:w="13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87D80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78648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14</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8B682C3" w14:textId="77777777" w:rsidR="00E56C6A" w:rsidRPr="00E56C6A" w:rsidRDefault="00E56C6A">
            <w:pPr>
              <w:autoSpaceDE w:val="0"/>
              <w:autoSpaceDN w:val="0"/>
              <w:spacing w:before="78"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075413C9" w14:textId="77777777" w:rsidTr="00D11838">
        <w:trPr>
          <w:trHeight w:hRule="exact" w:val="348"/>
        </w:trPr>
        <w:tc>
          <w:tcPr>
            <w:tcW w:w="4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C13B8D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3"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A7DCB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54</w:t>
            </w:r>
          </w:p>
        </w:tc>
        <w:tc>
          <w:tcPr>
            <w:tcW w:w="472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1CB1793" w14:textId="77777777" w:rsidR="00E56C6A" w:rsidRPr="00E56C6A" w:rsidRDefault="00E56C6A">
            <w:pPr>
              <w:rPr>
                <w:rFonts w:ascii="Times New Roman" w:hAnsi="Times New Roman" w:cs="Times New Roman"/>
                <w:sz w:val="24"/>
                <w:szCs w:val="24"/>
                <w:lang w:val="en-US"/>
              </w:rPr>
            </w:pPr>
          </w:p>
        </w:tc>
      </w:tr>
      <w:tr w:rsidR="00E56C6A" w:rsidRPr="00E56C6A" w14:paraId="532C4298" w14:textId="77777777" w:rsidTr="00D11838">
        <w:trPr>
          <w:trHeight w:val="348"/>
        </w:trPr>
        <w:tc>
          <w:tcPr>
            <w:tcW w:w="10632" w:type="dxa"/>
            <w:gridSpan w:val="7"/>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3F87AE0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Раздел 5. </w:t>
            </w:r>
            <w:proofErr w:type="spellStart"/>
            <w:r w:rsidRPr="00E56C6A">
              <w:rPr>
                <w:rFonts w:ascii="Times New Roman" w:eastAsia="Times New Roman" w:hAnsi="Times New Roman" w:cs="Times New Roman"/>
                <w:b/>
                <w:w w:val="97"/>
                <w:sz w:val="24"/>
                <w:szCs w:val="24"/>
              </w:rPr>
              <w:t>Прикладно</w:t>
            </w:r>
            <w:proofErr w:type="spellEnd"/>
            <w:r w:rsidRPr="00E56C6A">
              <w:rPr>
                <w:rFonts w:ascii="Times New Roman" w:eastAsia="Times New Roman" w:hAnsi="Times New Roman" w:cs="Times New Roman"/>
                <w:b/>
                <w:w w:val="97"/>
                <w:sz w:val="24"/>
                <w:szCs w:val="24"/>
              </w:rPr>
              <w:t>-ориентированная физическая культура</w:t>
            </w:r>
          </w:p>
        </w:tc>
      </w:tr>
      <w:tr w:rsidR="00E56C6A" w:rsidRPr="00E56C6A" w14:paraId="2A6A4887" w14:textId="77777777" w:rsidTr="00D11838">
        <w:trPr>
          <w:trHeight w:hRule="exact" w:val="998"/>
        </w:trPr>
        <w:tc>
          <w:tcPr>
            <w:tcW w:w="567"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03AB51" w14:textId="77777777" w:rsidR="00E56C6A" w:rsidRPr="00E56C6A" w:rsidRDefault="00E56C6A">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5.1.</w:t>
            </w:r>
          </w:p>
        </w:tc>
        <w:tc>
          <w:tcPr>
            <w:tcW w:w="420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D0240E"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Подготовка к выполнению нормативных требований комплекса ГТО</w:t>
            </w:r>
          </w:p>
        </w:tc>
        <w:tc>
          <w:tcPr>
            <w:tcW w:w="1181"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0420EC"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276"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86FF70B"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A653DD5"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984" w:type="dxa"/>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01F03F" w14:textId="77777777" w:rsidR="00E56C6A" w:rsidRPr="00E56C6A" w:rsidRDefault="00E56C6A">
            <w:pPr>
              <w:autoSpaceDE w:val="0"/>
              <w:autoSpaceDN w:val="0"/>
              <w:spacing w:before="76" w:after="0" w:line="244" w:lineRule="auto"/>
              <w:ind w:left="72" w:right="1584"/>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63EFAD52" w14:textId="77777777" w:rsidTr="00D11838">
        <w:trPr>
          <w:gridAfter w:val="1"/>
          <w:wAfter w:w="1984" w:type="dxa"/>
          <w:trHeight w:hRule="exact" w:val="348"/>
        </w:trPr>
        <w:tc>
          <w:tcPr>
            <w:tcW w:w="4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6D19E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8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87182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hAnsi="Times New Roman" w:cs="Times New Roman"/>
                <w:sz w:val="24"/>
                <w:szCs w:val="24"/>
              </w:rPr>
              <w:t>7</w:t>
            </w:r>
          </w:p>
        </w:tc>
        <w:tc>
          <w:tcPr>
            <w:tcW w:w="269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B70962" w14:textId="77777777" w:rsidR="00E56C6A" w:rsidRPr="00E56C6A" w:rsidRDefault="00E56C6A">
            <w:pPr>
              <w:rPr>
                <w:rFonts w:ascii="Times New Roman" w:hAnsi="Times New Roman" w:cs="Times New Roman"/>
                <w:sz w:val="24"/>
                <w:szCs w:val="24"/>
                <w:lang w:val="en-US"/>
              </w:rPr>
            </w:pPr>
          </w:p>
        </w:tc>
      </w:tr>
      <w:tr w:rsidR="00E56C6A" w:rsidRPr="00E56C6A" w14:paraId="14278D37" w14:textId="77777777" w:rsidTr="00D11838">
        <w:trPr>
          <w:trHeight w:hRule="exact" w:val="348"/>
        </w:trPr>
        <w:tc>
          <w:tcPr>
            <w:tcW w:w="477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CD90FE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ОБЩЕЕ КОЛИЧЕСТВО ЧАСОВ ПО ПРОГРАММЕ</w:t>
            </w:r>
          </w:p>
        </w:tc>
        <w:tc>
          <w:tcPr>
            <w:tcW w:w="1181"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433CED"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hAnsi="Times New Roman" w:cs="Times New Roman"/>
                <w:sz w:val="24"/>
                <w:szCs w:val="24"/>
              </w:rPr>
              <w:t>68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85124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1A56B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68</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D7DF4DC" w14:textId="77777777" w:rsidR="00E56C6A" w:rsidRPr="00E56C6A" w:rsidRDefault="00E56C6A">
            <w:pPr>
              <w:rPr>
                <w:rFonts w:ascii="Times New Roman" w:hAnsi="Times New Roman" w:cs="Times New Roman"/>
                <w:sz w:val="24"/>
                <w:szCs w:val="24"/>
                <w:lang w:val="en-US"/>
              </w:rPr>
            </w:pPr>
          </w:p>
        </w:tc>
      </w:tr>
    </w:tbl>
    <w:p w14:paraId="4C614308" w14:textId="77777777" w:rsidR="00D11838" w:rsidRDefault="00D11838" w:rsidP="00E56C6A">
      <w:pPr>
        <w:autoSpaceDE w:val="0"/>
        <w:autoSpaceDN w:val="0"/>
        <w:spacing w:before="188" w:after="94" w:line="228" w:lineRule="auto"/>
        <w:rPr>
          <w:rFonts w:ascii="Times New Roman" w:eastAsia="Times New Roman" w:hAnsi="Times New Roman" w:cs="Times New Roman"/>
          <w:b/>
          <w:sz w:val="24"/>
          <w:szCs w:val="24"/>
        </w:rPr>
      </w:pPr>
    </w:p>
    <w:p w14:paraId="4A5571C2" w14:textId="77777777" w:rsidR="00E56C6A" w:rsidRPr="00E56C6A" w:rsidRDefault="00E56C6A" w:rsidP="00E56C6A">
      <w:pPr>
        <w:autoSpaceDE w:val="0"/>
        <w:autoSpaceDN w:val="0"/>
        <w:spacing w:before="188" w:after="94" w:line="228" w:lineRule="auto"/>
        <w:rPr>
          <w:rFonts w:ascii="Times New Roman" w:hAnsi="Times New Roman" w:cs="Times New Roman"/>
          <w:sz w:val="24"/>
          <w:szCs w:val="24"/>
          <w:lang w:val="en-US"/>
        </w:rPr>
      </w:pPr>
      <w:r w:rsidRPr="00E56C6A">
        <w:rPr>
          <w:rFonts w:ascii="Times New Roman" w:eastAsia="Times New Roman" w:hAnsi="Times New Roman" w:cs="Times New Roman"/>
          <w:b/>
          <w:sz w:val="24"/>
          <w:szCs w:val="24"/>
        </w:rPr>
        <w:t>3 КЛАСС</w:t>
      </w:r>
    </w:p>
    <w:tbl>
      <w:tblPr>
        <w:tblW w:w="10635" w:type="dxa"/>
        <w:tblInd w:w="-846" w:type="dxa"/>
        <w:tblLayout w:type="fixed"/>
        <w:tblLook w:val="04A0" w:firstRow="1" w:lastRow="0" w:firstColumn="1" w:lastColumn="0" w:noHBand="0" w:noVBand="1"/>
      </w:tblPr>
      <w:tblGrid>
        <w:gridCol w:w="562"/>
        <w:gridCol w:w="4248"/>
        <w:gridCol w:w="1137"/>
        <w:gridCol w:w="1278"/>
        <w:gridCol w:w="1421"/>
        <w:gridCol w:w="1989"/>
      </w:tblGrid>
      <w:tr w:rsidR="00E56C6A" w:rsidRPr="00E56C6A" w14:paraId="11315035" w14:textId="77777777" w:rsidTr="006D13B0">
        <w:trPr>
          <w:trHeight w:val="348"/>
        </w:trPr>
        <w:tc>
          <w:tcPr>
            <w:tcW w:w="562"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F9EFE0" w14:textId="77777777" w:rsidR="00E56C6A" w:rsidRPr="00E56C6A" w:rsidRDefault="00E56C6A">
            <w:pPr>
              <w:autoSpaceDE w:val="0"/>
              <w:autoSpaceDN w:val="0"/>
              <w:spacing w:before="76" w:after="0" w:line="244" w:lineRule="auto"/>
              <w:ind w:right="144"/>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w:t>
            </w:r>
            <w:r w:rsidRPr="00E56C6A">
              <w:rPr>
                <w:rFonts w:ascii="Times New Roman" w:hAnsi="Times New Roman" w:cs="Times New Roman"/>
                <w:sz w:val="24"/>
                <w:szCs w:val="24"/>
              </w:rPr>
              <w:br/>
            </w:r>
            <w:r w:rsidRPr="00E56C6A">
              <w:rPr>
                <w:rFonts w:ascii="Times New Roman" w:eastAsia="Times New Roman" w:hAnsi="Times New Roman" w:cs="Times New Roman"/>
                <w:b/>
                <w:w w:val="97"/>
                <w:sz w:val="24"/>
                <w:szCs w:val="24"/>
              </w:rPr>
              <w:t>п/п</w:t>
            </w:r>
          </w:p>
        </w:tc>
        <w:tc>
          <w:tcPr>
            <w:tcW w:w="424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743A6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Наименование разделов и тем программы</w:t>
            </w:r>
          </w:p>
        </w:tc>
        <w:tc>
          <w:tcPr>
            <w:tcW w:w="383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2F0FC40"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Количество часов</w:t>
            </w:r>
          </w:p>
        </w:tc>
        <w:tc>
          <w:tcPr>
            <w:tcW w:w="1989"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209E8B5" w14:textId="77777777" w:rsidR="00E56C6A" w:rsidRPr="00E56C6A" w:rsidRDefault="00E56C6A">
            <w:pPr>
              <w:autoSpaceDE w:val="0"/>
              <w:autoSpaceDN w:val="0"/>
              <w:spacing w:before="76" w:after="0" w:line="244" w:lineRule="auto"/>
              <w:ind w:left="72" w:right="288"/>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Электронные (цифровые) образовательные ресурсы</w:t>
            </w:r>
          </w:p>
        </w:tc>
      </w:tr>
      <w:tr w:rsidR="00E56C6A" w:rsidRPr="00E56C6A" w14:paraId="47292EE1" w14:textId="77777777" w:rsidTr="006D13B0">
        <w:trPr>
          <w:trHeight w:hRule="exact" w:val="1728"/>
        </w:trPr>
        <w:tc>
          <w:tcPr>
            <w:tcW w:w="562" w:type="dxa"/>
            <w:vMerge/>
            <w:tcBorders>
              <w:top w:val="single" w:sz="4" w:space="0" w:color="000000"/>
              <w:left w:val="single" w:sz="4" w:space="0" w:color="000000"/>
              <w:bottom w:val="single" w:sz="4" w:space="0" w:color="000000"/>
              <w:right w:val="single" w:sz="4" w:space="0" w:color="000000"/>
            </w:tcBorders>
            <w:vAlign w:val="center"/>
            <w:hideMark/>
          </w:tcPr>
          <w:p w14:paraId="2BDEBCAC" w14:textId="77777777" w:rsidR="00E56C6A" w:rsidRPr="00E56C6A" w:rsidRDefault="00E56C6A">
            <w:pPr>
              <w:spacing w:after="0" w:line="240" w:lineRule="auto"/>
              <w:rPr>
                <w:rFonts w:ascii="Times New Roman" w:hAnsi="Times New Roman" w:cs="Times New Roman"/>
                <w:sz w:val="24"/>
                <w:szCs w:val="24"/>
                <w:lang w:val="en-US"/>
              </w:rPr>
            </w:pPr>
          </w:p>
        </w:tc>
        <w:tc>
          <w:tcPr>
            <w:tcW w:w="4248" w:type="dxa"/>
            <w:vMerge/>
            <w:tcBorders>
              <w:top w:val="single" w:sz="4" w:space="0" w:color="000000"/>
              <w:left w:val="single" w:sz="4" w:space="0" w:color="000000"/>
              <w:bottom w:val="single" w:sz="4" w:space="0" w:color="000000"/>
              <w:right w:val="single" w:sz="4" w:space="0" w:color="000000"/>
            </w:tcBorders>
            <w:vAlign w:val="center"/>
            <w:hideMark/>
          </w:tcPr>
          <w:p w14:paraId="1AF8EDE6" w14:textId="77777777" w:rsidR="00E56C6A" w:rsidRPr="00E56C6A" w:rsidRDefault="00E56C6A">
            <w:pPr>
              <w:spacing w:after="0" w:line="240" w:lineRule="auto"/>
              <w:rPr>
                <w:rFonts w:ascii="Times New Roman" w:hAnsi="Times New Roman" w:cs="Times New Roman"/>
                <w:sz w:val="24"/>
                <w:szCs w:val="24"/>
              </w:rPr>
            </w:pP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CB5B1B"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всего</w:t>
            </w:r>
          </w:p>
        </w:tc>
        <w:tc>
          <w:tcPr>
            <w:tcW w:w="12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7310BF" w14:textId="77777777" w:rsidR="00E56C6A" w:rsidRPr="00E56C6A" w:rsidRDefault="00E56C6A">
            <w:pPr>
              <w:autoSpaceDE w:val="0"/>
              <w:autoSpaceDN w:val="0"/>
              <w:spacing w:before="78" w:after="0" w:line="244" w:lineRule="auto"/>
              <w:ind w:left="72" w:right="43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контрольные работы</w:t>
            </w:r>
          </w:p>
        </w:tc>
        <w:tc>
          <w:tcPr>
            <w:tcW w:w="14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756457B" w14:textId="77777777" w:rsidR="00E56C6A" w:rsidRPr="00E56C6A" w:rsidRDefault="00E56C6A">
            <w:pPr>
              <w:autoSpaceDE w:val="0"/>
              <w:autoSpaceDN w:val="0"/>
              <w:spacing w:before="78" w:after="0" w:line="244" w:lineRule="auto"/>
              <w:ind w:left="72" w:right="43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практические работы</w:t>
            </w:r>
          </w:p>
        </w:tc>
        <w:tc>
          <w:tcPr>
            <w:tcW w:w="1989" w:type="dxa"/>
            <w:vMerge/>
            <w:tcBorders>
              <w:top w:val="single" w:sz="4" w:space="0" w:color="000000"/>
              <w:left w:val="single" w:sz="4" w:space="0" w:color="000000"/>
              <w:bottom w:val="single" w:sz="4" w:space="0" w:color="000000"/>
              <w:right w:val="single" w:sz="4" w:space="0" w:color="000000"/>
            </w:tcBorders>
            <w:vAlign w:val="center"/>
            <w:hideMark/>
          </w:tcPr>
          <w:p w14:paraId="53B44E35" w14:textId="77777777" w:rsidR="00E56C6A" w:rsidRPr="00E56C6A" w:rsidRDefault="00E56C6A">
            <w:pPr>
              <w:spacing w:after="0" w:line="240" w:lineRule="auto"/>
              <w:rPr>
                <w:rFonts w:ascii="Times New Roman" w:hAnsi="Times New Roman" w:cs="Times New Roman"/>
                <w:sz w:val="24"/>
                <w:szCs w:val="24"/>
                <w:lang w:val="en-US"/>
              </w:rPr>
            </w:pPr>
          </w:p>
        </w:tc>
      </w:tr>
      <w:tr w:rsidR="00E56C6A" w:rsidRPr="00E56C6A" w14:paraId="7E125C99" w14:textId="77777777" w:rsidTr="006D13B0">
        <w:trPr>
          <w:trHeight w:val="348"/>
        </w:trPr>
        <w:tc>
          <w:tcPr>
            <w:tcW w:w="106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1F84F9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1.</w:t>
            </w:r>
            <w:r w:rsidRPr="00E56C6A">
              <w:rPr>
                <w:rFonts w:ascii="Times New Roman" w:eastAsia="Times New Roman" w:hAnsi="Times New Roman" w:cs="Times New Roman"/>
                <w:b/>
                <w:w w:val="97"/>
                <w:sz w:val="24"/>
                <w:szCs w:val="24"/>
              </w:rPr>
              <w:t xml:space="preserve"> Знания о физической культуре</w:t>
            </w:r>
          </w:p>
        </w:tc>
      </w:tr>
      <w:tr w:rsidR="00E56C6A" w:rsidRPr="00E56C6A" w14:paraId="3B755547" w14:textId="77777777" w:rsidTr="006D13B0">
        <w:trPr>
          <w:trHeight w:hRule="exact" w:val="1058"/>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774661"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lastRenderedPageBreak/>
              <w:t>1.1.</w:t>
            </w:r>
          </w:p>
        </w:tc>
        <w:tc>
          <w:tcPr>
            <w:tcW w:w="42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D3C72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Физическая культура у древних народов</w:t>
            </w: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28D4F0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1CE02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8D055F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B7ED31A"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C553688" w14:textId="77777777" w:rsidTr="006D13B0">
        <w:trPr>
          <w:trHeight w:hRule="exact" w:val="348"/>
        </w:trPr>
        <w:tc>
          <w:tcPr>
            <w:tcW w:w="481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F554D8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68CDC0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468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E12500" w14:textId="77777777" w:rsidR="00E56C6A" w:rsidRPr="00E56C6A" w:rsidRDefault="00E56C6A">
            <w:pPr>
              <w:rPr>
                <w:rFonts w:ascii="Times New Roman" w:hAnsi="Times New Roman" w:cs="Times New Roman"/>
                <w:sz w:val="24"/>
                <w:szCs w:val="24"/>
                <w:lang w:val="en-US"/>
              </w:rPr>
            </w:pPr>
          </w:p>
        </w:tc>
      </w:tr>
      <w:tr w:rsidR="00E56C6A" w:rsidRPr="00E56C6A" w14:paraId="09EBF251" w14:textId="77777777" w:rsidTr="006D13B0">
        <w:trPr>
          <w:trHeight w:val="348"/>
        </w:trPr>
        <w:tc>
          <w:tcPr>
            <w:tcW w:w="1063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C19EED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 xml:space="preserve">Раздел 2. </w:t>
            </w:r>
            <w:r w:rsidRPr="00E56C6A">
              <w:rPr>
                <w:rFonts w:ascii="Times New Roman" w:eastAsia="Times New Roman" w:hAnsi="Times New Roman" w:cs="Times New Roman"/>
                <w:b/>
                <w:w w:val="97"/>
                <w:sz w:val="24"/>
                <w:szCs w:val="24"/>
              </w:rPr>
              <w:t>Способы самостоятельной деятельности</w:t>
            </w:r>
          </w:p>
        </w:tc>
      </w:tr>
      <w:tr w:rsidR="00E56C6A" w:rsidRPr="00E56C6A" w14:paraId="502C9321" w14:textId="77777777" w:rsidTr="006D13B0">
        <w:trPr>
          <w:trHeight w:hRule="exact" w:val="999"/>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BBC300"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2.1.</w:t>
            </w:r>
          </w:p>
        </w:tc>
        <w:tc>
          <w:tcPr>
            <w:tcW w:w="42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D34ABF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Виды физических упражнений</w:t>
            </w: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8B6222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E4A3DC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1314A9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08803E"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57BCFFB8" w14:textId="77777777" w:rsidTr="006D13B0">
        <w:trPr>
          <w:trHeight w:hRule="exact" w:val="984"/>
        </w:trPr>
        <w:tc>
          <w:tcPr>
            <w:tcW w:w="5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9153333"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2.2.</w:t>
            </w:r>
          </w:p>
        </w:tc>
        <w:tc>
          <w:tcPr>
            <w:tcW w:w="424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5A200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Измерение пульса на уроках физической культуры</w:t>
            </w:r>
          </w:p>
        </w:tc>
        <w:tc>
          <w:tcPr>
            <w:tcW w:w="11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8C0AC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8866AC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BA4E9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8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16701CE"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bl>
    <w:p w14:paraId="08AB256A" w14:textId="77777777" w:rsidR="00E56C6A" w:rsidRPr="00E56C6A" w:rsidRDefault="00E56C6A" w:rsidP="00E56C6A">
      <w:pPr>
        <w:autoSpaceDE w:val="0"/>
        <w:autoSpaceDN w:val="0"/>
        <w:spacing w:after="0" w:line="14" w:lineRule="exact"/>
        <w:rPr>
          <w:rFonts w:ascii="Times New Roman" w:hAnsi="Times New Roman" w:cs="Times New Roman"/>
          <w:sz w:val="24"/>
          <w:szCs w:val="24"/>
          <w:lang w:val="en-US"/>
        </w:rPr>
      </w:pPr>
    </w:p>
    <w:tbl>
      <w:tblPr>
        <w:tblW w:w="10632" w:type="dxa"/>
        <w:tblInd w:w="-846" w:type="dxa"/>
        <w:tblLayout w:type="fixed"/>
        <w:tblLook w:val="04A0" w:firstRow="1" w:lastRow="0" w:firstColumn="1" w:lastColumn="0" w:noHBand="0" w:noVBand="1"/>
      </w:tblPr>
      <w:tblGrid>
        <w:gridCol w:w="559"/>
        <w:gridCol w:w="744"/>
        <w:gridCol w:w="3487"/>
        <w:gridCol w:w="16"/>
        <w:gridCol w:w="6"/>
        <w:gridCol w:w="1111"/>
        <w:gridCol w:w="15"/>
        <w:gridCol w:w="8"/>
        <w:gridCol w:w="1252"/>
        <w:gridCol w:w="14"/>
        <w:gridCol w:w="10"/>
        <w:gridCol w:w="6"/>
        <w:gridCol w:w="1383"/>
        <w:gridCol w:w="17"/>
        <w:gridCol w:w="18"/>
        <w:gridCol w:w="1969"/>
        <w:gridCol w:w="17"/>
      </w:tblGrid>
      <w:tr w:rsidR="006D13B0" w:rsidRPr="00E56C6A" w14:paraId="46A9FBDE" w14:textId="77777777" w:rsidTr="006D13B0">
        <w:trPr>
          <w:gridAfter w:val="1"/>
          <w:wAfter w:w="14" w:type="dxa"/>
          <w:trHeight w:hRule="exact" w:val="970"/>
        </w:trPr>
        <w:tc>
          <w:tcPr>
            <w:tcW w:w="56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8C718BE"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2.3.</w:t>
            </w:r>
          </w:p>
        </w:tc>
        <w:tc>
          <w:tcPr>
            <w:tcW w:w="4232"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90D049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Дозировка физической нагрузки во время занятий физической культурой</w:t>
            </w:r>
          </w:p>
        </w:tc>
        <w:tc>
          <w:tcPr>
            <w:tcW w:w="113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3751CD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EDF7EB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3"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F0D88A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2005"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3F40E8"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2C2F3381" w14:textId="77777777" w:rsidTr="006D13B0">
        <w:trPr>
          <w:trHeight w:hRule="exact" w:val="348"/>
        </w:trPr>
        <w:tc>
          <w:tcPr>
            <w:tcW w:w="4808"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30499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1840CC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4692" w:type="dxa"/>
            <w:gridSpan w:val="10"/>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EC2AB6" w14:textId="77777777" w:rsidR="00E56C6A" w:rsidRPr="00E56C6A" w:rsidRDefault="00E56C6A">
            <w:pPr>
              <w:rPr>
                <w:rFonts w:ascii="Times New Roman" w:hAnsi="Times New Roman" w:cs="Times New Roman"/>
                <w:sz w:val="24"/>
                <w:szCs w:val="24"/>
                <w:lang w:val="en-US"/>
              </w:rPr>
            </w:pPr>
          </w:p>
        </w:tc>
      </w:tr>
      <w:tr w:rsidR="00E56C6A" w:rsidRPr="00E56C6A" w14:paraId="4E9CE307" w14:textId="77777777" w:rsidTr="006D13B0">
        <w:trPr>
          <w:trHeight w:val="348"/>
        </w:trPr>
        <w:tc>
          <w:tcPr>
            <w:tcW w:w="10632" w:type="dxa"/>
            <w:gridSpan w:val="1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9D795D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ФИЗИЧЕСКОЕ СОВЕРШЕНСТВОВАНИЕ</w:t>
            </w:r>
          </w:p>
        </w:tc>
      </w:tr>
      <w:tr w:rsidR="00E56C6A" w:rsidRPr="00E56C6A" w14:paraId="670341F0" w14:textId="77777777" w:rsidTr="006D13B0">
        <w:trPr>
          <w:trHeight w:val="348"/>
        </w:trPr>
        <w:tc>
          <w:tcPr>
            <w:tcW w:w="10632" w:type="dxa"/>
            <w:gridSpan w:val="17"/>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BE4FA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Раздел 3.</w:t>
            </w:r>
            <w:r w:rsidRPr="00E56C6A">
              <w:rPr>
                <w:rFonts w:ascii="Times New Roman" w:eastAsia="Times New Roman" w:hAnsi="Times New Roman" w:cs="Times New Roman"/>
                <w:b/>
                <w:w w:val="97"/>
                <w:sz w:val="24"/>
                <w:szCs w:val="24"/>
              </w:rPr>
              <w:t xml:space="preserve"> Оздоровительная физическая культура</w:t>
            </w:r>
          </w:p>
        </w:tc>
      </w:tr>
      <w:tr w:rsidR="006D13B0" w:rsidRPr="00E56C6A" w14:paraId="2656307D" w14:textId="77777777" w:rsidTr="006D13B0">
        <w:trPr>
          <w:trHeight w:hRule="exact" w:val="942"/>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30586E8"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3.1.</w:t>
            </w:r>
          </w:p>
        </w:tc>
        <w:tc>
          <w:tcPr>
            <w:tcW w:w="34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615294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Закаливание организма</w:t>
            </w:r>
          </w:p>
        </w:tc>
        <w:tc>
          <w:tcPr>
            <w:tcW w:w="113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4DD6F1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DFAF40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F715E4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200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B3AB59D"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335125" w14:paraId="1065CCCA" w14:textId="77777777" w:rsidTr="006D13B0">
        <w:trPr>
          <w:trHeight w:hRule="exact" w:val="970"/>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38EE6D4"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3.2.</w:t>
            </w:r>
          </w:p>
        </w:tc>
        <w:tc>
          <w:tcPr>
            <w:tcW w:w="34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3A2E6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Дыхательная гимнастика</w:t>
            </w:r>
          </w:p>
        </w:tc>
        <w:tc>
          <w:tcPr>
            <w:tcW w:w="113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F13FC8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CCB238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81EC82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200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FF0B53D"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6D13B0" w:rsidRPr="00E56C6A" w14:paraId="79C48C25" w14:textId="77777777" w:rsidTr="006D13B0">
        <w:trPr>
          <w:trHeight w:hRule="exact" w:val="998"/>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6E1CE1"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3.3.</w:t>
            </w:r>
          </w:p>
        </w:tc>
        <w:tc>
          <w:tcPr>
            <w:tcW w:w="348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7569FC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Зрительная гимнастика</w:t>
            </w:r>
          </w:p>
        </w:tc>
        <w:tc>
          <w:tcPr>
            <w:tcW w:w="113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3B9BE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89"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D9099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F51DED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200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2DFAB8A"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6409EF44" w14:textId="77777777" w:rsidTr="006D13B0">
        <w:trPr>
          <w:trHeight w:hRule="exact" w:val="348"/>
        </w:trPr>
        <w:tc>
          <w:tcPr>
            <w:tcW w:w="4792"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4415E6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3"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D0668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305"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7F9DDE0" w14:textId="77777777" w:rsidR="00E56C6A" w:rsidRPr="00E56C6A" w:rsidRDefault="00E56C6A">
            <w:pPr>
              <w:rPr>
                <w:rFonts w:ascii="Times New Roman" w:hAnsi="Times New Roman" w:cs="Times New Roman"/>
                <w:sz w:val="24"/>
                <w:szCs w:val="24"/>
                <w:lang w:val="en-US"/>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C1A0E3" w14:textId="77777777" w:rsidR="00E56C6A" w:rsidRPr="00E56C6A" w:rsidRDefault="00E56C6A">
            <w:pPr>
              <w:rPr>
                <w:rFonts w:ascii="Times New Roman" w:hAnsi="Times New Roman" w:cs="Times New Roman"/>
                <w:sz w:val="24"/>
                <w:szCs w:val="24"/>
                <w:lang w:val="en-US"/>
              </w:rPr>
            </w:pPr>
          </w:p>
        </w:tc>
        <w:tc>
          <w:tcPr>
            <w:tcW w:w="198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A45D504" w14:textId="77777777" w:rsidR="00E56C6A" w:rsidRPr="00E56C6A" w:rsidRDefault="00E56C6A">
            <w:pPr>
              <w:rPr>
                <w:rFonts w:ascii="Times New Roman" w:hAnsi="Times New Roman" w:cs="Times New Roman"/>
                <w:sz w:val="24"/>
                <w:szCs w:val="24"/>
                <w:lang w:val="en-US"/>
              </w:rPr>
            </w:pPr>
          </w:p>
        </w:tc>
      </w:tr>
      <w:tr w:rsidR="00E56C6A" w:rsidRPr="00E56C6A" w14:paraId="11446346" w14:textId="77777777" w:rsidTr="006D13B0">
        <w:trPr>
          <w:gridAfter w:val="12"/>
          <w:wAfter w:w="5818" w:type="dxa"/>
          <w:trHeight w:val="348"/>
        </w:trPr>
        <w:tc>
          <w:tcPr>
            <w:tcW w:w="4814" w:type="dxa"/>
            <w:gridSpan w:val="5"/>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C2CE46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4.</w:t>
            </w:r>
            <w:r w:rsidRPr="00E56C6A">
              <w:rPr>
                <w:rFonts w:ascii="Times New Roman" w:eastAsia="Times New Roman" w:hAnsi="Times New Roman" w:cs="Times New Roman"/>
                <w:b/>
                <w:w w:val="97"/>
                <w:sz w:val="24"/>
                <w:szCs w:val="24"/>
              </w:rPr>
              <w:t xml:space="preserve"> Спортивно-оздоровительная физическая культура</w:t>
            </w:r>
          </w:p>
        </w:tc>
      </w:tr>
      <w:tr w:rsidR="006D13B0" w:rsidRPr="00E56C6A" w14:paraId="630E768D" w14:textId="77777777" w:rsidTr="006D13B0">
        <w:trPr>
          <w:trHeight w:hRule="exact" w:val="923"/>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A12C1B"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25B9B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Строевые команды и упражнения</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5253E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69CE7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2357C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4EAE98C"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0BAB4F80" w14:textId="77777777" w:rsidTr="006D13B0">
        <w:trPr>
          <w:trHeight w:hRule="exact" w:val="979"/>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CE6DF22"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4.2.</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00AE20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Лазанье по канату</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C8D4B9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99595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05274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C0FCB4"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1D4CC249" w14:textId="77777777" w:rsidTr="006D13B0">
        <w:trPr>
          <w:trHeight w:hRule="exact" w:val="994"/>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158744"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4.3.</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2F3042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Передвижения по гимнастической скамейке</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F3652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7D1F6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29905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938472"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01EEAAA7" w14:textId="77777777" w:rsidTr="006D13B0">
        <w:trPr>
          <w:trHeight w:hRule="exact" w:val="999"/>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4C63F31"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4.4.</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72F80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Передвижения по гимнастической стенк</w:t>
            </w:r>
            <w:r w:rsidRPr="00E56C6A">
              <w:rPr>
                <w:rFonts w:ascii="Times New Roman" w:eastAsia="Times New Roman" w:hAnsi="Times New Roman" w:cs="Times New Roman"/>
                <w:i/>
                <w:w w:val="97"/>
                <w:sz w:val="24"/>
                <w:szCs w:val="24"/>
              </w:rPr>
              <w:t>е</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9A19AA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B6D36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D9155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14C5A2"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3FFE074E" w14:textId="77777777" w:rsidTr="006D13B0">
        <w:trPr>
          <w:trHeight w:hRule="exact" w:val="984"/>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C157121"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4.5.</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A1DC2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Прыжки через скакалку</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86A000"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8B4FAC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06DD1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C5CD255"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3CCEC435" w14:textId="77777777" w:rsidTr="006D13B0">
        <w:trPr>
          <w:trHeight w:hRule="exact" w:val="998"/>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6B2211"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lastRenderedPageBreak/>
              <w:t>4.6.</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C069AC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Ритмическая гимнастика»</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6C8B6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2CB05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7666E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568F93"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784C2AF2" w14:textId="77777777" w:rsidTr="006D13B0">
        <w:trPr>
          <w:trHeight w:hRule="exact" w:val="983"/>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349FBDF"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4.7.</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85072F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"Гимнастика с основами акробатики".</w:t>
            </w:r>
            <w:r w:rsidRPr="00E56C6A">
              <w:rPr>
                <w:rFonts w:ascii="Times New Roman" w:eastAsia="Times New Roman" w:hAnsi="Times New Roman" w:cs="Times New Roman"/>
                <w:b/>
                <w:w w:val="97"/>
                <w:sz w:val="24"/>
                <w:szCs w:val="24"/>
              </w:rPr>
              <w:t xml:space="preserve"> Танцевальные упражнения</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156C56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8E07E5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5C0C6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55813E"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39A3A493" w14:textId="77777777" w:rsidTr="006D13B0">
        <w:trPr>
          <w:trHeight w:hRule="exact" w:val="984"/>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1876D5"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4.8.</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93990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Модуль "Лёгкая атлетика".</w:t>
            </w:r>
            <w:r w:rsidRPr="00E56C6A">
              <w:rPr>
                <w:rFonts w:ascii="Times New Roman" w:eastAsia="Times New Roman" w:hAnsi="Times New Roman" w:cs="Times New Roman"/>
                <w:b/>
                <w:w w:val="97"/>
                <w:sz w:val="24"/>
                <w:szCs w:val="24"/>
              </w:rPr>
              <w:t xml:space="preserve"> Прыжок в длину с разбега</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627E9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09FCAB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30901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15AD3B"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45ADB777" w14:textId="77777777" w:rsidTr="006D13B0">
        <w:trPr>
          <w:trHeight w:hRule="exact" w:val="984"/>
        </w:trPr>
        <w:tc>
          <w:tcPr>
            <w:tcW w:w="1304"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55ED63DB"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4.9.</w:t>
            </w:r>
          </w:p>
        </w:tc>
        <w:tc>
          <w:tcPr>
            <w:tcW w:w="3504"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0F1CBB3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Модуль "Лёгкая атлетика".</w:t>
            </w:r>
            <w:r w:rsidRPr="00E56C6A">
              <w:rPr>
                <w:rFonts w:ascii="Times New Roman" w:eastAsia="Times New Roman" w:hAnsi="Times New Roman" w:cs="Times New Roman"/>
                <w:b/>
                <w:w w:val="97"/>
                <w:sz w:val="24"/>
                <w:szCs w:val="24"/>
              </w:rPr>
              <w:t xml:space="preserve"> Броски набивного мяча</w:t>
            </w:r>
          </w:p>
        </w:tc>
        <w:tc>
          <w:tcPr>
            <w:tcW w:w="1140" w:type="dxa"/>
            <w:gridSpan w:val="4"/>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5C4669E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276" w:type="dxa"/>
            <w:gridSpan w:val="3"/>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45A46C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6659CAB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987"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DC2651C"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787C9F57" w14:textId="77777777" w:rsidTr="006D13B0">
        <w:trPr>
          <w:trHeight w:hRule="exact" w:val="1003"/>
        </w:trPr>
        <w:tc>
          <w:tcPr>
            <w:tcW w:w="1304"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643755" w14:textId="77777777" w:rsidR="00E56C6A" w:rsidRPr="00E56C6A" w:rsidRDefault="00E56C6A">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4.10.</w:t>
            </w:r>
          </w:p>
        </w:tc>
        <w:tc>
          <w:tcPr>
            <w:tcW w:w="3504"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3AB8F53"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Модуль "Лёгкая атлетика".</w:t>
            </w:r>
            <w:r w:rsidRPr="00E56C6A">
              <w:rPr>
                <w:rFonts w:ascii="Times New Roman" w:eastAsia="Times New Roman" w:hAnsi="Times New Roman" w:cs="Times New Roman"/>
                <w:b/>
                <w:w w:val="97"/>
                <w:sz w:val="24"/>
                <w:szCs w:val="24"/>
              </w:rPr>
              <w:t xml:space="preserve"> Беговые упражнения повышенной координационной сложности</w:t>
            </w:r>
          </w:p>
        </w:tc>
        <w:tc>
          <w:tcPr>
            <w:tcW w:w="1140" w:type="dxa"/>
            <w:gridSpan w:val="4"/>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7A615A7"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12</w:t>
            </w:r>
          </w:p>
        </w:tc>
        <w:tc>
          <w:tcPr>
            <w:tcW w:w="1276" w:type="dxa"/>
            <w:gridSpan w:val="3"/>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99991D7"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7CCDB5"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12</w:t>
            </w:r>
          </w:p>
        </w:tc>
        <w:tc>
          <w:tcPr>
            <w:tcW w:w="1987" w:type="dxa"/>
            <w:gridSpan w:val="2"/>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EC621C"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5FD7DD67" w14:textId="77777777" w:rsidTr="006D13B0">
        <w:trPr>
          <w:trHeight w:hRule="exact" w:val="983"/>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FF9BE45"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4.11.</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B054C0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Модуль "Лыжная подготовка". Передвижение на лыжах одновременным </w:t>
            </w:r>
            <w:proofErr w:type="spellStart"/>
            <w:r w:rsidRPr="00E56C6A">
              <w:rPr>
                <w:rFonts w:ascii="Times New Roman" w:eastAsia="Times New Roman" w:hAnsi="Times New Roman" w:cs="Times New Roman"/>
                <w:w w:val="97"/>
                <w:sz w:val="24"/>
                <w:szCs w:val="24"/>
              </w:rPr>
              <w:t>двухшажным</w:t>
            </w:r>
            <w:proofErr w:type="spellEnd"/>
            <w:r w:rsidRPr="00E56C6A">
              <w:rPr>
                <w:rFonts w:ascii="Times New Roman" w:eastAsia="Times New Roman" w:hAnsi="Times New Roman" w:cs="Times New Roman"/>
                <w:w w:val="97"/>
                <w:sz w:val="24"/>
                <w:szCs w:val="24"/>
              </w:rPr>
              <w:t xml:space="preserve"> ходом</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42CF7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F1E963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374E74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DAB82A"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719D9BB8" w14:textId="77777777" w:rsidTr="006D13B0">
        <w:trPr>
          <w:trHeight w:hRule="exact" w:val="984"/>
        </w:trPr>
        <w:tc>
          <w:tcPr>
            <w:tcW w:w="13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559075"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4.12.</w:t>
            </w:r>
          </w:p>
        </w:tc>
        <w:tc>
          <w:tcPr>
            <w:tcW w:w="350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893C2C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Повороты на лыжах способом переступания</w:t>
            </w:r>
          </w:p>
        </w:tc>
        <w:tc>
          <w:tcPr>
            <w:tcW w:w="1140"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7A32F7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60E1C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2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C1E78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87"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DB2EC3" w14:textId="77777777" w:rsidR="00E56C6A" w:rsidRPr="00E56C6A" w:rsidRDefault="00E56C6A">
            <w:pPr>
              <w:autoSpaceDE w:val="0"/>
              <w:autoSpaceDN w:val="0"/>
              <w:spacing w:before="76"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bl>
    <w:p w14:paraId="466BDA7A" w14:textId="77777777" w:rsidR="00E56C6A" w:rsidRPr="00E56C6A" w:rsidRDefault="00E56C6A" w:rsidP="00E56C6A">
      <w:pPr>
        <w:autoSpaceDE w:val="0"/>
        <w:autoSpaceDN w:val="0"/>
        <w:spacing w:after="0" w:line="14" w:lineRule="exact"/>
        <w:rPr>
          <w:rFonts w:ascii="Times New Roman" w:hAnsi="Times New Roman" w:cs="Times New Roman"/>
          <w:sz w:val="24"/>
          <w:szCs w:val="24"/>
        </w:rPr>
      </w:pPr>
    </w:p>
    <w:p w14:paraId="32A9653E" w14:textId="77777777" w:rsidR="00E56C6A" w:rsidRPr="00E56C6A" w:rsidRDefault="00E56C6A" w:rsidP="00E56C6A">
      <w:pPr>
        <w:autoSpaceDE w:val="0"/>
        <w:autoSpaceDN w:val="0"/>
        <w:spacing w:after="66" w:line="220" w:lineRule="exact"/>
        <w:rPr>
          <w:rFonts w:ascii="Times New Roman" w:hAnsi="Times New Roman" w:cs="Times New Roman"/>
          <w:sz w:val="24"/>
          <w:szCs w:val="24"/>
        </w:rPr>
      </w:pPr>
    </w:p>
    <w:tbl>
      <w:tblPr>
        <w:tblW w:w="10632" w:type="dxa"/>
        <w:tblInd w:w="-846" w:type="dxa"/>
        <w:tblLayout w:type="fixed"/>
        <w:tblLook w:val="04A0" w:firstRow="1" w:lastRow="0" w:firstColumn="1" w:lastColumn="0" w:noHBand="0" w:noVBand="1"/>
      </w:tblPr>
      <w:tblGrid>
        <w:gridCol w:w="1320"/>
        <w:gridCol w:w="3500"/>
        <w:gridCol w:w="1134"/>
        <w:gridCol w:w="1276"/>
        <w:gridCol w:w="1418"/>
        <w:gridCol w:w="1984"/>
      </w:tblGrid>
      <w:tr w:rsidR="00E56C6A" w:rsidRPr="00E56C6A" w14:paraId="42487DFA" w14:textId="77777777" w:rsidTr="006D13B0">
        <w:trPr>
          <w:trHeight w:hRule="exact" w:val="987"/>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9DDD15"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4.13.</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37352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Повороты на лыжах способом переступания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FE56A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4E534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DE91A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85B39E"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7101F6F7" w14:textId="77777777" w:rsidTr="006D13B0">
        <w:trPr>
          <w:trHeight w:hRule="exact" w:val="988"/>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215C7E5"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4.14.</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8A2817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"Плавательная подготовка". Плавательная подготовка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4EAEC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946A6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EC3B8C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5949AC3" w14:textId="77777777" w:rsidR="00E56C6A" w:rsidRPr="00E56C6A" w:rsidRDefault="00E56C6A">
            <w:pPr>
              <w:autoSpaceDE w:val="0"/>
              <w:autoSpaceDN w:val="0"/>
              <w:spacing w:before="78" w:after="0" w:line="244" w:lineRule="auto"/>
              <w:ind w:left="72" w:right="1440"/>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1A5EBF08" w14:textId="77777777" w:rsidTr="006D13B0">
        <w:trPr>
          <w:trHeight w:hRule="exact" w:val="715"/>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6C508C"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4.15.</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5AFD9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Модуль "Подвижные и спортивные игры".</w:t>
            </w:r>
            <w:r w:rsidRPr="00E56C6A">
              <w:rPr>
                <w:rFonts w:ascii="Times New Roman" w:eastAsia="Times New Roman" w:hAnsi="Times New Roman" w:cs="Times New Roman"/>
                <w:b/>
                <w:w w:val="97"/>
                <w:sz w:val="24"/>
                <w:szCs w:val="24"/>
              </w:rPr>
              <w:t xml:space="preserve"> Подвижные игры с элементами спортивных игр</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BECDD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EB77F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466F84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50A88A"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2D28C7D9" w14:textId="77777777" w:rsidTr="006D13B0">
        <w:trPr>
          <w:trHeight w:hRule="exact" w:val="710"/>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FD343FD"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4.16.</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6E40F9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Модуль "Подвижные и спортивные игры".</w:t>
            </w:r>
            <w:r w:rsidRPr="00E56C6A">
              <w:rPr>
                <w:rFonts w:ascii="Times New Roman" w:eastAsia="Times New Roman" w:hAnsi="Times New Roman" w:cs="Times New Roman"/>
                <w:b/>
                <w:w w:val="97"/>
                <w:sz w:val="24"/>
                <w:szCs w:val="24"/>
              </w:rPr>
              <w:t xml:space="preserve"> Спортивные игры</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36BCB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CF1ABE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5D132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7</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3B40B79" w14:textId="77777777" w:rsidR="00E56C6A" w:rsidRPr="00E56C6A" w:rsidRDefault="00E56C6A">
            <w:pP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3FF51054" w14:textId="77777777" w:rsidTr="006D13B0">
        <w:trPr>
          <w:trHeight w:hRule="exact" w:val="34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878DBA"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54CD65"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54</w:t>
            </w:r>
          </w:p>
        </w:tc>
        <w:tc>
          <w:tcPr>
            <w:tcW w:w="467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5877B4" w14:textId="77777777" w:rsidR="00E56C6A" w:rsidRPr="00E56C6A" w:rsidRDefault="00E56C6A">
            <w:pPr>
              <w:rPr>
                <w:rFonts w:ascii="Times New Roman" w:hAnsi="Times New Roman" w:cs="Times New Roman"/>
                <w:sz w:val="24"/>
                <w:szCs w:val="24"/>
                <w:lang w:val="en-US"/>
              </w:rPr>
            </w:pPr>
          </w:p>
        </w:tc>
      </w:tr>
      <w:tr w:rsidR="00E56C6A" w:rsidRPr="00E56C6A" w14:paraId="4D76DD23" w14:textId="77777777" w:rsidTr="006D13B0">
        <w:trPr>
          <w:trHeight w:val="348"/>
        </w:trPr>
        <w:tc>
          <w:tcPr>
            <w:tcW w:w="10632"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803B7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Раздел 5. </w:t>
            </w:r>
            <w:proofErr w:type="spellStart"/>
            <w:r w:rsidRPr="00E56C6A">
              <w:rPr>
                <w:rFonts w:ascii="Times New Roman" w:eastAsia="Times New Roman" w:hAnsi="Times New Roman" w:cs="Times New Roman"/>
                <w:b/>
                <w:w w:val="97"/>
                <w:sz w:val="24"/>
                <w:szCs w:val="24"/>
              </w:rPr>
              <w:t>Прикладно</w:t>
            </w:r>
            <w:proofErr w:type="spellEnd"/>
            <w:r w:rsidRPr="00E56C6A">
              <w:rPr>
                <w:rFonts w:ascii="Times New Roman" w:eastAsia="Times New Roman" w:hAnsi="Times New Roman" w:cs="Times New Roman"/>
                <w:b/>
                <w:w w:val="97"/>
                <w:sz w:val="24"/>
                <w:szCs w:val="24"/>
              </w:rPr>
              <w:t>-ориентированная физическая культура</w:t>
            </w:r>
          </w:p>
        </w:tc>
      </w:tr>
      <w:tr w:rsidR="00E56C6A" w:rsidRPr="00E56C6A" w14:paraId="410CACDF" w14:textId="77777777" w:rsidTr="006D13B0">
        <w:trPr>
          <w:trHeight w:hRule="exact" w:val="2000"/>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0E606E"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5.1.</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963833" w14:textId="77777777" w:rsidR="00E56C6A" w:rsidRPr="00E56C6A" w:rsidRDefault="00E56C6A">
            <w:pPr>
              <w:autoSpaceDE w:val="0"/>
              <w:autoSpaceDN w:val="0"/>
              <w:spacing w:before="76" w:after="0" w:line="244" w:lineRule="auto"/>
              <w:ind w:left="72" w:right="576"/>
              <w:rPr>
                <w:rFonts w:ascii="Times New Roman" w:hAnsi="Times New Roman" w:cs="Times New Roman"/>
                <w:sz w:val="24"/>
                <w:szCs w:val="24"/>
              </w:rPr>
            </w:pPr>
            <w:r w:rsidRPr="00E56C6A">
              <w:rPr>
                <w:rFonts w:ascii="Times New Roman" w:eastAsia="Times New Roman" w:hAnsi="Times New Roman" w:cs="Times New Roman"/>
                <w:b/>
                <w:w w:val="97"/>
                <w:sz w:val="24"/>
                <w:szCs w:val="24"/>
              </w:rPr>
              <w:t>Рефлексия: демонстрация прироста показателей физических качеств к нормативным требованиям комплекса ГТО</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F6C70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3D605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A5771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D6A1DF"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611B85B" w14:textId="77777777" w:rsidTr="006D13B0">
        <w:trPr>
          <w:trHeight w:hRule="exact" w:val="34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E50BE15"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A98E1A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7</w:t>
            </w:r>
          </w:p>
        </w:tc>
        <w:tc>
          <w:tcPr>
            <w:tcW w:w="467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6159C15" w14:textId="77777777" w:rsidR="00E56C6A" w:rsidRPr="00E56C6A" w:rsidRDefault="00E56C6A">
            <w:pPr>
              <w:rPr>
                <w:rFonts w:ascii="Times New Roman" w:hAnsi="Times New Roman" w:cs="Times New Roman"/>
                <w:sz w:val="24"/>
                <w:szCs w:val="24"/>
                <w:lang w:val="en-US"/>
              </w:rPr>
            </w:pPr>
          </w:p>
        </w:tc>
      </w:tr>
      <w:tr w:rsidR="00E56C6A" w:rsidRPr="00E56C6A" w14:paraId="7E8DA46F" w14:textId="77777777" w:rsidTr="006D13B0">
        <w:trPr>
          <w:trHeight w:hRule="exact" w:val="34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DA561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ОБЩЕЕ КОЛИЧЕСТВО ЧАСОВ ПО ПРОГРАММЕ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325CB2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BEFA1B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1B975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68</w:t>
            </w:r>
          </w:p>
        </w:tc>
        <w:tc>
          <w:tcPr>
            <w:tcW w:w="198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4899E61" w14:textId="77777777" w:rsidR="00E56C6A" w:rsidRPr="00E56C6A" w:rsidRDefault="00E56C6A">
            <w:pPr>
              <w:rPr>
                <w:rFonts w:ascii="Times New Roman" w:hAnsi="Times New Roman" w:cs="Times New Roman"/>
                <w:sz w:val="24"/>
                <w:szCs w:val="24"/>
                <w:lang w:val="en-US"/>
              </w:rPr>
            </w:pPr>
          </w:p>
        </w:tc>
      </w:tr>
    </w:tbl>
    <w:p w14:paraId="1AEA352E" w14:textId="77777777" w:rsidR="000C553C" w:rsidRDefault="000C553C" w:rsidP="00E56C6A">
      <w:pPr>
        <w:autoSpaceDE w:val="0"/>
        <w:autoSpaceDN w:val="0"/>
        <w:spacing w:before="188" w:after="92" w:line="232" w:lineRule="auto"/>
        <w:rPr>
          <w:rFonts w:ascii="Times New Roman" w:eastAsia="Times New Roman" w:hAnsi="Times New Roman" w:cs="Times New Roman"/>
          <w:b/>
          <w:sz w:val="24"/>
          <w:szCs w:val="24"/>
        </w:rPr>
      </w:pPr>
    </w:p>
    <w:p w14:paraId="2606ED1F" w14:textId="77777777" w:rsidR="00E56C6A" w:rsidRDefault="00E56C6A" w:rsidP="00E56C6A">
      <w:pPr>
        <w:autoSpaceDE w:val="0"/>
        <w:autoSpaceDN w:val="0"/>
        <w:spacing w:before="188" w:after="92" w:line="232" w:lineRule="auto"/>
        <w:rPr>
          <w:rFonts w:ascii="Times New Roman" w:eastAsia="Times New Roman" w:hAnsi="Times New Roman" w:cs="Times New Roman"/>
          <w:b/>
          <w:sz w:val="24"/>
          <w:szCs w:val="24"/>
        </w:rPr>
      </w:pPr>
      <w:r w:rsidRPr="00E56C6A">
        <w:rPr>
          <w:rFonts w:ascii="Times New Roman" w:eastAsia="Times New Roman" w:hAnsi="Times New Roman" w:cs="Times New Roman"/>
          <w:b/>
          <w:sz w:val="24"/>
          <w:szCs w:val="24"/>
        </w:rPr>
        <w:t>4 КЛАСС</w:t>
      </w:r>
    </w:p>
    <w:p w14:paraId="72C375B5" w14:textId="77777777" w:rsidR="006D13B0" w:rsidRPr="00E56C6A" w:rsidRDefault="006D13B0" w:rsidP="00E56C6A">
      <w:pPr>
        <w:autoSpaceDE w:val="0"/>
        <w:autoSpaceDN w:val="0"/>
        <w:spacing w:before="188" w:after="92" w:line="232" w:lineRule="auto"/>
        <w:rPr>
          <w:rFonts w:ascii="Times New Roman" w:hAnsi="Times New Roman" w:cs="Times New Roman"/>
          <w:sz w:val="24"/>
          <w:szCs w:val="24"/>
          <w:lang w:val="en-US"/>
        </w:rPr>
      </w:pPr>
    </w:p>
    <w:tbl>
      <w:tblPr>
        <w:tblW w:w="10636" w:type="dxa"/>
        <w:tblInd w:w="-846" w:type="dxa"/>
        <w:tblLayout w:type="fixed"/>
        <w:tblLook w:val="04A0" w:firstRow="1" w:lastRow="0" w:firstColumn="1" w:lastColumn="0" w:noHBand="0" w:noVBand="1"/>
      </w:tblPr>
      <w:tblGrid>
        <w:gridCol w:w="1311"/>
        <w:gridCol w:w="3485"/>
        <w:gridCol w:w="1134"/>
        <w:gridCol w:w="12"/>
        <w:gridCol w:w="12"/>
        <w:gridCol w:w="1252"/>
        <w:gridCol w:w="17"/>
        <w:gridCol w:w="7"/>
        <w:gridCol w:w="1394"/>
        <w:gridCol w:w="18"/>
        <w:gridCol w:w="6"/>
        <w:gridCol w:w="1966"/>
        <w:gridCol w:w="22"/>
      </w:tblGrid>
      <w:tr w:rsidR="00E56C6A" w:rsidRPr="00E56C6A" w14:paraId="6FC13738" w14:textId="77777777" w:rsidTr="006D13B0">
        <w:trPr>
          <w:trHeight w:val="348"/>
        </w:trPr>
        <w:tc>
          <w:tcPr>
            <w:tcW w:w="1311"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F878A7A" w14:textId="77777777" w:rsidR="00E56C6A" w:rsidRPr="00E56C6A" w:rsidRDefault="00E56C6A">
            <w:pPr>
              <w:autoSpaceDE w:val="0"/>
              <w:autoSpaceDN w:val="0"/>
              <w:spacing w:before="78" w:after="0" w:line="244" w:lineRule="auto"/>
              <w:ind w:right="144"/>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w:t>
            </w:r>
            <w:r w:rsidRPr="00E56C6A">
              <w:rPr>
                <w:rFonts w:ascii="Times New Roman" w:hAnsi="Times New Roman" w:cs="Times New Roman"/>
                <w:sz w:val="24"/>
                <w:szCs w:val="24"/>
              </w:rPr>
              <w:br/>
            </w:r>
            <w:r w:rsidRPr="00E56C6A">
              <w:rPr>
                <w:rFonts w:ascii="Times New Roman" w:eastAsia="Times New Roman" w:hAnsi="Times New Roman" w:cs="Times New Roman"/>
                <w:b/>
                <w:w w:val="97"/>
                <w:sz w:val="24"/>
                <w:szCs w:val="24"/>
              </w:rPr>
              <w:t>п/п</w:t>
            </w:r>
          </w:p>
        </w:tc>
        <w:tc>
          <w:tcPr>
            <w:tcW w:w="3485"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D84F8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Наименование разделов и тем программы</w:t>
            </w:r>
          </w:p>
        </w:tc>
        <w:tc>
          <w:tcPr>
            <w:tcW w:w="3846" w:type="dxa"/>
            <w:gridSpan w:val="8"/>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E7096E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Количество часов</w:t>
            </w:r>
          </w:p>
        </w:tc>
        <w:tc>
          <w:tcPr>
            <w:tcW w:w="1994" w:type="dxa"/>
            <w:gridSpan w:val="3"/>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5A3573" w14:textId="77777777" w:rsidR="00E56C6A" w:rsidRPr="00E56C6A" w:rsidRDefault="00E56C6A">
            <w:pPr>
              <w:autoSpaceDE w:val="0"/>
              <w:autoSpaceDN w:val="0"/>
              <w:spacing w:before="78" w:after="0" w:line="244" w:lineRule="auto"/>
              <w:ind w:left="74"/>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Электронные (цифровые) образовательные ресурсы</w:t>
            </w:r>
          </w:p>
        </w:tc>
      </w:tr>
      <w:tr w:rsidR="00E56C6A" w:rsidRPr="00E56C6A" w14:paraId="278BB063" w14:textId="77777777" w:rsidTr="006D13B0">
        <w:trPr>
          <w:trHeight w:hRule="exact" w:val="1211"/>
        </w:trPr>
        <w:tc>
          <w:tcPr>
            <w:tcW w:w="1311" w:type="dxa"/>
            <w:vMerge/>
            <w:tcBorders>
              <w:top w:val="single" w:sz="4" w:space="0" w:color="000000"/>
              <w:left w:val="single" w:sz="4" w:space="0" w:color="000000"/>
              <w:bottom w:val="single" w:sz="4" w:space="0" w:color="000000"/>
              <w:right w:val="single" w:sz="4" w:space="0" w:color="000000"/>
            </w:tcBorders>
            <w:vAlign w:val="center"/>
            <w:hideMark/>
          </w:tcPr>
          <w:p w14:paraId="62705342" w14:textId="77777777" w:rsidR="00E56C6A" w:rsidRPr="00E56C6A" w:rsidRDefault="00E56C6A">
            <w:pPr>
              <w:spacing w:after="0" w:line="240" w:lineRule="auto"/>
              <w:rPr>
                <w:rFonts w:ascii="Times New Roman" w:hAnsi="Times New Roman" w:cs="Times New Roman"/>
                <w:sz w:val="24"/>
                <w:szCs w:val="24"/>
                <w:lang w:val="en-US"/>
              </w:rPr>
            </w:pPr>
          </w:p>
        </w:tc>
        <w:tc>
          <w:tcPr>
            <w:tcW w:w="3485" w:type="dxa"/>
            <w:vMerge/>
            <w:tcBorders>
              <w:top w:val="single" w:sz="4" w:space="0" w:color="000000"/>
              <w:left w:val="single" w:sz="4" w:space="0" w:color="000000"/>
              <w:bottom w:val="single" w:sz="4" w:space="0" w:color="000000"/>
              <w:right w:val="single" w:sz="4" w:space="0" w:color="000000"/>
            </w:tcBorders>
            <w:vAlign w:val="center"/>
            <w:hideMark/>
          </w:tcPr>
          <w:p w14:paraId="0A36E4D2" w14:textId="77777777" w:rsidR="00E56C6A" w:rsidRPr="00E56C6A" w:rsidRDefault="00E56C6A">
            <w:pPr>
              <w:spacing w:after="0" w:line="240" w:lineRule="auto"/>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F4F798"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всего</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CB81F9" w14:textId="77777777" w:rsidR="00E56C6A" w:rsidRPr="00E56C6A" w:rsidRDefault="00E56C6A">
            <w:pPr>
              <w:autoSpaceDE w:val="0"/>
              <w:autoSpaceDN w:val="0"/>
              <w:spacing w:before="78" w:after="0" w:line="244" w:lineRule="auto"/>
              <w:ind w:left="72" w:right="288"/>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контрольные работы</w:t>
            </w:r>
          </w:p>
        </w:tc>
        <w:tc>
          <w:tcPr>
            <w:tcW w:w="143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045FBC2" w14:textId="77777777" w:rsidR="00E56C6A" w:rsidRPr="00E56C6A" w:rsidRDefault="00E56C6A">
            <w:pPr>
              <w:autoSpaceDE w:val="0"/>
              <w:autoSpaceDN w:val="0"/>
              <w:spacing w:before="78" w:after="0" w:line="244" w:lineRule="auto"/>
              <w:ind w:left="72" w:right="288"/>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практические работы</w:t>
            </w:r>
          </w:p>
        </w:tc>
        <w:tc>
          <w:tcPr>
            <w:tcW w:w="1994" w:type="dxa"/>
            <w:gridSpan w:val="3"/>
            <w:vMerge/>
            <w:tcBorders>
              <w:top w:val="single" w:sz="4" w:space="0" w:color="000000"/>
              <w:left w:val="single" w:sz="4" w:space="0" w:color="000000"/>
              <w:bottom w:val="single" w:sz="4" w:space="0" w:color="000000"/>
              <w:right w:val="single" w:sz="4" w:space="0" w:color="000000"/>
            </w:tcBorders>
            <w:vAlign w:val="center"/>
            <w:hideMark/>
          </w:tcPr>
          <w:p w14:paraId="27D81433" w14:textId="77777777" w:rsidR="00E56C6A" w:rsidRPr="00E56C6A" w:rsidRDefault="00E56C6A">
            <w:pPr>
              <w:spacing w:after="0" w:line="240" w:lineRule="auto"/>
              <w:rPr>
                <w:rFonts w:ascii="Times New Roman" w:hAnsi="Times New Roman" w:cs="Times New Roman"/>
                <w:sz w:val="24"/>
                <w:szCs w:val="24"/>
                <w:lang w:val="en-US"/>
              </w:rPr>
            </w:pPr>
          </w:p>
        </w:tc>
      </w:tr>
      <w:tr w:rsidR="00E56C6A" w:rsidRPr="00E56C6A" w14:paraId="092E48EC" w14:textId="77777777" w:rsidTr="006D13B0">
        <w:trPr>
          <w:trHeight w:val="350"/>
        </w:trPr>
        <w:tc>
          <w:tcPr>
            <w:tcW w:w="10636" w:type="dxa"/>
            <w:gridSpan w:val="1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FA80D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1.</w:t>
            </w:r>
            <w:r w:rsidRPr="00E56C6A">
              <w:rPr>
                <w:rFonts w:ascii="Times New Roman" w:eastAsia="Times New Roman" w:hAnsi="Times New Roman" w:cs="Times New Roman"/>
                <w:b/>
                <w:w w:val="97"/>
                <w:sz w:val="24"/>
                <w:szCs w:val="24"/>
              </w:rPr>
              <w:t xml:space="preserve"> Знания о физической культуре</w:t>
            </w:r>
          </w:p>
        </w:tc>
      </w:tr>
      <w:tr w:rsidR="00E56C6A" w:rsidRPr="00E56C6A" w14:paraId="693E5A79" w14:textId="77777777" w:rsidTr="006D13B0">
        <w:trPr>
          <w:trHeight w:hRule="exact" w:val="766"/>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FB046C6"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1.1.</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897E6E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Из истории развития физической культуры в России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81347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5C73E5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3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7B0039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685E210" w14:textId="77777777" w:rsidR="00E56C6A" w:rsidRPr="00E56C6A" w:rsidRDefault="00E56C6A" w:rsidP="000C553C">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6271530A" w14:textId="77777777" w:rsidTr="006D13B0">
        <w:trPr>
          <w:trHeight w:hRule="exact" w:val="706"/>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821CBEC"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1.2.</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398C8C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Из истории развития национальных видов спорта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5BE61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96F21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36"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8D278B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D6E7AFF"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4577C70" w14:textId="77777777" w:rsidTr="006D13B0">
        <w:trPr>
          <w:trHeight w:hRule="exact" w:val="348"/>
        </w:trPr>
        <w:tc>
          <w:tcPr>
            <w:tcW w:w="479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08B8EA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4EBBB2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w:t>
            </w:r>
          </w:p>
        </w:tc>
        <w:tc>
          <w:tcPr>
            <w:tcW w:w="4706" w:type="dxa"/>
            <w:gridSpan w:val="10"/>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278EE37" w14:textId="77777777" w:rsidR="00E56C6A" w:rsidRPr="00E56C6A" w:rsidRDefault="00E56C6A">
            <w:pPr>
              <w:rPr>
                <w:rFonts w:ascii="Times New Roman" w:hAnsi="Times New Roman" w:cs="Times New Roman"/>
                <w:sz w:val="24"/>
                <w:szCs w:val="24"/>
                <w:lang w:val="en-US"/>
              </w:rPr>
            </w:pPr>
          </w:p>
        </w:tc>
      </w:tr>
      <w:tr w:rsidR="00E56C6A" w:rsidRPr="00E56C6A" w14:paraId="1C24FA20" w14:textId="77777777" w:rsidTr="006D13B0">
        <w:trPr>
          <w:trHeight w:val="348"/>
        </w:trPr>
        <w:tc>
          <w:tcPr>
            <w:tcW w:w="10636" w:type="dxa"/>
            <w:gridSpan w:val="1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B4DA0F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 xml:space="preserve">Раздел 2. </w:t>
            </w:r>
            <w:r w:rsidRPr="00E56C6A">
              <w:rPr>
                <w:rFonts w:ascii="Times New Roman" w:eastAsia="Times New Roman" w:hAnsi="Times New Roman" w:cs="Times New Roman"/>
                <w:b/>
                <w:w w:val="97"/>
                <w:sz w:val="24"/>
                <w:szCs w:val="24"/>
              </w:rPr>
              <w:t>Способы самостоятельной деятельности</w:t>
            </w:r>
          </w:p>
        </w:tc>
      </w:tr>
      <w:tr w:rsidR="006D13B0" w:rsidRPr="00E56C6A" w14:paraId="2E12500A" w14:textId="77777777" w:rsidTr="006D13B0">
        <w:trPr>
          <w:gridAfter w:val="1"/>
          <w:wAfter w:w="22" w:type="dxa"/>
          <w:trHeight w:hRule="exact" w:val="713"/>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19C61BC"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2.1.</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5E476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Самостоятельная физическая подготовка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6E6400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A32AE3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5519EC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457125"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03086F20" w14:textId="77777777" w:rsidTr="006D13B0">
        <w:trPr>
          <w:gridAfter w:val="1"/>
          <w:wAfter w:w="22" w:type="dxa"/>
          <w:trHeight w:hRule="exact" w:val="708"/>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9560EF"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2.2.</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0B4675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Влияние занятий физической подготовкой на работу систем организма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3EE8A5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3E1BE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C2114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E1E1496"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E56C6A" w14:paraId="3AA81129" w14:textId="77777777" w:rsidTr="006D13B0">
        <w:trPr>
          <w:gridAfter w:val="1"/>
          <w:wAfter w:w="22" w:type="dxa"/>
          <w:trHeight w:hRule="exact" w:val="704"/>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9BCDAD"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2.3.</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52E68B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Оценка годовой динамики показателей физического развития и физической подготовленности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7564B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A6A28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B5857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7CDBBBD"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6D13B0" w:rsidRPr="00335125" w14:paraId="53C3B784" w14:textId="77777777" w:rsidTr="006D13B0">
        <w:trPr>
          <w:gridAfter w:val="1"/>
          <w:wAfter w:w="22" w:type="dxa"/>
          <w:trHeight w:hRule="exact" w:val="706"/>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CA72104"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2.4.</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2AA8F7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Оказание первой помощи на занятиях физической культурой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44E891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EF294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90F596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9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CE6226E" w14:textId="77777777" w:rsidR="00E56C6A" w:rsidRPr="00E56C6A" w:rsidRDefault="00E56C6A">
            <w:pP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0841977A" w14:textId="77777777" w:rsidTr="006D13B0">
        <w:trPr>
          <w:trHeight w:hRule="exact" w:val="348"/>
        </w:trPr>
        <w:tc>
          <w:tcPr>
            <w:tcW w:w="4796" w:type="dxa"/>
            <w:gridSpan w:val="2"/>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6642FF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hideMark/>
          </w:tcPr>
          <w:p w14:paraId="1C91485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4706" w:type="dxa"/>
            <w:gridSpan w:val="10"/>
            <w:tcBorders>
              <w:top w:val="single" w:sz="4" w:space="0" w:color="000000"/>
              <w:left w:val="single" w:sz="4" w:space="0" w:color="000000"/>
              <w:bottom w:val="single" w:sz="6" w:space="0" w:color="000000"/>
              <w:right w:val="single" w:sz="4" w:space="0" w:color="000000"/>
            </w:tcBorders>
            <w:tcMar>
              <w:top w:w="0" w:type="dxa"/>
              <w:left w:w="0" w:type="dxa"/>
              <w:bottom w:w="0" w:type="dxa"/>
              <w:right w:w="0" w:type="dxa"/>
            </w:tcMar>
          </w:tcPr>
          <w:p w14:paraId="0C8FEB46" w14:textId="77777777" w:rsidR="00E56C6A" w:rsidRPr="00E56C6A" w:rsidRDefault="00E56C6A">
            <w:pPr>
              <w:rPr>
                <w:rFonts w:ascii="Times New Roman" w:hAnsi="Times New Roman" w:cs="Times New Roman"/>
                <w:sz w:val="24"/>
                <w:szCs w:val="24"/>
                <w:lang w:val="en-US"/>
              </w:rPr>
            </w:pPr>
          </w:p>
        </w:tc>
      </w:tr>
      <w:tr w:rsidR="00E56C6A" w:rsidRPr="00E56C6A" w14:paraId="206C98FD" w14:textId="77777777" w:rsidTr="006D13B0">
        <w:trPr>
          <w:trHeight w:val="350"/>
        </w:trPr>
        <w:tc>
          <w:tcPr>
            <w:tcW w:w="10636" w:type="dxa"/>
            <w:gridSpan w:val="13"/>
            <w:tcBorders>
              <w:top w:val="single" w:sz="6"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75CDBE4"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ФИЗИЧЕСКОЕ СОВЕРШЕНСТВОВАНИЕ</w:t>
            </w:r>
          </w:p>
        </w:tc>
      </w:tr>
      <w:tr w:rsidR="00E56C6A" w:rsidRPr="00E56C6A" w14:paraId="0D361B60" w14:textId="77777777" w:rsidTr="006D13B0">
        <w:trPr>
          <w:trHeight w:val="348"/>
        </w:trPr>
        <w:tc>
          <w:tcPr>
            <w:tcW w:w="10636" w:type="dxa"/>
            <w:gridSpan w:val="1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35EF9D"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Раздел 3.</w:t>
            </w:r>
            <w:r w:rsidRPr="00E56C6A">
              <w:rPr>
                <w:rFonts w:ascii="Times New Roman" w:eastAsia="Times New Roman" w:hAnsi="Times New Roman" w:cs="Times New Roman"/>
                <w:b/>
                <w:w w:val="97"/>
                <w:sz w:val="24"/>
                <w:szCs w:val="24"/>
              </w:rPr>
              <w:t xml:space="preserve"> Оздоровительная физическая культура</w:t>
            </w:r>
          </w:p>
        </w:tc>
      </w:tr>
      <w:tr w:rsidR="006D13B0" w:rsidRPr="00335125" w14:paraId="7692F0D7" w14:textId="77777777" w:rsidTr="006D13B0">
        <w:trPr>
          <w:trHeight w:hRule="exact" w:val="1099"/>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FC4F456"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3.1.</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DE7100"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b/>
                <w:w w:val="97"/>
                <w:sz w:val="24"/>
                <w:szCs w:val="24"/>
              </w:rPr>
              <w:t>Упражнения для профилактики нарушения осанки</w:t>
            </w:r>
          </w:p>
        </w:tc>
        <w:tc>
          <w:tcPr>
            <w:tcW w:w="114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A208D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8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C3A9D2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AB30F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833B9D" w14:textId="77777777" w:rsidR="00E56C6A" w:rsidRPr="00E56C6A" w:rsidRDefault="00E56C6A" w:rsidP="006D13B0">
            <w:pPr>
              <w:ind w:right="1551"/>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6D13B0" w:rsidRPr="00E56C6A" w14:paraId="4C7FEE21" w14:textId="77777777" w:rsidTr="006D13B0">
        <w:trPr>
          <w:trHeight w:hRule="exact" w:val="709"/>
        </w:trPr>
        <w:tc>
          <w:tcPr>
            <w:tcW w:w="1311"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2E5D24"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3.2.</w:t>
            </w:r>
          </w:p>
        </w:tc>
        <w:tc>
          <w:tcPr>
            <w:tcW w:w="348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3B823C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b/>
                <w:w w:val="97"/>
                <w:sz w:val="24"/>
                <w:szCs w:val="24"/>
              </w:rPr>
              <w:t>Закаливание организма</w:t>
            </w:r>
          </w:p>
        </w:tc>
        <w:tc>
          <w:tcPr>
            <w:tcW w:w="114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A41E40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81"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D50296"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19"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D0F08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94"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4A79806"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05E8420" w14:textId="77777777" w:rsidTr="006D13B0">
        <w:trPr>
          <w:trHeight w:hRule="exact" w:val="348"/>
        </w:trPr>
        <w:tc>
          <w:tcPr>
            <w:tcW w:w="4796"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DF518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5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48D88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2</w:t>
            </w:r>
          </w:p>
        </w:tc>
        <w:tc>
          <w:tcPr>
            <w:tcW w:w="1276"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1A79D5F" w14:textId="77777777" w:rsidR="00E56C6A" w:rsidRPr="00E56C6A" w:rsidRDefault="00E56C6A">
            <w:pPr>
              <w:rPr>
                <w:rFonts w:ascii="Times New Roman" w:hAnsi="Times New Roman" w:cs="Times New Roman"/>
                <w:sz w:val="24"/>
                <w:szCs w:val="24"/>
                <w:lang w:val="en-US"/>
              </w:rPr>
            </w:pPr>
          </w:p>
        </w:tc>
        <w:tc>
          <w:tcPr>
            <w:tcW w:w="141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64CEF53" w14:textId="77777777" w:rsidR="00E56C6A" w:rsidRPr="00E56C6A" w:rsidRDefault="00E56C6A">
            <w:pPr>
              <w:rPr>
                <w:rFonts w:ascii="Times New Roman" w:hAnsi="Times New Roman" w:cs="Times New Roman"/>
                <w:sz w:val="24"/>
                <w:szCs w:val="24"/>
                <w:lang w:val="en-US"/>
              </w:rPr>
            </w:pPr>
          </w:p>
        </w:tc>
        <w:tc>
          <w:tcPr>
            <w:tcW w:w="1988"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60445" w14:textId="77777777" w:rsidR="00E56C6A" w:rsidRPr="00E56C6A" w:rsidRDefault="00E56C6A">
            <w:pPr>
              <w:rPr>
                <w:rFonts w:ascii="Times New Roman" w:hAnsi="Times New Roman" w:cs="Times New Roman"/>
                <w:sz w:val="24"/>
                <w:szCs w:val="24"/>
                <w:lang w:val="en-US"/>
              </w:rPr>
            </w:pPr>
          </w:p>
        </w:tc>
      </w:tr>
      <w:tr w:rsidR="00E56C6A" w:rsidRPr="00E56C6A" w14:paraId="6BA557E6" w14:textId="77777777" w:rsidTr="006D13B0">
        <w:trPr>
          <w:trHeight w:val="328"/>
        </w:trPr>
        <w:tc>
          <w:tcPr>
            <w:tcW w:w="10636" w:type="dxa"/>
            <w:gridSpan w:val="1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4FF928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Раздел 4.</w:t>
            </w:r>
            <w:r w:rsidRPr="00E56C6A">
              <w:rPr>
                <w:rFonts w:ascii="Times New Roman" w:eastAsia="Times New Roman" w:hAnsi="Times New Roman" w:cs="Times New Roman"/>
                <w:b/>
                <w:w w:val="97"/>
                <w:sz w:val="24"/>
                <w:szCs w:val="24"/>
              </w:rPr>
              <w:t xml:space="preserve"> Спортивно-оздоровительная физическая культура</w:t>
            </w:r>
          </w:p>
        </w:tc>
      </w:tr>
    </w:tbl>
    <w:p w14:paraId="412A135B" w14:textId="77777777" w:rsidR="00E56C6A" w:rsidRPr="00E56C6A" w:rsidRDefault="00E56C6A" w:rsidP="00E56C6A">
      <w:pPr>
        <w:autoSpaceDE w:val="0"/>
        <w:autoSpaceDN w:val="0"/>
        <w:spacing w:after="0" w:line="14" w:lineRule="exact"/>
        <w:rPr>
          <w:rFonts w:ascii="Times New Roman" w:hAnsi="Times New Roman" w:cs="Times New Roman"/>
          <w:sz w:val="24"/>
          <w:szCs w:val="24"/>
        </w:rPr>
      </w:pPr>
    </w:p>
    <w:tbl>
      <w:tblPr>
        <w:tblW w:w="10632" w:type="dxa"/>
        <w:tblInd w:w="-846" w:type="dxa"/>
        <w:tblLayout w:type="fixed"/>
        <w:tblLook w:val="04A0" w:firstRow="1" w:lastRow="0" w:firstColumn="1" w:lastColumn="0" w:noHBand="0" w:noVBand="1"/>
      </w:tblPr>
      <w:tblGrid>
        <w:gridCol w:w="1320"/>
        <w:gridCol w:w="3500"/>
        <w:gridCol w:w="1134"/>
        <w:gridCol w:w="1276"/>
        <w:gridCol w:w="1440"/>
        <w:gridCol w:w="1962"/>
      </w:tblGrid>
      <w:tr w:rsidR="00E56C6A" w:rsidRPr="00E56C6A" w14:paraId="74BFBCDB" w14:textId="77777777" w:rsidTr="006D13B0">
        <w:trPr>
          <w:trHeight w:hRule="exact" w:val="665"/>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6356D31"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AAB031" w14:textId="77777777" w:rsidR="00E56C6A" w:rsidRPr="00E56C6A" w:rsidRDefault="00E56C6A">
            <w:pPr>
              <w:autoSpaceDE w:val="0"/>
              <w:autoSpaceDN w:val="0"/>
              <w:spacing w:before="78" w:after="0" w:line="244" w:lineRule="auto"/>
              <w:ind w:left="72" w:right="720"/>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Предупреждение травм при выполнении гимнастических и акробатических упражнений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13614E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CCB83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C4B93A"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002C156"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638F37D" w14:textId="77777777" w:rsidTr="006D13B0">
        <w:trPr>
          <w:trHeight w:hRule="exact" w:val="703"/>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ABD1BBC"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4.2.</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DDF70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Акробатическая комбинация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59B70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DCE92C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8E2C2D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3</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58F842"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F697441" w14:textId="77777777" w:rsidTr="006D13B0">
        <w:trPr>
          <w:trHeight w:hRule="exact" w:val="713"/>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1E1D176"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4.3.</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2D678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Опорной прыжок</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BEA2AD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17B6BA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DDB9D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2</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32E39B9"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4604132D" w14:textId="77777777" w:rsidTr="006D13B0">
        <w:trPr>
          <w:trHeight w:hRule="exact" w:val="695"/>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B9DB9CE"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4.4.</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CEDE5A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Упражнения на гимнастической перекладине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D90455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2C1A06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933824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3</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819EF74" w14:textId="77777777" w:rsidR="00E56C6A" w:rsidRPr="00E56C6A" w:rsidRDefault="00E56C6A">
            <w:pP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3343AD20" w14:textId="77777777" w:rsidTr="006D13B0">
        <w:trPr>
          <w:trHeight w:hRule="exact" w:val="720"/>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5607D9D" w14:textId="77777777" w:rsidR="00E56C6A" w:rsidRPr="00E56C6A" w:rsidRDefault="00E56C6A">
            <w:pPr>
              <w:autoSpaceDE w:val="0"/>
              <w:autoSpaceDN w:val="0"/>
              <w:spacing w:before="80"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4.5.</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BFC8D4" w14:textId="77777777" w:rsidR="00E56C6A" w:rsidRPr="00E56C6A" w:rsidRDefault="00E56C6A">
            <w:pPr>
              <w:autoSpaceDE w:val="0"/>
              <w:autoSpaceDN w:val="0"/>
              <w:spacing w:before="80"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"Гимнастика с основами акробатики". </w:t>
            </w:r>
            <w:r w:rsidRPr="00E56C6A">
              <w:rPr>
                <w:rFonts w:ascii="Times New Roman" w:eastAsia="Times New Roman" w:hAnsi="Times New Roman" w:cs="Times New Roman"/>
                <w:b/>
                <w:w w:val="97"/>
                <w:sz w:val="24"/>
                <w:szCs w:val="24"/>
              </w:rPr>
              <w:t>Танцевальные упражнения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58829DC" w14:textId="77777777" w:rsidR="00E56C6A" w:rsidRPr="00E56C6A" w:rsidRDefault="00E56C6A">
            <w:pPr>
              <w:autoSpaceDE w:val="0"/>
              <w:autoSpaceDN w:val="0"/>
              <w:spacing w:before="80"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3BAA348" w14:textId="77777777" w:rsidR="00E56C6A" w:rsidRPr="00E56C6A" w:rsidRDefault="00E56C6A">
            <w:pPr>
              <w:autoSpaceDE w:val="0"/>
              <w:autoSpaceDN w:val="0"/>
              <w:spacing w:before="80"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16E123" w14:textId="77777777" w:rsidR="00E56C6A" w:rsidRPr="00E56C6A" w:rsidRDefault="00E56C6A">
            <w:pPr>
              <w:autoSpaceDE w:val="0"/>
              <w:autoSpaceDN w:val="0"/>
              <w:spacing w:before="80"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AC7EFB5"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78EB35C8" w14:textId="77777777" w:rsidTr="006D13B0">
        <w:trPr>
          <w:trHeight w:hRule="exact" w:val="999"/>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6556B35"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4.6.</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5FEAE2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Предупреждение травм на занятиях лёгкой атлетикой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66B656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11E27D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CEA390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09A4238"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2D65A1C" w14:textId="77777777" w:rsidTr="006D13B0">
        <w:trPr>
          <w:trHeight w:hRule="exact" w:val="1007"/>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27B38E2"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4.7.</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C42206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Упражнения в прыжках в высоту с разбега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FE2C5D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hAnsi="Times New Roman" w:cs="Times New Roman"/>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CCDDF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6D09AE"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91918B9"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07FBCEF0" w14:textId="77777777" w:rsidTr="006D13B0">
        <w:trPr>
          <w:trHeight w:hRule="exact" w:val="828"/>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44BA309"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4.8.</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4BA7952"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Беговые упражнения</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0CD0B9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54280A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34EC74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040FB76" w14:textId="77777777" w:rsidR="00E56C6A" w:rsidRPr="00E56C6A" w:rsidRDefault="00E56C6A">
            <w:pP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4364145A" w14:textId="77777777" w:rsidTr="006D13B0">
        <w:trPr>
          <w:trHeight w:hRule="exact" w:val="982"/>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23E8468"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4.9.</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36A84F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"Лёгкая атлетика". </w:t>
            </w:r>
            <w:r w:rsidRPr="00E56C6A">
              <w:rPr>
                <w:rFonts w:ascii="Times New Roman" w:eastAsia="Times New Roman" w:hAnsi="Times New Roman" w:cs="Times New Roman"/>
                <w:b/>
                <w:w w:val="97"/>
                <w:sz w:val="24"/>
                <w:szCs w:val="24"/>
              </w:rPr>
              <w:t>Метание малого мяча на дальность</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87BC2E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EF0390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0C9D01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940BB73"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6981EA5F" w14:textId="77777777" w:rsidTr="006D13B0">
        <w:trPr>
          <w:trHeight w:hRule="exact" w:val="996"/>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6D97FC"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4.10.</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46C8FD7"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"Лыжная подготовка". Предупреждение травм на занятиях лыжной подготовкой</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3D6F72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8D4A163"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3FFCFF"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1D9BF05"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3DE757D7" w14:textId="77777777" w:rsidTr="006D13B0">
        <w:trPr>
          <w:trHeight w:hRule="exact" w:val="1124"/>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8092A42"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4.11.</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A70775"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"Лыжная подготовка". </w:t>
            </w:r>
            <w:r w:rsidRPr="00E56C6A">
              <w:rPr>
                <w:rFonts w:ascii="Times New Roman" w:eastAsia="Times New Roman" w:hAnsi="Times New Roman" w:cs="Times New Roman"/>
                <w:b/>
                <w:w w:val="97"/>
                <w:sz w:val="24"/>
                <w:szCs w:val="24"/>
              </w:rPr>
              <w:t>Передвижение на лыжах одновременным одношажным ходом</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CD5F967"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9</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7CDE5D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F6777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9</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50EED5"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687F8145" w14:textId="77777777" w:rsidTr="006D13B0">
        <w:trPr>
          <w:trHeight w:hRule="exact" w:val="1267"/>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F21B39C"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4.12.</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AF4661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"Плавательная подготовка". Предупреждение травм на занятиях в плавательном бассейне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CFCD13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9F36E5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DC07DE"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26C5D0"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55ADA7E8" w14:textId="77777777" w:rsidTr="006D13B0">
        <w:trPr>
          <w:trHeight w:hRule="exact" w:val="846"/>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E8F238E"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4.13.</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454099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Модуль "Плавательная подготовка". Плавательная подготовка</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004A8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1372B9B"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C908CA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0700CF4"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57A171F" w14:textId="77777777" w:rsidTr="006D13B0">
        <w:trPr>
          <w:trHeight w:hRule="exact" w:val="1411"/>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0F6320"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4.14.</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35A6F0F"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Предупреждение травматизма на занятиях подвижными играми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F63614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297AE93"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010DF5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25517AC"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712331BB" w14:textId="77777777" w:rsidTr="006D13B0">
        <w:trPr>
          <w:trHeight w:hRule="exact" w:val="1148"/>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7D5E0FE"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4.15.</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3255D38"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Подвижные игры общефизической подготовки</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B760B6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A9F608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F460DA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1</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D86A2E0"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335125" w14:paraId="4D7EE15F" w14:textId="77777777" w:rsidTr="006D13B0">
        <w:trPr>
          <w:trHeight w:hRule="exact" w:val="980"/>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E37C246" w14:textId="77777777" w:rsidR="00E56C6A" w:rsidRPr="00E56C6A" w:rsidRDefault="00E56C6A">
            <w:pPr>
              <w:autoSpaceDE w:val="0"/>
              <w:autoSpaceDN w:val="0"/>
              <w:spacing w:before="76"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4.16.</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C24F4A2"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Технические действия игры волейбол</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0C9D8C5"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A8DE964"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1</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13F636A" w14:textId="77777777" w:rsidR="00E56C6A" w:rsidRPr="00E56C6A" w:rsidRDefault="00E56C6A">
            <w:pPr>
              <w:autoSpaceDE w:val="0"/>
              <w:autoSpaceDN w:val="0"/>
              <w:spacing w:before="76"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7D5BB4B" w14:textId="77777777" w:rsidR="00E56C6A" w:rsidRPr="00E56C6A" w:rsidRDefault="00E56C6A">
            <w:pP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lang w:val="en-US"/>
              </w:rPr>
              <w:t>http://school-</w:t>
            </w:r>
            <w:r w:rsidRPr="00E56C6A">
              <w:rPr>
                <w:rFonts w:ascii="Times New Roman" w:hAnsi="Times New Roman" w:cs="Times New Roman"/>
                <w:sz w:val="24"/>
                <w:szCs w:val="24"/>
                <w:lang w:val="en-US"/>
              </w:rPr>
              <w:br/>
            </w:r>
            <w:r w:rsidRPr="00E56C6A">
              <w:rPr>
                <w:rFonts w:ascii="Times New Roman" w:eastAsia="Times New Roman" w:hAnsi="Times New Roman" w:cs="Times New Roman"/>
                <w:w w:val="97"/>
                <w:sz w:val="24"/>
                <w:szCs w:val="24"/>
                <w:lang w:val="en-US"/>
              </w:rPr>
              <w:t>collection.edu.ru/catalog/teacher/</w:t>
            </w:r>
          </w:p>
        </w:tc>
      </w:tr>
      <w:tr w:rsidR="00E56C6A" w:rsidRPr="00E56C6A" w14:paraId="4D3B7AE4" w14:textId="77777777" w:rsidTr="006D13B0">
        <w:trPr>
          <w:trHeight w:hRule="exact" w:val="980"/>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798CB09"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4.17.</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BB1E3B9"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Технические действия игры баскетбол</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27A06A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E5EE5DA"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9A4AF3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DE2B4B7"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AA4BFAE" w14:textId="77777777" w:rsidTr="006D13B0">
        <w:trPr>
          <w:trHeight w:hRule="exact" w:val="993"/>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DE64F52" w14:textId="77777777" w:rsidR="00E56C6A" w:rsidRPr="00E56C6A" w:rsidRDefault="00E56C6A">
            <w:pPr>
              <w:autoSpaceDE w:val="0"/>
              <w:autoSpaceDN w:val="0"/>
              <w:spacing w:before="76" w:after="0" w:line="232"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4.18.</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7DFC78"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i/>
                <w:w w:val="97"/>
                <w:sz w:val="24"/>
                <w:szCs w:val="24"/>
              </w:rPr>
              <w:t xml:space="preserve">Модуль "Подвижные и спортивные игры". </w:t>
            </w:r>
            <w:r w:rsidRPr="00E56C6A">
              <w:rPr>
                <w:rFonts w:ascii="Times New Roman" w:eastAsia="Times New Roman" w:hAnsi="Times New Roman" w:cs="Times New Roman"/>
                <w:b/>
                <w:w w:val="97"/>
                <w:sz w:val="24"/>
                <w:szCs w:val="24"/>
              </w:rPr>
              <w:t>Технические действия игры футбол</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74B4ED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F1CD111"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F8D6B24"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4</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F54288F"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1DA7585B" w14:textId="77777777" w:rsidTr="006D13B0">
        <w:trPr>
          <w:trHeight w:hRule="exact" w:val="34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D5A45DC"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36E5FB"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52</w:t>
            </w:r>
          </w:p>
        </w:tc>
        <w:tc>
          <w:tcPr>
            <w:tcW w:w="467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21BEF4" w14:textId="77777777" w:rsidR="00E56C6A" w:rsidRPr="00E56C6A" w:rsidRDefault="00E56C6A">
            <w:pPr>
              <w:rPr>
                <w:rFonts w:ascii="Times New Roman" w:hAnsi="Times New Roman" w:cs="Times New Roman"/>
                <w:sz w:val="24"/>
                <w:szCs w:val="24"/>
                <w:lang w:val="en-US"/>
              </w:rPr>
            </w:pPr>
          </w:p>
        </w:tc>
      </w:tr>
      <w:tr w:rsidR="00E56C6A" w:rsidRPr="00E56C6A" w14:paraId="5A8A7BA7" w14:textId="77777777" w:rsidTr="006D13B0">
        <w:trPr>
          <w:trHeight w:val="557"/>
        </w:trPr>
        <w:tc>
          <w:tcPr>
            <w:tcW w:w="10632" w:type="dxa"/>
            <w:gridSpan w:val="6"/>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7F55A00" w14:textId="77777777" w:rsidR="00E56C6A" w:rsidRPr="00E56C6A" w:rsidRDefault="00E56C6A">
            <w:pPr>
              <w:autoSpaceDE w:val="0"/>
              <w:autoSpaceDN w:val="0"/>
              <w:spacing w:before="76" w:after="0" w:line="232"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 xml:space="preserve">Раздел 5. </w:t>
            </w:r>
            <w:proofErr w:type="spellStart"/>
            <w:r w:rsidRPr="00E56C6A">
              <w:rPr>
                <w:rFonts w:ascii="Times New Roman" w:eastAsia="Times New Roman" w:hAnsi="Times New Roman" w:cs="Times New Roman"/>
                <w:b/>
                <w:w w:val="97"/>
                <w:sz w:val="24"/>
                <w:szCs w:val="24"/>
              </w:rPr>
              <w:t>Прикладно</w:t>
            </w:r>
            <w:proofErr w:type="spellEnd"/>
            <w:r w:rsidRPr="00E56C6A">
              <w:rPr>
                <w:rFonts w:ascii="Times New Roman" w:eastAsia="Times New Roman" w:hAnsi="Times New Roman" w:cs="Times New Roman"/>
                <w:b/>
                <w:w w:val="97"/>
                <w:sz w:val="24"/>
                <w:szCs w:val="24"/>
              </w:rPr>
              <w:t>-ориентированная физическая культура</w:t>
            </w:r>
          </w:p>
        </w:tc>
      </w:tr>
      <w:tr w:rsidR="00E56C6A" w:rsidRPr="00E56C6A" w14:paraId="0DBB17BB" w14:textId="77777777" w:rsidTr="006D13B0">
        <w:trPr>
          <w:trHeight w:hRule="exact" w:val="706"/>
        </w:trPr>
        <w:tc>
          <w:tcPr>
            <w:tcW w:w="132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0DB6A4B7" w14:textId="77777777" w:rsidR="00E56C6A" w:rsidRPr="00E56C6A" w:rsidRDefault="00E56C6A">
            <w:pPr>
              <w:autoSpaceDE w:val="0"/>
              <w:autoSpaceDN w:val="0"/>
              <w:spacing w:before="78" w:after="0" w:line="228" w:lineRule="auto"/>
              <w:jc w:val="center"/>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5.1.</w:t>
            </w:r>
          </w:p>
        </w:tc>
        <w:tc>
          <w:tcPr>
            <w:tcW w:w="350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2D9BB4D" w14:textId="77777777" w:rsidR="00E56C6A" w:rsidRPr="00E56C6A" w:rsidRDefault="00E56C6A">
            <w:pPr>
              <w:autoSpaceDE w:val="0"/>
              <w:autoSpaceDN w:val="0"/>
              <w:spacing w:before="78" w:after="0" w:line="244" w:lineRule="auto"/>
              <w:ind w:left="72" w:right="720"/>
              <w:rPr>
                <w:rFonts w:ascii="Times New Roman" w:hAnsi="Times New Roman" w:cs="Times New Roman"/>
                <w:sz w:val="24"/>
                <w:szCs w:val="24"/>
              </w:rPr>
            </w:pPr>
            <w:r w:rsidRPr="00E56C6A">
              <w:rPr>
                <w:rFonts w:ascii="Times New Roman" w:eastAsia="Times New Roman" w:hAnsi="Times New Roman" w:cs="Times New Roman"/>
                <w:b/>
                <w:w w:val="97"/>
                <w:sz w:val="24"/>
                <w:szCs w:val="24"/>
              </w:rPr>
              <w:t xml:space="preserve">Рефлексия: </w:t>
            </w:r>
            <w:proofErr w:type="spellStart"/>
            <w:r w:rsidRPr="00E56C6A">
              <w:rPr>
                <w:rFonts w:ascii="Times New Roman" w:eastAsia="Times New Roman" w:hAnsi="Times New Roman" w:cs="Times New Roman"/>
                <w:b/>
                <w:w w:val="97"/>
                <w:sz w:val="24"/>
                <w:szCs w:val="24"/>
              </w:rPr>
              <w:t>демонстрирация</w:t>
            </w:r>
            <w:proofErr w:type="spellEnd"/>
            <w:r w:rsidRPr="00E56C6A">
              <w:rPr>
                <w:rFonts w:ascii="Times New Roman" w:eastAsia="Times New Roman" w:hAnsi="Times New Roman" w:cs="Times New Roman"/>
                <w:b/>
                <w:w w:val="97"/>
                <w:sz w:val="24"/>
                <w:szCs w:val="24"/>
              </w:rPr>
              <w:t xml:space="preserve"> приростов в показателях физических качеств к нормативным требованиям комплекса ГТО</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65F34300"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05E428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0</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7B2ADB41"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62A3EE1" w14:textId="77777777" w:rsidR="00E56C6A" w:rsidRPr="00E56C6A" w:rsidRDefault="00E56C6A">
            <w:pPr>
              <w:rPr>
                <w:rFonts w:ascii="Times New Roman" w:hAnsi="Times New Roman" w:cs="Times New Roman"/>
                <w:sz w:val="24"/>
                <w:szCs w:val="24"/>
              </w:rPr>
            </w:pPr>
            <w:r w:rsidRPr="00E56C6A">
              <w:rPr>
                <w:rFonts w:ascii="Times New Roman" w:eastAsia="Times New Roman" w:hAnsi="Times New Roman" w:cs="Times New Roman"/>
                <w:w w:val="97"/>
                <w:sz w:val="24"/>
                <w:szCs w:val="24"/>
              </w:rPr>
              <w:t>http://school-</w:t>
            </w:r>
            <w:r w:rsidRPr="00E56C6A">
              <w:rPr>
                <w:rFonts w:ascii="Times New Roman" w:hAnsi="Times New Roman" w:cs="Times New Roman"/>
                <w:sz w:val="24"/>
                <w:szCs w:val="24"/>
              </w:rPr>
              <w:br/>
            </w:r>
            <w:r w:rsidRPr="00E56C6A">
              <w:rPr>
                <w:rFonts w:ascii="Times New Roman" w:eastAsia="Times New Roman" w:hAnsi="Times New Roman" w:cs="Times New Roman"/>
                <w:w w:val="97"/>
                <w:sz w:val="24"/>
                <w:szCs w:val="24"/>
              </w:rPr>
              <w:t>collection.edu.ru/</w:t>
            </w:r>
            <w:proofErr w:type="spellStart"/>
            <w:r w:rsidRPr="00E56C6A">
              <w:rPr>
                <w:rFonts w:ascii="Times New Roman" w:eastAsia="Times New Roman" w:hAnsi="Times New Roman" w:cs="Times New Roman"/>
                <w:w w:val="97"/>
                <w:sz w:val="24"/>
                <w:szCs w:val="24"/>
              </w:rPr>
              <w:t>catalog</w:t>
            </w:r>
            <w:proofErr w:type="spellEnd"/>
            <w:r w:rsidRPr="00E56C6A">
              <w:rPr>
                <w:rFonts w:ascii="Times New Roman" w:eastAsia="Times New Roman" w:hAnsi="Times New Roman" w:cs="Times New Roman"/>
                <w:w w:val="97"/>
                <w:sz w:val="24"/>
                <w:szCs w:val="24"/>
              </w:rPr>
              <w:t>/</w:t>
            </w:r>
            <w:proofErr w:type="spellStart"/>
            <w:r w:rsidRPr="00E56C6A">
              <w:rPr>
                <w:rFonts w:ascii="Times New Roman" w:eastAsia="Times New Roman" w:hAnsi="Times New Roman" w:cs="Times New Roman"/>
                <w:w w:val="97"/>
                <w:sz w:val="24"/>
                <w:szCs w:val="24"/>
              </w:rPr>
              <w:t>teacher</w:t>
            </w:r>
            <w:proofErr w:type="spellEnd"/>
            <w:r w:rsidRPr="00E56C6A">
              <w:rPr>
                <w:rFonts w:ascii="Times New Roman" w:eastAsia="Times New Roman" w:hAnsi="Times New Roman" w:cs="Times New Roman"/>
                <w:w w:val="97"/>
                <w:sz w:val="24"/>
                <w:szCs w:val="24"/>
              </w:rPr>
              <w:t>/</w:t>
            </w:r>
          </w:p>
        </w:tc>
      </w:tr>
      <w:tr w:rsidR="00E56C6A" w:rsidRPr="00E56C6A" w14:paraId="4650C944" w14:textId="77777777" w:rsidTr="006D13B0">
        <w:trPr>
          <w:trHeight w:hRule="exact" w:val="34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5D8A1A2D"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Итого по разделу</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161B27DC"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8</w:t>
            </w:r>
          </w:p>
        </w:tc>
        <w:tc>
          <w:tcPr>
            <w:tcW w:w="4678"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D4F1E6" w14:textId="77777777" w:rsidR="00E56C6A" w:rsidRPr="00E56C6A" w:rsidRDefault="00E56C6A">
            <w:pPr>
              <w:rPr>
                <w:rFonts w:ascii="Times New Roman" w:hAnsi="Times New Roman" w:cs="Times New Roman"/>
                <w:sz w:val="24"/>
                <w:szCs w:val="24"/>
                <w:lang w:val="en-US"/>
              </w:rPr>
            </w:pPr>
          </w:p>
        </w:tc>
      </w:tr>
      <w:tr w:rsidR="00E56C6A" w:rsidRPr="00E56C6A" w14:paraId="3008248E" w14:textId="77777777" w:rsidTr="006D13B0">
        <w:trPr>
          <w:trHeight w:hRule="exact" w:val="328"/>
        </w:trPr>
        <w:tc>
          <w:tcPr>
            <w:tcW w:w="4820"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445FED6"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ОБЩЕЕ КОЛИЧЕСТВО ЧАСОВ ПО ПРОГРАММЕ</w:t>
            </w:r>
          </w:p>
        </w:tc>
        <w:tc>
          <w:tcPr>
            <w:tcW w:w="113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2C4E1602"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68</w:t>
            </w:r>
          </w:p>
        </w:tc>
        <w:tc>
          <w:tcPr>
            <w:tcW w:w="127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4AAF2264"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lang w:val="en-US"/>
              </w:rPr>
            </w:pPr>
            <w:r w:rsidRPr="00E56C6A">
              <w:rPr>
                <w:rFonts w:ascii="Times New Roman" w:eastAsia="Times New Roman" w:hAnsi="Times New Roman" w:cs="Times New Roman"/>
                <w:w w:val="97"/>
                <w:sz w:val="24"/>
                <w:szCs w:val="24"/>
              </w:rPr>
              <w:t>6</w:t>
            </w:r>
          </w:p>
        </w:tc>
        <w:tc>
          <w:tcPr>
            <w:tcW w:w="14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hideMark/>
          </w:tcPr>
          <w:p w14:paraId="3BC74419" w14:textId="77777777" w:rsidR="00E56C6A" w:rsidRPr="00E56C6A" w:rsidRDefault="00E56C6A">
            <w:pPr>
              <w:autoSpaceDE w:val="0"/>
              <w:autoSpaceDN w:val="0"/>
              <w:spacing w:before="78" w:after="0" w:line="228" w:lineRule="auto"/>
              <w:ind w:left="72"/>
              <w:rPr>
                <w:rFonts w:ascii="Times New Roman" w:hAnsi="Times New Roman" w:cs="Times New Roman"/>
                <w:sz w:val="24"/>
                <w:szCs w:val="24"/>
              </w:rPr>
            </w:pPr>
            <w:r w:rsidRPr="00E56C6A">
              <w:rPr>
                <w:rFonts w:ascii="Times New Roman" w:eastAsia="Times New Roman" w:hAnsi="Times New Roman" w:cs="Times New Roman"/>
                <w:w w:val="97"/>
                <w:sz w:val="24"/>
                <w:szCs w:val="24"/>
              </w:rPr>
              <w:t>68</w:t>
            </w:r>
          </w:p>
        </w:tc>
        <w:tc>
          <w:tcPr>
            <w:tcW w:w="196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8C50E4" w14:textId="77777777" w:rsidR="00E56C6A" w:rsidRPr="00E56C6A" w:rsidRDefault="00E56C6A">
            <w:pPr>
              <w:rPr>
                <w:rFonts w:ascii="Times New Roman" w:hAnsi="Times New Roman" w:cs="Times New Roman"/>
                <w:sz w:val="24"/>
                <w:szCs w:val="24"/>
                <w:lang w:val="en-US"/>
              </w:rPr>
            </w:pPr>
          </w:p>
        </w:tc>
      </w:tr>
    </w:tbl>
    <w:p w14:paraId="436F1A60" w14:textId="77777777" w:rsidR="00E56C6A" w:rsidRPr="00E56C6A" w:rsidRDefault="00E56C6A" w:rsidP="00E56C6A">
      <w:pPr>
        <w:autoSpaceDE w:val="0"/>
        <w:autoSpaceDN w:val="0"/>
        <w:spacing w:after="0" w:line="14" w:lineRule="exact"/>
        <w:rPr>
          <w:rFonts w:ascii="Times New Roman" w:hAnsi="Times New Roman" w:cs="Times New Roman"/>
          <w:sz w:val="24"/>
          <w:szCs w:val="24"/>
          <w:lang w:val="en-US"/>
        </w:rPr>
      </w:pPr>
    </w:p>
    <w:p w14:paraId="1853B6F5" w14:textId="77777777" w:rsidR="00E56C6A" w:rsidRDefault="00E56C6A" w:rsidP="002B6CAB">
      <w:pPr>
        <w:rPr>
          <w:rFonts w:ascii="Times New Roman" w:hAnsi="Times New Roman" w:cs="Times New Roman"/>
          <w:b/>
          <w:sz w:val="24"/>
          <w:szCs w:val="24"/>
        </w:rPr>
        <w:sectPr w:rsidR="00E56C6A" w:rsidSect="003F2DFE">
          <w:pgSz w:w="11906" w:h="16838"/>
          <w:pgMar w:top="993" w:right="850" w:bottom="1134" w:left="1701" w:header="708" w:footer="708" w:gutter="0"/>
          <w:cols w:space="708"/>
          <w:docGrid w:linePitch="360"/>
        </w:sectPr>
      </w:pPr>
    </w:p>
    <w:p w14:paraId="5E9EA5ED" w14:textId="77777777" w:rsidR="008D2EAE" w:rsidRDefault="003C4720" w:rsidP="006D13B0">
      <w:pPr>
        <w:spacing w:after="0"/>
        <w:jc w:val="center"/>
        <w:rPr>
          <w:rFonts w:ascii="Times New Roman" w:hAnsi="Times New Roman"/>
          <w:b/>
          <w:color w:val="000000" w:themeColor="text1"/>
          <w:sz w:val="32"/>
          <w:szCs w:val="24"/>
        </w:rPr>
      </w:pPr>
      <w:r>
        <w:rPr>
          <w:rFonts w:ascii="Times New Roman" w:hAnsi="Times New Roman"/>
          <w:b/>
          <w:color w:val="000000" w:themeColor="text1"/>
          <w:sz w:val="32"/>
          <w:szCs w:val="24"/>
        </w:rPr>
        <w:t>Поурочное  планирование</w:t>
      </w:r>
    </w:p>
    <w:p w14:paraId="07505589" w14:textId="77777777" w:rsidR="00D61F97" w:rsidRDefault="003C4720" w:rsidP="006D13B0">
      <w:pPr>
        <w:spacing w:after="0"/>
        <w:jc w:val="center"/>
        <w:rPr>
          <w:rFonts w:ascii="Times New Roman" w:hAnsi="Times New Roman"/>
          <w:b/>
          <w:color w:val="000000" w:themeColor="text1"/>
          <w:sz w:val="32"/>
          <w:szCs w:val="24"/>
        </w:rPr>
      </w:pPr>
      <w:r>
        <w:rPr>
          <w:rFonts w:ascii="Times New Roman" w:hAnsi="Times New Roman"/>
          <w:b/>
          <w:color w:val="000000" w:themeColor="text1"/>
          <w:sz w:val="32"/>
          <w:szCs w:val="24"/>
        </w:rPr>
        <w:t>1 класс</w:t>
      </w:r>
    </w:p>
    <w:p w14:paraId="2FEE137B" w14:textId="77777777" w:rsidR="006D13B0" w:rsidRPr="003C4720" w:rsidRDefault="006D13B0" w:rsidP="006D13B0">
      <w:pPr>
        <w:spacing w:after="0"/>
        <w:jc w:val="center"/>
        <w:rPr>
          <w:rFonts w:ascii="Times New Roman" w:hAnsi="Times New Roman"/>
          <w:b/>
          <w:color w:val="000000" w:themeColor="text1"/>
          <w:sz w:val="32"/>
          <w:szCs w:val="24"/>
        </w:rPr>
      </w:pPr>
    </w:p>
    <w:tbl>
      <w:tblPr>
        <w:tblW w:w="9923" w:type="dxa"/>
        <w:tblInd w:w="-176" w:type="dxa"/>
        <w:tblLayout w:type="fixed"/>
        <w:tblLook w:val="04A0" w:firstRow="1" w:lastRow="0" w:firstColumn="1" w:lastColumn="0" w:noHBand="0" w:noVBand="1"/>
      </w:tblPr>
      <w:tblGrid>
        <w:gridCol w:w="568"/>
        <w:gridCol w:w="3402"/>
        <w:gridCol w:w="850"/>
        <w:gridCol w:w="1276"/>
        <w:gridCol w:w="992"/>
        <w:gridCol w:w="992"/>
        <w:gridCol w:w="1843"/>
      </w:tblGrid>
      <w:tr w:rsidR="00FE2943" w:rsidRPr="00B10C3C" w14:paraId="71462853" w14:textId="77777777" w:rsidTr="008D2EAE">
        <w:trPr>
          <w:trHeight w:val="260"/>
        </w:trPr>
        <w:tc>
          <w:tcPr>
            <w:tcW w:w="568" w:type="dxa"/>
            <w:vMerge w:val="restart"/>
            <w:tcBorders>
              <w:top w:val="single" w:sz="2" w:space="0" w:color="000000"/>
              <w:left w:val="single" w:sz="2" w:space="0" w:color="000000"/>
              <w:bottom w:val="single" w:sz="2" w:space="0" w:color="000000"/>
              <w:right w:val="single" w:sz="2" w:space="0" w:color="000000"/>
            </w:tcBorders>
          </w:tcPr>
          <w:p w14:paraId="5B6E1DB0" w14:textId="77777777" w:rsidR="00FE2943" w:rsidRPr="00B10C3C" w:rsidRDefault="00FE2943" w:rsidP="008A41DE">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 п/п</w:t>
            </w:r>
          </w:p>
        </w:tc>
        <w:tc>
          <w:tcPr>
            <w:tcW w:w="3402" w:type="dxa"/>
            <w:vMerge w:val="restart"/>
            <w:tcBorders>
              <w:top w:val="single" w:sz="2" w:space="0" w:color="000000"/>
              <w:left w:val="single" w:sz="2" w:space="0" w:color="000000"/>
              <w:right w:val="single" w:sz="2" w:space="0" w:color="000000"/>
            </w:tcBorders>
          </w:tcPr>
          <w:p w14:paraId="2A75D822" w14:textId="77777777" w:rsidR="00FE2943" w:rsidRPr="00B10C3C" w:rsidRDefault="00FE2943" w:rsidP="00FE2943">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Раздел.</w:t>
            </w:r>
            <w:r>
              <w:rPr>
                <w:rFonts w:ascii="Times New Roman" w:hAnsi="Times New Roman" w:cs="Times New Roman"/>
                <w:b/>
                <w:color w:val="000000" w:themeColor="text1"/>
                <w:sz w:val="24"/>
                <w:szCs w:val="24"/>
              </w:rPr>
              <w:t xml:space="preserve"> Тема урока</w:t>
            </w:r>
          </w:p>
        </w:tc>
        <w:tc>
          <w:tcPr>
            <w:tcW w:w="3118" w:type="dxa"/>
            <w:gridSpan w:val="3"/>
            <w:tcBorders>
              <w:top w:val="single" w:sz="2" w:space="0" w:color="000000"/>
              <w:left w:val="single" w:sz="2" w:space="0" w:color="000000"/>
              <w:bottom w:val="single" w:sz="2" w:space="0" w:color="000000"/>
              <w:right w:val="single" w:sz="2" w:space="0" w:color="000000"/>
            </w:tcBorders>
          </w:tcPr>
          <w:p w14:paraId="05F1591C" w14:textId="77777777" w:rsidR="00FE2943" w:rsidRPr="00B10C3C" w:rsidRDefault="00FE2943" w:rsidP="008A41D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часов</w:t>
            </w:r>
          </w:p>
        </w:tc>
        <w:tc>
          <w:tcPr>
            <w:tcW w:w="992" w:type="dxa"/>
            <w:vMerge w:val="restart"/>
            <w:tcBorders>
              <w:top w:val="single" w:sz="2" w:space="0" w:color="000000"/>
              <w:left w:val="single" w:sz="2" w:space="0" w:color="000000"/>
              <w:right w:val="single" w:sz="2" w:space="0" w:color="000000"/>
            </w:tcBorders>
          </w:tcPr>
          <w:p w14:paraId="16F448F6" w14:textId="77777777" w:rsidR="00FE2943" w:rsidRPr="00B10C3C" w:rsidRDefault="00FE2943" w:rsidP="008A41DE">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 проведения</w:t>
            </w:r>
          </w:p>
        </w:tc>
        <w:tc>
          <w:tcPr>
            <w:tcW w:w="1843" w:type="dxa"/>
            <w:tcBorders>
              <w:top w:val="single" w:sz="2" w:space="0" w:color="000000"/>
              <w:left w:val="single" w:sz="2" w:space="0" w:color="000000"/>
              <w:right w:val="single" w:sz="2" w:space="0" w:color="000000"/>
            </w:tcBorders>
          </w:tcPr>
          <w:p w14:paraId="349FCB47" w14:textId="77777777" w:rsidR="00FE2943" w:rsidRDefault="00FE2943" w:rsidP="008A41DE">
            <w:pPr>
              <w:jc w:val="center"/>
              <w:rPr>
                <w:rFonts w:ascii="Times New Roman" w:hAnsi="Times New Roman" w:cs="Times New Roman"/>
                <w:b/>
                <w:color w:val="000000" w:themeColor="text1"/>
                <w:sz w:val="24"/>
                <w:szCs w:val="24"/>
              </w:rPr>
            </w:pPr>
          </w:p>
        </w:tc>
      </w:tr>
      <w:tr w:rsidR="00FE2943" w:rsidRPr="00B10C3C" w14:paraId="33E32F3C" w14:textId="77777777" w:rsidTr="00FE2943">
        <w:trPr>
          <w:trHeight w:val="1591"/>
        </w:trPr>
        <w:tc>
          <w:tcPr>
            <w:tcW w:w="568" w:type="dxa"/>
            <w:vMerge/>
            <w:tcBorders>
              <w:top w:val="single" w:sz="2" w:space="0" w:color="000000"/>
              <w:left w:val="single" w:sz="2" w:space="0" w:color="000000"/>
              <w:bottom w:val="single" w:sz="2" w:space="0" w:color="000000"/>
              <w:right w:val="single" w:sz="2" w:space="0" w:color="000000"/>
            </w:tcBorders>
          </w:tcPr>
          <w:p w14:paraId="2B85E793" w14:textId="77777777" w:rsidR="00FE2943" w:rsidRPr="00B10C3C" w:rsidRDefault="00FE2943" w:rsidP="008A41DE">
            <w:pPr>
              <w:rPr>
                <w:rFonts w:ascii="Times New Roman" w:hAnsi="Times New Roman" w:cs="Times New Roman"/>
                <w:color w:val="000000" w:themeColor="text1"/>
                <w:sz w:val="24"/>
                <w:szCs w:val="24"/>
              </w:rPr>
            </w:pPr>
          </w:p>
        </w:tc>
        <w:tc>
          <w:tcPr>
            <w:tcW w:w="3402" w:type="dxa"/>
            <w:vMerge/>
            <w:tcBorders>
              <w:left w:val="single" w:sz="2" w:space="0" w:color="000000"/>
              <w:bottom w:val="single" w:sz="2" w:space="0" w:color="000000"/>
              <w:right w:val="single" w:sz="2" w:space="0" w:color="000000"/>
            </w:tcBorders>
          </w:tcPr>
          <w:p w14:paraId="4B11A9C6" w14:textId="77777777" w:rsidR="00FE2943" w:rsidRPr="00B10C3C" w:rsidRDefault="00FE2943" w:rsidP="008A41DE">
            <w:pPr>
              <w:rPr>
                <w:rFonts w:ascii="Times New Roman" w:hAnsi="Times New Roman" w:cs="Times New Roman"/>
                <w:color w:val="000000" w:themeColor="text1"/>
                <w:sz w:val="24"/>
                <w:szCs w:val="24"/>
              </w:rPr>
            </w:pPr>
          </w:p>
        </w:tc>
        <w:tc>
          <w:tcPr>
            <w:tcW w:w="850" w:type="dxa"/>
            <w:tcBorders>
              <w:top w:val="single" w:sz="2" w:space="0" w:color="000000"/>
              <w:left w:val="single" w:sz="2" w:space="0" w:color="000000"/>
              <w:bottom w:val="single" w:sz="2" w:space="0" w:color="000000"/>
              <w:right w:val="single" w:sz="2" w:space="0" w:color="000000"/>
            </w:tcBorders>
          </w:tcPr>
          <w:p w14:paraId="7FAAF3AE" w14:textId="77777777" w:rsidR="00FE2943" w:rsidRPr="000B6566" w:rsidRDefault="00FE2943" w:rsidP="004A0020">
            <w:pPr>
              <w:jc w:val="center"/>
              <w:rPr>
                <w:rFonts w:ascii="Times New Roman" w:hAnsi="Times New Roman" w:cs="Times New Roman"/>
                <w:b/>
                <w:color w:val="000000" w:themeColor="text1"/>
                <w:sz w:val="24"/>
                <w:szCs w:val="24"/>
              </w:rPr>
            </w:pPr>
            <w:r w:rsidRPr="000B6566">
              <w:rPr>
                <w:rFonts w:ascii="Times New Roman" w:hAnsi="Times New Roman" w:cs="Times New Roman"/>
                <w:b/>
                <w:color w:val="000000" w:themeColor="text1"/>
                <w:sz w:val="24"/>
                <w:szCs w:val="24"/>
              </w:rPr>
              <w:t>всего</w:t>
            </w:r>
          </w:p>
        </w:tc>
        <w:tc>
          <w:tcPr>
            <w:tcW w:w="1276" w:type="dxa"/>
            <w:tcBorders>
              <w:top w:val="single" w:sz="2" w:space="0" w:color="000000"/>
              <w:left w:val="single" w:sz="2" w:space="0" w:color="000000"/>
              <w:bottom w:val="single" w:sz="2" w:space="0" w:color="000000"/>
              <w:right w:val="single" w:sz="2" w:space="0" w:color="000000"/>
            </w:tcBorders>
          </w:tcPr>
          <w:p w14:paraId="5C5369D9" w14:textId="77777777" w:rsidR="00FE2943" w:rsidRPr="000B6566" w:rsidRDefault="00FE2943" w:rsidP="008A41DE">
            <w:pP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w:t>
            </w:r>
            <w:r w:rsidRPr="000B6566">
              <w:rPr>
                <w:rFonts w:ascii="Times New Roman" w:hAnsi="Times New Roman" w:cs="Times New Roman"/>
                <w:b/>
                <w:color w:val="000000" w:themeColor="text1"/>
                <w:sz w:val="24"/>
                <w:szCs w:val="24"/>
              </w:rPr>
              <w:t>онтрольные работы</w:t>
            </w:r>
          </w:p>
        </w:tc>
        <w:tc>
          <w:tcPr>
            <w:tcW w:w="992" w:type="dxa"/>
            <w:tcBorders>
              <w:top w:val="single" w:sz="2" w:space="0" w:color="000000"/>
              <w:left w:val="single" w:sz="2" w:space="0" w:color="000000"/>
              <w:bottom w:val="single" w:sz="2" w:space="0" w:color="000000"/>
              <w:right w:val="single" w:sz="2" w:space="0" w:color="000000"/>
            </w:tcBorders>
          </w:tcPr>
          <w:p w14:paraId="07108B9E" w14:textId="77777777" w:rsidR="00FE2943" w:rsidRPr="000B6566" w:rsidRDefault="00FE2943" w:rsidP="00847894">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0B6566">
              <w:rPr>
                <w:rFonts w:ascii="Times New Roman" w:hAnsi="Times New Roman" w:cs="Times New Roman"/>
                <w:b/>
                <w:color w:val="000000" w:themeColor="text1"/>
                <w:sz w:val="24"/>
                <w:szCs w:val="24"/>
              </w:rPr>
              <w:t>рактические работы</w:t>
            </w:r>
          </w:p>
        </w:tc>
        <w:tc>
          <w:tcPr>
            <w:tcW w:w="992" w:type="dxa"/>
            <w:vMerge/>
            <w:tcBorders>
              <w:left w:val="single" w:sz="2" w:space="0" w:color="000000"/>
              <w:bottom w:val="single" w:sz="2" w:space="0" w:color="000000"/>
              <w:right w:val="single" w:sz="2" w:space="0" w:color="000000"/>
            </w:tcBorders>
          </w:tcPr>
          <w:p w14:paraId="20C8E173" w14:textId="77777777" w:rsidR="00FE2943" w:rsidRPr="00B10C3C" w:rsidRDefault="00FE2943" w:rsidP="008A41DE">
            <w:pPr>
              <w:rPr>
                <w:rFonts w:ascii="Times New Roman" w:hAnsi="Times New Roman" w:cs="Times New Roman"/>
                <w:color w:val="000000" w:themeColor="text1"/>
                <w:sz w:val="24"/>
                <w:szCs w:val="24"/>
              </w:rPr>
            </w:pPr>
          </w:p>
        </w:tc>
        <w:tc>
          <w:tcPr>
            <w:tcW w:w="1843" w:type="dxa"/>
            <w:tcBorders>
              <w:left w:val="single" w:sz="2" w:space="0" w:color="000000"/>
              <w:bottom w:val="single" w:sz="2" w:space="0" w:color="000000"/>
              <w:right w:val="single" w:sz="2" w:space="0" w:color="000000"/>
            </w:tcBorders>
          </w:tcPr>
          <w:p w14:paraId="557DC354" w14:textId="77777777" w:rsidR="00FE2943" w:rsidRDefault="00FE2943" w:rsidP="000B6566">
            <w:pPr>
              <w:spacing w:after="0"/>
            </w:pPr>
            <w:proofErr w:type="spellStart"/>
            <w:r>
              <w:rPr>
                <w:rFonts w:ascii="Times New Roman" w:hAnsi="Times New Roman"/>
                <w:b/>
                <w:color w:val="000000"/>
                <w:sz w:val="24"/>
              </w:rPr>
              <w:t>Электронныецифровыеобразовательныересурсы</w:t>
            </w:r>
            <w:proofErr w:type="spellEnd"/>
          </w:p>
          <w:p w14:paraId="54BB6374" w14:textId="77777777" w:rsidR="00FE2943" w:rsidRPr="00B10C3C" w:rsidRDefault="00FE2943" w:rsidP="008A41DE">
            <w:pPr>
              <w:rPr>
                <w:rFonts w:ascii="Times New Roman" w:hAnsi="Times New Roman" w:cs="Times New Roman"/>
                <w:color w:val="000000" w:themeColor="text1"/>
                <w:sz w:val="24"/>
                <w:szCs w:val="24"/>
              </w:rPr>
            </w:pPr>
          </w:p>
        </w:tc>
      </w:tr>
      <w:tr w:rsidR="000B6566" w:rsidRPr="00B10C3C" w14:paraId="10A5545B" w14:textId="77777777" w:rsidTr="00847894">
        <w:trPr>
          <w:trHeight w:val="609"/>
        </w:trPr>
        <w:tc>
          <w:tcPr>
            <w:tcW w:w="568" w:type="dxa"/>
            <w:tcBorders>
              <w:top w:val="single" w:sz="2" w:space="0" w:color="000000"/>
              <w:left w:val="single" w:sz="2" w:space="0" w:color="000000"/>
              <w:bottom w:val="single" w:sz="2" w:space="0" w:color="000000"/>
              <w:right w:val="single" w:sz="2" w:space="0" w:color="000000"/>
            </w:tcBorders>
          </w:tcPr>
          <w:p w14:paraId="2D97DF5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w:t>
            </w:r>
          </w:p>
        </w:tc>
        <w:tc>
          <w:tcPr>
            <w:tcW w:w="3402" w:type="dxa"/>
            <w:tcBorders>
              <w:top w:val="single" w:sz="2" w:space="0" w:color="000000"/>
              <w:left w:val="single" w:sz="2" w:space="0" w:color="000000"/>
              <w:bottom w:val="single" w:sz="2" w:space="0" w:color="000000"/>
              <w:right w:val="single" w:sz="2" w:space="0" w:color="000000"/>
            </w:tcBorders>
          </w:tcPr>
          <w:p w14:paraId="365F346A"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Что такое физическая культура</w:t>
            </w:r>
            <w:r w:rsidRPr="00B10C3C">
              <w:rPr>
                <w:rFonts w:ascii="Times New Roman" w:eastAsia="Times New Roman" w:hAnsi="Times New Roman" w:cs="Times New Roman"/>
                <w:sz w:val="24"/>
                <w:szCs w:val="24"/>
                <w:lang w:eastAsia="ru-RU"/>
              </w:rPr>
              <w:t xml:space="preserve"> </w:t>
            </w:r>
          </w:p>
        </w:tc>
        <w:tc>
          <w:tcPr>
            <w:tcW w:w="850" w:type="dxa"/>
            <w:tcBorders>
              <w:top w:val="single" w:sz="2" w:space="0" w:color="000000"/>
              <w:left w:val="single" w:sz="2" w:space="0" w:color="000000"/>
              <w:bottom w:val="single" w:sz="2" w:space="0" w:color="000000"/>
              <w:right w:val="single" w:sz="2" w:space="0" w:color="000000"/>
            </w:tcBorders>
          </w:tcPr>
          <w:p w14:paraId="7D6AA85C"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FC9DA2A"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DC36A2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CCB4AFB"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E0854A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B03090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1A1E2E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w:t>
            </w:r>
          </w:p>
        </w:tc>
        <w:tc>
          <w:tcPr>
            <w:tcW w:w="3402" w:type="dxa"/>
            <w:tcBorders>
              <w:top w:val="single" w:sz="2" w:space="0" w:color="000000"/>
              <w:left w:val="single" w:sz="2" w:space="0" w:color="000000"/>
              <w:bottom w:val="single" w:sz="2" w:space="0" w:color="000000"/>
              <w:right w:val="single" w:sz="2" w:space="0" w:color="000000"/>
            </w:tcBorders>
          </w:tcPr>
          <w:p w14:paraId="2A8B7CF5"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Современные физические упражнения</w:t>
            </w:r>
          </w:p>
        </w:tc>
        <w:tc>
          <w:tcPr>
            <w:tcW w:w="850" w:type="dxa"/>
            <w:tcBorders>
              <w:top w:val="single" w:sz="2" w:space="0" w:color="000000"/>
              <w:left w:val="single" w:sz="2" w:space="0" w:color="000000"/>
              <w:bottom w:val="single" w:sz="2" w:space="0" w:color="000000"/>
              <w:right w:val="single" w:sz="2" w:space="0" w:color="000000"/>
            </w:tcBorders>
          </w:tcPr>
          <w:p w14:paraId="44459B32"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D5F9EFC"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186310E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B8B275C"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471C0E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FB94A35" w14:textId="77777777" w:rsidTr="00847894">
        <w:trPr>
          <w:trHeight w:val="203"/>
        </w:trPr>
        <w:tc>
          <w:tcPr>
            <w:tcW w:w="568" w:type="dxa"/>
            <w:tcBorders>
              <w:top w:val="single" w:sz="2" w:space="0" w:color="000000"/>
              <w:left w:val="single" w:sz="2" w:space="0" w:color="000000"/>
              <w:bottom w:val="single" w:sz="2" w:space="0" w:color="000000"/>
              <w:right w:val="single" w:sz="2" w:space="0" w:color="000000"/>
            </w:tcBorders>
          </w:tcPr>
          <w:p w14:paraId="6E7E55F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w:t>
            </w:r>
          </w:p>
        </w:tc>
        <w:tc>
          <w:tcPr>
            <w:tcW w:w="3402" w:type="dxa"/>
            <w:tcBorders>
              <w:top w:val="single" w:sz="2" w:space="0" w:color="000000"/>
              <w:left w:val="single" w:sz="2" w:space="0" w:color="000000"/>
              <w:bottom w:val="single" w:sz="2" w:space="0" w:color="000000"/>
              <w:right w:val="single" w:sz="2" w:space="0" w:color="000000"/>
            </w:tcBorders>
          </w:tcPr>
          <w:p w14:paraId="7FB3D6E3"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Режим дня и правила его составления и соблюдения </w:t>
            </w:r>
          </w:p>
          <w:p w14:paraId="3147C8AA" w14:textId="77777777" w:rsidR="000B6566" w:rsidRPr="00B10C3C" w:rsidRDefault="000B6566" w:rsidP="00D95406">
            <w:pPr>
              <w:spacing w:after="0"/>
              <w:rPr>
                <w:rFonts w:ascii="Times New Roman" w:hAnsi="Times New Roman" w:cs="Times New Roman"/>
                <w:color w:val="000000" w:themeColor="text1"/>
                <w:sz w:val="24"/>
                <w:szCs w:val="24"/>
              </w:rPr>
            </w:pPr>
          </w:p>
        </w:tc>
        <w:tc>
          <w:tcPr>
            <w:tcW w:w="850" w:type="dxa"/>
            <w:tcBorders>
              <w:top w:val="single" w:sz="2" w:space="0" w:color="000000"/>
              <w:left w:val="single" w:sz="2" w:space="0" w:color="000000"/>
              <w:bottom w:val="single" w:sz="2" w:space="0" w:color="000000"/>
              <w:right w:val="single" w:sz="2" w:space="0" w:color="000000"/>
            </w:tcBorders>
          </w:tcPr>
          <w:p w14:paraId="29E9E186"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C7D9B43"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9BA1B0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3ACA70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190813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C5DBAFE" w14:textId="77777777" w:rsidTr="00847894">
        <w:trPr>
          <w:trHeight w:val="203"/>
        </w:trPr>
        <w:tc>
          <w:tcPr>
            <w:tcW w:w="568" w:type="dxa"/>
            <w:tcBorders>
              <w:top w:val="single" w:sz="2" w:space="0" w:color="000000"/>
              <w:left w:val="single" w:sz="2" w:space="0" w:color="000000"/>
              <w:bottom w:val="single" w:sz="2" w:space="0" w:color="000000"/>
              <w:right w:val="single" w:sz="2" w:space="0" w:color="000000"/>
            </w:tcBorders>
          </w:tcPr>
          <w:p w14:paraId="3260B47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w:t>
            </w:r>
          </w:p>
        </w:tc>
        <w:tc>
          <w:tcPr>
            <w:tcW w:w="3402" w:type="dxa"/>
            <w:tcBorders>
              <w:top w:val="single" w:sz="2" w:space="0" w:color="000000"/>
              <w:left w:val="single" w:sz="2" w:space="0" w:color="000000"/>
              <w:bottom w:val="single" w:sz="2" w:space="0" w:color="000000"/>
              <w:right w:val="single" w:sz="2" w:space="0" w:color="000000"/>
            </w:tcBorders>
          </w:tcPr>
          <w:p w14:paraId="42F6F6CB"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Личная гигиена и гигиенические процедуры</w:t>
            </w:r>
          </w:p>
        </w:tc>
        <w:tc>
          <w:tcPr>
            <w:tcW w:w="850" w:type="dxa"/>
            <w:tcBorders>
              <w:top w:val="single" w:sz="2" w:space="0" w:color="000000"/>
              <w:left w:val="single" w:sz="2" w:space="0" w:color="000000"/>
              <w:bottom w:val="single" w:sz="2" w:space="0" w:color="000000"/>
              <w:right w:val="single" w:sz="2" w:space="0" w:color="000000"/>
            </w:tcBorders>
          </w:tcPr>
          <w:p w14:paraId="176695E0"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5907AD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2C509A8"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7C10486C"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7B741A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7AE9855" w14:textId="77777777" w:rsidTr="00847894">
        <w:trPr>
          <w:trHeight w:val="203"/>
        </w:trPr>
        <w:tc>
          <w:tcPr>
            <w:tcW w:w="568" w:type="dxa"/>
            <w:tcBorders>
              <w:top w:val="single" w:sz="2" w:space="0" w:color="000000"/>
              <w:left w:val="single" w:sz="2" w:space="0" w:color="000000"/>
              <w:bottom w:val="single" w:sz="2" w:space="0" w:color="000000"/>
              <w:right w:val="single" w:sz="2" w:space="0" w:color="000000"/>
            </w:tcBorders>
          </w:tcPr>
          <w:p w14:paraId="62DB85A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w:t>
            </w:r>
          </w:p>
        </w:tc>
        <w:tc>
          <w:tcPr>
            <w:tcW w:w="3402" w:type="dxa"/>
            <w:tcBorders>
              <w:top w:val="single" w:sz="2" w:space="0" w:color="000000"/>
              <w:left w:val="single" w:sz="2" w:space="0" w:color="000000"/>
              <w:bottom w:val="single" w:sz="2" w:space="0" w:color="000000"/>
              <w:right w:val="single" w:sz="2" w:space="0" w:color="000000"/>
            </w:tcBorders>
          </w:tcPr>
          <w:p w14:paraId="1AA245EF"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Осанка человека. Упражнения для осанки </w:t>
            </w:r>
          </w:p>
        </w:tc>
        <w:tc>
          <w:tcPr>
            <w:tcW w:w="850" w:type="dxa"/>
            <w:tcBorders>
              <w:top w:val="single" w:sz="2" w:space="0" w:color="000000"/>
              <w:left w:val="single" w:sz="2" w:space="0" w:color="000000"/>
              <w:bottom w:val="single" w:sz="2" w:space="0" w:color="000000"/>
              <w:right w:val="single" w:sz="2" w:space="0" w:color="000000"/>
            </w:tcBorders>
          </w:tcPr>
          <w:p w14:paraId="5E61B07F"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4BCEDB3"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EF7C5A4"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26607B5"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F42908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262326D" w14:textId="77777777" w:rsidTr="00847894">
        <w:trPr>
          <w:trHeight w:val="825"/>
        </w:trPr>
        <w:tc>
          <w:tcPr>
            <w:tcW w:w="568" w:type="dxa"/>
            <w:tcBorders>
              <w:top w:val="single" w:sz="2" w:space="0" w:color="000000"/>
              <w:left w:val="single" w:sz="2" w:space="0" w:color="000000"/>
              <w:bottom w:val="single" w:sz="2" w:space="0" w:color="000000"/>
              <w:right w:val="single" w:sz="2" w:space="0" w:color="000000"/>
            </w:tcBorders>
          </w:tcPr>
          <w:p w14:paraId="2016A4D6"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w:t>
            </w:r>
          </w:p>
        </w:tc>
        <w:tc>
          <w:tcPr>
            <w:tcW w:w="3402" w:type="dxa"/>
            <w:tcBorders>
              <w:top w:val="single" w:sz="2" w:space="0" w:color="000000"/>
              <w:left w:val="single" w:sz="2" w:space="0" w:color="000000"/>
              <w:bottom w:val="single" w:sz="2" w:space="0" w:color="000000"/>
              <w:right w:val="single" w:sz="2" w:space="0" w:color="000000"/>
            </w:tcBorders>
          </w:tcPr>
          <w:p w14:paraId="1FBE62D0" w14:textId="77777777" w:rsidR="000B6566" w:rsidRPr="00B10C3C" w:rsidRDefault="000B6566" w:rsidP="003C3AE0">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Комплексы утренней зарядки и физкультминуток в режиме дня школьника</w:t>
            </w:r>
          </w:p>
        </w:tc>
        <w:tc>
          <w:tcPr>
            <w:tcW w:w="850" w:type="dxa"/>
            <w:tcBorders>
              <w:top w:val="single" w:sz="2" w:space="0" w:color="000000"/>
              <w:left w:val="single" w:sz="2" w:space="0" w:color="000000"/>
              <w:bottom w:val="single" w:sz="2" w:space="0" w:color="000000"/>
              <w:right w:val="single" w:sz="2" w:space="0" w:color="000000"/>
            </w:tcBorders>
          </w:tcPr>
          <w:p w14:paraId="65E17A76"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623E3DA"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9E8D3A5"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740C5CA5"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94B21F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68046F6"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C3586E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7.</w:t>
            </w:r>
          </w:p>
        </w:tc>
        <w:tc>
          <w:tcPr>
            <w:tcW w:w="3402" w:type="dxa"/>
            <w:tcBorders>
              <w:top w:val="single" w:sz="2" w:space="0" w:color="000000"/>
              <w:left w:val="single" w:sz="2" w:space="0" w:color="000000"/>
              <w:bottom w:val="single" w:sz="2" w:space="0" w:color="000000"/>
              <w:right w:val="single" w:sz="2" w:space="0" w:color="000000"/>
            </w:tcBorders>
          </w:tcPr>
          <w:p w14:paraId="6C85C102"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Понятие гимнастики и спортивной гимнастики </w:t>
            </w:r>
          </w:p>
        </w:tc>
        <w:tc>
          <w:tcPr>
            <w:tcW w:w="850" w:type="dxa"/>
            <w:tcBorders>
              <w:top w:val="single" w:sz="2" w:space="0" w:color="000000"/>
              <w:left w:val="single" w:sz="2" w:space="0" w:color="000000"/>
              <w:bottom w:val="single" w:sz="2" w:space="0" w:color="000000"/>
              <w:right w:val="single" w:sz="2" w:space="0" w:color="000000"/>
            </w:tcBorders>
          </w:tcPr>
          <w:p w14:paraId="624A492F"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6E679CC"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2DB6C43"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6D5286C"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0A7C882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CF9666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22F42C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8.</w:t>
            </w:r>
          </w:p>
        </w:tc>
        <w:tc>
          <w:tcPr>
            <w:tcW w:w="3402" w:type="dxa"/>
            <w:tcBorders>
              <w:top w:val="single" w:sz="2" w:space="0" w:color="000000"/>
              <w:left w:val="single" w:sz="2" w:space="0" w:color="000000"/>
              <w:bottom w:val="single" w:sz="2" w:space="0" w:color="000000"/>
              <w:right w:val="single" w:sz="2" w:space="0" w:color="000000"/>
            </w:tcBorders>
          </w:tcPr>
          <w:p w14:paraId="4A22A0D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Учимся гимнастическим упражнениям</w:t>
            </w:r>
          </w:p>
        </w:tc>
        <w:tc>
          <w:tcPr>
            <w:tcW w:w="850" w:type="dxa"/>
            <w:tcBorders>
              <w:top w:val="single" w:sz="2" w:space="0" w:color="000000"/>
              <w:left w:val="single" w:sz="2" w:space="0" w:color="000000"/>
              <w:bottom w:val="single" w:sz="2" w:space="0" w:color="000000"/>
              <w:right w:val="single" w:sz="2" w:space="0" w:color="000000"/>
            </w:tcBorders>
          </w:tcPr>
          <w:p w14:paraId="2D81474D"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3991DBA"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41650B9"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7238F1D"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0A36376F"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5CDF300"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6D974E6"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9.</w:t>
            </w:r>
          </w:p>
        </w:tc>
        <w:tc>
          <w:tcPr>
            <w:tcW w:w="3402" w:type="dxa"/>
            <w:tcBorders>
              <w:top w:val="single" w:sz="2" w:space="0" w:color="000000"/>
              <w:left w:val="single" w:sz="2" w:space="0" w:color="000000"/>
              <w:bottom w:val="single" w:sz="2" w:space="0" w:color="000000"/>
              <w:right w:val="single" w:sz="2" w:space="0" w:color="000000"/>
            </w:tcBorders>
          </w:tcPr>
          <w:p w14:paraId="3F667758"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Стилизованные способы передвижения ходьбой и бегом</w:t>
            </w:r>
          </w:p>
        </w:tc>
        <w:tc>
          <w:tcPr>
            <w:tcW w:w="850" w:type="dxa"/>
            <w:tcBorders>
              <w:top w:val="single" w:sz="2" w:space="0" w:color="000000"/>
              <w:left w:val="single" w:sz="2" w:space="0" w:color="000000"/>
              <w:bottom w:val="single" w:sz="2" w:space="0" w:color="000000"/>
              <w:right w:val="single" w:sz="2" w:space="0" w:color="000000"/>
            </w:tcBorders>
          </w:tcPr>
          <w:p w14:paraId="58FD3200"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4740B56"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2E393D8"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FABA8C0"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7759B2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41493A7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8EFF396"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10.</w:t>
            </w:r>
          </w:p>
        </w:tc>
        <w:tc>
          <w:tcPr>
            <w:tcW w:w="3402" w:type="dxa"/>
            <w:tcBorders>
              <w:top w:val="single" w:sz="2" w:space="0" w:color="000000"/>
              <w:left w:val="single" w:sz="2" w:space="0" w:color="000000"/>
              <w:bottom w:val="single" w:sz="2" w:space="0" w:color="000000"/>
              <w:right w:val="single" w:sz="2" w:space="0" w:color="000000"/>
            </w:tcBorders>
          </w:tcPr>
          <w:p w14:paraId="486077E4"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Акробатические упражнения, основные техники</w:t>
            </w:r>
          </w:p>
        </w:tc>
        <w:tc>
          <w:tcPr>
            <w:tcW w:w="850" w:type="dxa"/>
            <w:tcBorders>
              <w:top w:val="single" w:sz="2" w:space="0" w:color="000000"/>
              <w:left w:val="single" w:sz="2" w:space="0" w:color="000000"/>
              <w:bottom w:val="single" w:sz="2" w:space="0" w:color="000000"/>
              <w:right w:val="single" w:sz="2" w:space="0" w:color="000000"/>
            </w:tcBorders>
          </w:tcPr>
          <w:p w14:paraId="37E43AB9"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9AD9D5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4797C5B"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3A4648E"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4B28FF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804FFB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155A5C0"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11.</w:t>
            </w:r>
          </w:p>
        </w:tc>
        <w:tc>
          <w:tcPr>
            <w:tcW w:w="3402" w:type="dxa"/>
            <w:tcBorders>
              <w:top w:val="single" w:sz="2" w:space="0" w:color="000000"/>
              <w:left w:val="single" w:sz="2" w:space="0" w:color="000000"/>
              <w:bottom w:val="single" w:sz="2" w:space="0" w:color="000000"/>
              <w:right w:val="single" w:sz="2" w:space="0" w:color="000000"/>
            </w:tcBorders>
          </w:tcPr>
          <w:p w14:paraId="3DC49682"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Строевые упражнения и организующие команды</w:t>
            </w:r>
          </w:p>
          <w:p w14:paraId="39CED850" w14:textId="77777777" w:rsidR="000B6566" w:rsidRPr="00B10C3C" w:rsidRDefault="000B6566" w:rsidP="008B2A58">
            <w:pPr>
              <w:spacing w:after="0"/>
              <w:rPr>
                <w:rFonts w:ascii="Times New Roman" w:hAnsi="Times New Roman" w:cs="Times New Roman"/>
                <w:color w:val="000000" w:themeColor="text1"/>
                <w:sz w:val="24"/>
                <w:szCs w:val="24"/>
              </w:rPr>
            </w:pPr>
          </w:p>
        </w:tc>
        <w:tc>
          <w:tcPr>
            <w:tcW w:w="850" w:type="dxa"/>
            <w:tcBorders>
              <w:top w:val="single" w:sz="2" w:space="0" w:color="000000"/>
              <w:left w:val="single" w:sz="2" w:space="0" w:color="000000"/>
              <w:bottom w:val="single" w:sz="2" w:space="0" w:color="000000"/>
              <w:right w:val="single" w:sz="2" w:space="0" w:color="000000"/>
            </w:tcBorders>
          </w:tcPr>
          <w:p w14:paraId="4F4D3BCB"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0FBC691" w14:textId="77777777" w:rsidR="000B6566" w:rsidRPr="00847894" w:rsidRDefault="00847894" w:rsidP="008B2A58">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5FD9120"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BB55A68" w14:textId="77777777" w:rsidR="000B6566" w:rsidRPr="00B10C3C" w:rsidRDefault="000B6566" w:rsidP="008B2A58">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75A2331"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A33ED4B"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2D3056B"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12.</w:t>
            </w:r>
          </w:p>
        </w:tc>
        <w:tc>
          <w:tcPr>
            <w:tcW w:w="3402" w:type="dxa"/>
            <w:tcBorders>
              <w:top w:val="single" w:sz="2" w:space="0" w:color="000000"/>
              <w:left w:val="single" w:sz="2" w:space="0" w:color="000000"/>
              <w:bottom w:val="single" w:sz="2" w:space="0" w:color="000000"/>
              <w:right w:val="single" w:sz="2" w:space="0" w:color="000000"/>
            </w:tcBorders>
          </w:tcPr>
          <w:p w14:paraId="6483AFF6"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Способы построения и повороты стоя на месте</w:t>
            </w:r>
          </w:p>
        </w:tc>
        <w:tc>
          <w:tcPr>
            <w:tcW w:w="850" w:type="dxa"/>
            <w:tcBorders>
              <w:top w:val="single" w:sz="2" w:space="0" w:color="000000"/>
              <w:left w:val="single" w:sz="2" w:space="0" w:color="000000"/>
              <w:bottom w:val="single" w:sz="2" w:space="0" w:color="000000"/>
              <w:right w:val="single" w:sz="2" w:space="0" w:color="000000"/>
            </w:tcBorders>
          </w:tcPr>
          <w:p w14:paraId="2B026542"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5F3563E" w14:textId="77777777" w:rsidR="000B6566" w:rsidRPr="00847894" w:rsidRDefault="00847894" w:rsidP="008B2A58">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3404405"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37E2FD6" w14:textId="77777777" w:rsidR="000B6566" w:rsidRPr="00B10C3C" w:rsidRDefault="000B6566" w:rsidP="008B2A58">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AFDEB2C"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45F8C8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5234F2F"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13.</w:t>
            </w:r>
          </w:p>
        </w:tc>
        <w:tc>
          <w:tcPr>
            <w:tcW w:w="3402" w:type="dxa"/>
            <w:tcBorders>
              <w:top w:val="single" w:sz="2" w:space="0" w:color="000000"/>
              <w:left w:val="single" w:sz="2" w:space="0" w:color="000000"/>
              <w:bottom w:val="single" w:sz="2" w:space="0" w:color="000000"/>
              <w:right w:val="single" w:sz="2" w:space="0" w:color="000000"/>
            </w:tcBorders>
          </w:tcPr>
          <w:p w14:paraId="06A177FF"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Стилизованные передвижения (гимнастический шаг, бег)</w:t>
            </w:r>
          </w:p>
        </w:tc>
        <w:tc>
          <w:tcPr>
            <w:tcW w:w="850" w:type="dxa"/>
            <w:tcBorders>
              <w:top w:val="single" w:sz="2" w:space="0" w:color="000000"/>
              <w:left w:val="single" w:sz="2" w:space="0" w:color="000000"/>
              <w:bottom w:val="single" w:sz="2" w:space="0" w:color="000000"/>
              <w:right w:val="single" w:sz="2" w:space="0" w:color="000000"/>
            </w:tcBorders>
          </w:tcPr>
          <w:p w14:paraId="7B8534C5"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046602E"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6E48CD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8FCF76A"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4BAC8462"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47D81AF"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09DEFB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14.</w:t>
            </w:r>
          </w:p>
        </w:tc>
        <w:tc>
          <w:tcPr>
            <w:tcW w:w="3402" w:type="dxa"/>
            <w:tcBorders>
              <w:top w:val="single" w:sz="2" w:space="0" w:color="000000"/>
              <w:left w:val="single" w:sz="2" w:space="0" w:color="000000"/>
              <w:bottom w:val="single" w:sz="2" w:space="0" w:color="000000"/>
              <w:right w:val="single" w:sz="2" w:space="0" w:color="000000"/>
            </w:tcBorders>
          </w:tcPr>
          <w:p w14:paraId="56029B9E"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Гимнастические упражнения с мячом </w:t>
            </w:r>
          </w:p>
          <w:p w14:paraId="3D18EF90" w14:textId="77777777" w:rsidR="000B6566" w:rsidRPr="00B10C3C" w:rsidRDefault="000B6566" w:rsidP="00496228">
            <w:pPr>
              <w:spacing w:after="0"/>
              <w:jc w:val="right"/>
              <w:rPr>
                <w:rFonts w:ascii="Times New Roman" w:hAnsi="Times New Roman" w:cs="Times New Roman"/>
                <w:color w:val="000000" w:themeColor="text1"/>
                <w:sz w:val="24"/>
                <w:szCs w:val="24"/>
              </w:rPr>
            </w:pPr>
          </w:p>
        </w:tc>
        <w:tc>
          <w:tcPr>
            <w:tcW w:w="850" w:type="dxa"/>
            <w:tcBorders>
              <w:top w:val="single" w:sz="2" w:space="0" w:color="000000"/>
              <w:left w:val="single" w:sz="2" w:space="0" w:color="000000"/>
              <w:bottom w:val="single" w:sz="2" w:space="0" w:color="000000"/>
              <w:right w:val="single" w:sz="2" w:space="0" w:color="000000"/>
            </w:tcBorders>
          </w:tcPr>
          <w:p w14:paraId="00AB4820"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5FA9AD0"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A11F754"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E4A27AE"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DE13A1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lang w:val="en-US"/>
              </w:rPr>
              <w:t>https</w:t>
            </w:r>
            <w:r w:rsidRPr="00B10C3C">
              <w:rPr>
                <w:rFonts w:ascii="Times New Roman" w:hAnsi="Times New Roman" w:cs="Times New Roman"/>
                <w:color w:val="000000" w:themeColor="text1"/>
                <w:sz w:val="24"/>
                <w:szCs w:val="24"/>
              </w:rPr>
              <w:t>://</w:t>
            </w:r>
            <w:proofErr w:type="spellStart"/>
            <w:r w:rsidRPr="00B10C3C">
              <w:rPr>
                <w:rFonts w:ascii="Times New Roman" w:hAnsi="Times New Roman" w:cs="Times New Roman"/>
                <w:color w:val="000000" w:themeColor="text1"/>
                <w:sz w:val="24"/>
                <w:szCs w:val="24"/>
                <w:lang w:val="en-US"/>
              </w:rPr>
              <w:t>resh</w:t>
            </w:r>
            <w:proofErr w:type="spellEnd"/>
            <w:r w:rsidRPr="00B10C3C">
              <w:rPr>
                <w:rFonts w:ascii="Times New Roman" w:hAnsi="Times New Roman" w:cs="Times New Roman"/>
                <w:color w:val="000000" w:themeColor="text1"/>
                <w:sz w:val="24"/>
                <w:szCs w:val="24"/>
              </w:rPr>
              <w:t>.</w:t>
            </w:r>
            <w:proofErr w:type="spellStart"/>
            <w:r w:rsidRPr="00B10C3C">
              <w:rPr>
                <w:rFonts w:ascii="Times New Roman" w:hAnsi="Times New Roman" w:cs="Times New Roman"/>
                <w:color w:val="000000" w:themeColor="text1"/>
                <w:sz w:val="24"/>
                <w:szCs w:val="24"/>
                <w:lang w:val="en-US"/>
              </w:rPr>
              <w:t>edu</w:t>
            </w:r>
            <w:proofErr w:type="spellEnd"/>
            <w:r w:rsidRPr="00B10C3C">
              <w:rPr>
                <w:rFonts w:ascii="Times New Roman" w:hAnsi="Times New Roman" w:cs="Times New Roman"/>
                <w:color w:val="000000" w:themeColor="text1"/>
                <w:sz w:val="24"/>
                <w:szCs w:val="24"/>
              </w:rPr>
              <w:t>.</w:t>
            </w:r>
            <w:proofErr w:type="spellStart"/>
            <w:r w:rsidRPr="00B10C3C">
              <w:rPr>
                <w:rFonts w:ascii="Times New Roman" w:hAnsi="Times New Roman" w:cs="Times New Roman"/>
                <w:color w:val="000000" w:themeColor="text1"/>
                <w:sz w:val="24"/>
                <w:szCs w:val="24"/>
                <w:lang w:val="en-US"/>
              </w:rPr>
              <w:t>ru</w:t>
            </w:r>
            <w:proofErr w:type="spellEnd"/>
            <w:r w:rsidRPr="00B10C3C">
              <w:rPr>
                <w:rFonts w:ascii="Times New Roman" w:hAnsi="Times New Roman" w:cs="Times New Roman"/>
                <w:color w:val="000000" w:themeColor="text1"/>
                <w:sz w:val="24"/>
                <w:szCs w:val="24"/>
              </w:rPr>
              <w:t>/</w:t>
            </w:r>
            <w:r w:rsidRPr="00B10C3C">
              <w:rPr>
                <w:rFonts w:ascii="Times New Roman" w:hAnsi="Times New Roman" w:cs="Times New Roman"/>
                <w:color w:val="000000" w:themeColor="text1"/>
                <w:sz w:val="24"/>
                <w:szCs w:val="24"/>
                <w:lang w:val="en-US"/>
              </w:rPr>
              <w:t>subject</w:t>
            </w:r>
            <w:r w:rsidRPr="00B10C3C">
              <w:rPr>
                <w:rFonts w:ascii="Times New Roman" w:hAnsi="Times New Roman" w:cs="Times New Roman"/>
                <w:color w:val="000000" w:themeColor="text1"/>
                <w:sz w:val="24"/>
                <w:szCs w:val="24"/>
              </w:rPr>
              <w:t>/9/1/</w:t>
            </w:r>
          </w:p>
        </w:tc>
      </w:tr>
      <w:tr w:rsidR="000B6566" w:rsidRPr="00B10C3C" w14:paraId="4B36F0AC"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DE4D27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15.</w:t>
            </w:r>
          </w:p>
        </w:tc>
        <w:tc>
          <w:tcPr>
            <w:tcW w:w="3402" w:type="dxa"/>
            <w:tcBorders>
              <w:top w:val="single" w:sz="2" w:space="0" w:color="000000"/>
              <w:left w:val="single" w:sz="2" w:space="0" w:color="000000"/>
              <w:bottom w:val="single" w:sz="2" w:space="0" w:color="000000"/>
              <w:right w:val="single" w:sz="2" w:space="0" w:color="000000"/>
            </w:tcBorders>
          </w:tcPr>
          <w:p w14:paraId="4E6A17E9" w14:textId="77777777" w:rsidR="000B6566" w:rsidRPr="00B10C3C" w:rsidRDefault="000B6566" w:rsidP="00D9540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Гимнастические упражнения со скакалкой</w:t>
            </w:r>
          </w:p>
        </w:tc>
        <w:tc>
          <w:tcPr>
            <w:tcW w:w="850" w:type="dxa"/>
            <w:tcBorders>
              <w:top w:val="single" w:sz="2" w:space="0" w:color="000000"/>
              <w:left w:val="single" w:sz="2" w:space="0" w:color="000000"/>
              <w:bottom w:val="single" w:sz="2" w:space="0" w:color="000000"/>
              <w:right w:val="single" w:sz="2" w:space="0" w:color="000000"/>
            </w:tcBorders>
          </w:tcPr>
          <w:p w14:paraId="57241DFC"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F9F2C4F"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8738B6C"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3B874F7"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66C138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EE5E4F5"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5BBD845"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16.</w:t>
            </w:r>
          </w:p>
        </w:tc>
        <w:tc>
          <w:tcPr>
            <w:tcW w:w="3402" w:type="dxa"/>
            <w:tcBorders>
              <w:top w:val="single" w:sz="2" w:space="0" w:color="000000"/>
              <w:left w:val="single" w:sz="2" w:space="0" w:color="000000"/>
              <w:bottom w:val="single" w:sz="2" w:space="0" w:color="000000"/>
              <w:right w:val="single" w:sz="2" w:space="0" w:color="000000"/>
            </w:tcBorders>
          </w:tcPr>
          <w:p w14:paraId="6264841D" w14:textId="77777777" w:rsidR="000B6566" w:rsidRPr="00B10C3C" w:rsidRDefault="000B6566" w:rsidP="00D9540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Гимнастические упражнения в прыжках</w:t>
            </w:r>
          </w:p>
        </w:tc>
        <w:tc>
          <w:tcPr>
            <w:tcW w:w="850" w:type="dxa"/>
            <w:tcBorders>
              <w:top w:val="single" w:sz="2" w:space="0" w:color="000000"/>
              <w:left w:val="single" w:sz="2" w:space="0" w:color="000000"/>
              <w:bottom w:val="single" w:sz="2" w:space="0" w:color="000000"/>
              <w:right w:val="single" w:sz="2" w:space="0" w:color="000000"/>
            </w:tcBorders>
          </w:tcPr>
          <w:p w14:paraId="452D3D7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39B5AB6"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9F3F493"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EFA7A01"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A27409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449A8437" w14:textId="77777777" w:rsidTr="00847894">
        <w:tc>
          <w:tcPr>
            <w:tcW w:w="568" w:type="dxa"/>
            <w:tcBorders>
              <w:top w:val="single" w:sz="2" w:space="0" w:color="000000"/>
              <w:left w:val="single" w:sz="2" w:space="0" w:color="000000"/>
              <w:bottom w:val="single" w:sz="2" w:space="0" w:color="000000"/>
              <w:right w:val="single" w:sz="2" w:space="0" w:color="000000"/>
            </w:tcBorders>
          </w:tcPr>
          <w:p w14:paraId="248D4766" w14:textId="77777777" w:rsidR="000B6566" w:rsidRPr="00A16666" w:rsidRDefault="000B6566" w:rsidP="008A41DE">
            <w:pPr>
              <w:rPr>
                <w:rFonts w:ascii="Times New Roman" w:hAnsi="Times New Roman" w:cs="Times New Roman"/>
                <w:color w:val="000000" w:themeColor="text1"/>
                <w:sz w:val="24"/>
                <w:szCs w:val="24"/>
              </w:rPr>
            </w:pPr>
            <w:r w:rsidRPr="00A16666">
              <w:rPr>
                <w:rFonts w:ascii="Times New Roman" w:hAnsi="Times New Roman" w:cs="Times New Roman"/>
                <w:color w:val="000000" w:themeColor="text1"/>
                <w:sz w:val="24"/>
                <w:szCs w:val="24"/>
              </w:rPr>
              <w:t>17.</w:t>
            </w:r>
          </w:p>
        </w:tc>
        <w:tc>
          <w:tcPr>
            <w:tcW w:w="3402" w:type="dxa"/>
            <w:tcBorders>
              <w:top w:val="single" w:sz="2" w:space="0" w:color="000000"/>
              <w:left w:val="single" w:sz="2" w:space="0" w:color="000000"/>
              <w:bottom w:val="single" w:sz="2" w:space="0" w:color="000000"/>
              <w:right w:val="single" w:sz="2" w:space="0" w:color="000000"/>
            </w:tcBorders>
          </w:tcPr>
          <w:p w14:paraId="5AF8D6F7"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Подъем туловища из положения лежа на спине и животе </w:t>
            </w:r>
          </w:p>
        </w:tc>
        <w:tc>
          <w:tcPr>
            <w:tcW w:w="850" w:type="dxa"/>
            <w:tcBorders>
              <w:top w:val="single" w:sz="2" w:space="0" w:color="000000"/>
              <w:left w:val="single" w:sz="2" w:space="0" w:color="000000"/>
              <w:bottom w:val="single" w:sz="2" w:space="0" w:color="000000"/>
              <w:right w:val="single" w:sz="2" w:space="0" w:color="000000"/>
            </w:tcBorders>
          </w:tcPr>
          <w:p w14:paraId="175BA371"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199D422"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56BEB06"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8243ABE"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0EE64B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9220586"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6CF139C"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18</w:t>
            </w:r>
          </w:p>
        </w:tc>
        <w:tc>
          <w:tcPr>
            <w:tcW w:w="3402" w:type="dxa"/>
            <w:tcBorders>
              <w:top w:val="single" w:sz="2" w:space="0" w:color="000000"/>
              <w:left w:val="single" w:sz="2" w:space="0" w:color="000000"/>
              <w:bottom w:val="single" w:sz="2" w:space="0" w:color="000000"/>
              <w:right w:val="single" w:sz="2" w:space="0" w:color="000000"/>
            </w:tcBorders>
          </w:tcPr>
          <w:p w14:paraId="01303B84"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Подъем ног из положения лежа на животе</w:t>
            </w:r>
          </w:p>
        </w:tc>
        <w:tc>
          <w:tcPr>
            <w:tcW w:w="850" w:type="dxa"/>
            <w:tcBorders>
              <w:top w:val="single" w:sz="2" w:space="0" w:color="000000"/>
              <w:left w:val="single" w:sz="2" w:space="0" w:color="000000"/>
              <w:bottom w:val="single" w:sz="2" w:space="0" w:color="000000"/>
              <w:right w:val="single" w:sz="2" w:space="0" w:color="000000"/>
            </w:tcBorders>
          </w:tcPr>
          <w:p w14:paraId="3267E389"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690DB88"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0E42D0CE"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3451294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8A97CB5"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0ECECFC"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93A8A04"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19</w:t>
            </w:r>
          </w:p>
        </w:tc>
        <w:tc>
          <w:tcPr>
            <w:tcW w:w="3402" w:type="dxa"/>
            <w:tcBorders>
              <w:top w:val="single" w:sz="2" w:space="0" w:color="000000"/>
              <w:left w:val="single" w:sz="2" w:space="0" w:color="000000"/>
              <w:bottom w:val="single" w:sz="2" w:space="0" w:color="000000"/>
              <w:right w:val="single" w:sz="2" w:space="0" w:color="000000"/>
            </w:tcBorders>
          </w:tcPr>
          <w:p w14:paraId="55CDBF53"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Сгибание рук в положении упор лежа</w:t>
            </w:r>
          </w:p>
        </w:tc>
        <w:tc>
          <w:tcPr>
            <w:tcW w:w="850" w:type="dxa"/>
            <w:tcBorders>
              <w:top w:val="single" w:sz="2" w:space="0" w:color="000000"/>
              <w:left w:val="single" w:sz="2" w:space="0" w:color="000000"/>
              <w:bottom w:val="single" w:sz="2" w:space="0" w:color="000000"/>
              <w:right w:val="single" w:sz="2" w:space="0" w:color="000000"/>
            </w:tcBorders>
          </w:tcPr>
          <w:p w14:paraId="5131C75E"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DBA306B"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AE07FD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1945403"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267BDE5"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64E4DF2"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C4C3D8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20</w:t>
            </w:r>
          </w:p>
        </w:tc>
        <w:tc>
          <w:tcPr>
            <w:tcW w:w="3402" w:type="dxa"/>
            <w:tcBorders>
              <w:top w:val="single" w:sz="2" w:space="0" w:color="000000"/>
              <w:left w:val="single" w:sz="2" w:space="0" w:color="000000"/>
              <w:bottom w:val="single" w:sz="2" w:space="0" w:color="000000"/>
              <w:right w:val="single" w:sz="2" w:space="0" w:color="000000"/>
            </w:tcBorders>
          </w:tcPr>
          <w:p w14:paraId="43E0ACBF"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прыжков в группировке</w:t>
            </w:r>
          </w:p>
        </w:tc>
        <w:tc>
          <w:tcPr>
            <w:tcW w:w="850" w:type="dxa"/>
            <w:tcBorders>
              <w:top w:val="single" w:sz="2" w:space="0" w:color="000000"/>
              <w:left w:val="single" w:sz="2" w:space="0" w:color="000000"/>
              <w:bottom w:val="single" w:sz="2" w:space="0" w:color="000000"/>
              <w:right w:val="single" w:sz="2" w:space="0" w:color="000000"/>
            </w:tcBorders>
          </w:tcPr>
          <w:p w14:paraId="1D4FF36E"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F3A86D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353FC0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7F8D0DD"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4F71A83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48111AB" w14:textId="77777777" w:rsidTr="00847894">
        <w:trPr>
          <w:trHeight w:val="871"/>
        </w:trPr>
        <w:tc>
          <w:tcPr>
            <w:tcW w:w="568" w:type="dxa"/>
            <w:tcBorders>
              <w:top w:val="single" w:sz="2" w:space="0" w:color="000000"/>
              <w:left w:val="single" w:sz="2" w:space="0" w:color="000000"/>
              <w:bottom w:val="single" w:sz="2" w:space="0" w:color="000000"/>
              <w:right w:val="single" w:sz="2" w:space="0" w:color="000000"/>
            </w:tcBorders>
          </w:tcPr>
          <w:p w14:paraId="15111735"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21</w:t>
            </w:r>
          </w:p>
        </w:tc>
        <w:tc>
          <w:tcPr>
            <w:tcW w:w="3402" w:type="dxa"/>
            <w:tcBorders>
              <w:top w:val="single" w:sz="2" w:space="0" w:color="000000"/>
              <w:left w:val="single" w:sz="2" w:space="0" w:color="000000"/>
              <w:bottom w:val="single" w:sz="2" w:space="0" w:color="000000"/>
              <w:right w:val="single" w:sz="2" w:space="0" w:color="000000"/>
            </w:tcBorders>
          </w:tcPr>
          <w:p w14:paraId="4BB3FB02" w14:textId="77777777" w:rsidR="000B6566" w:rsidRPr="00B10C3C" w:rsidRDefault="000B6566" w:rsidP="004B5ED7">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Прыжки в упоре на руках, толчком двумя ногами</w:t>
            </w:r>
          </w:p>
        </w:tc>
        <w:tc>
          <w:tcPr>
            <w:tcW w:w="850" w:type="dxa"/>
            <w:tcBorders>
              <w:top w:val="single" w:sz="2" w:space="0" w:color="000000"/>
              <w:left w:val="single" w:sz="2" w:space="0" w:color="000000"/>
              <w:bottom w:val="single" w:sz="2" w:space="0" w:color="000000"/>
              <w:right w:val="single" w:sz="2" w:space="0" w:color="000000"/>
            </w:tcBorders>
          </w:tcPr>
          <w:p w14:paraId="52B162C1"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A265695"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BD4957B"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5775332"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DBF71E5"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CB5803B"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68F9EC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22</w:t>
            </w:r>
          </w:p>
        </w:tc>
        <w:tc>
          <w:tcPr>
            <w:tcW w:w="3402" w:type="dxa"/>
            <w:tcBorders>
              <w:top w:val="single" w:sz="2" w:space="0" w:color="000000"/>
              <w:left w:val="single" w:sz="2" w:space="0" w:color="000000"/>
              <w:bottom w:val="single" w:sz="2" w:space="0" w:color="000000"/>
              <w:right w:val="single" w:sz="2" w:space="0" w:color="000000"/>
            </w:tcBorders>
          </w:tcPr>
          <w:p w14:paraId="7ECBAB22"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Строевые упражнения с лыжами в руках</w:t>
            </w:r>
          </w:p>
          <w:p w14:paraId="66712C03" w14:textId="77777777" w:rsidR="000B6566" w:rsidRPr="00B10C3C" w:rsidRDefault="000B6566" w:rsidP="00CF2336">
            <w:pPr>
              <w:spacing w:after="0"/>
              <w:rPr>
                <w:rFonts w:ascii="Times New Roman" w:hAnsi="Times New Roman" w:cs="Times New Roman"/>
                <w:color w:val="000000" w:themeColor="text1"/>
                <w:sz w:val="24"/>
                <w:szCs w:val="24"/>
              </w:rPr>
            </w:pPr>
          </w:p>
        </w:tc>
        <w:tc>
          <w:tcPr>
            <w:tcW w:w="850" w:type="dxa"/>
            <w:tcBorders>
              <w:top w:val="single" w:sz="2" w:space="0" w:color="000000"/>
              <w:left w:val="single" w:sz="2" w:space="0" w:color="000000"/>
              <w:bottom w:val="single" w:sz="2" w:space="0" w:color="000000"/>
              <w:right w:val="single" w:sz="2" w:space="0" w:color="000000"/>
            </w:tcBorders>
          </w:tcPr>
          <w:p w14:paraId="1EB26840"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D562E13"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E326C0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F678D01"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299433F"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D43EAE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A05480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23</w:t>
            </w:r>
          </w:p>
        </w:tc>
        <w:tc>
          <w:tcPr>
            <w:tcW w:w="3402" w:type="dxa"/>
            <w:tcBorders>
              <w:top w:val="single" w:sz="2" w:space="0" w:color="000000"/>
              <w:left w:val="single" w:sz="2" w:space="0" w:color="000000"/>
              <w:bottom w:val="single" w:sz="2" w:space="0" w:color="000000"/>
              <w:right w:val="single" w:sz="2" w:space="0" w:color="000000"/>
            </w:tcBorders>
          </w:tcPr>
          <w:p w14:paraId="07A9F4DD"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Упражнения в передвижении на лыжах</w:t>
            </w:r>
          </w:p>
        </w:tc>
        <w:tc>
          <w:tcPr>
            <w:tcW w:w="850" w:type="dxa"/>
            <w:tcBorders>
              <w:top w:val="single" w:sz="2" w:space="0" w:color="000000"/>
              <w:left w:val="single" w:sz="2" w:space="0" w:color="000000"/>
              <w:bottom w:val="single" w:sz="2" w:space="0" w:color="000000"/>
              <w:right w:val="single" w:sz="2" w:space="0" w:color="000000"/>
            </w:tcBorders>
          </w:tcPr>
          <w:p w14:paraId="1E238978"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45D8980"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370C33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37FE45BD"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0C629F2"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335125" w14:paraId="37DDFE5F"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19860E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24</w:t>
            </w:r>
          </w:p>
        </w:tc>
        <w:tc>
          <w:tcPr>
            <w:tcW w:w="3402" w:type="dxa"/>
            <w:tcBorders>
              <w:top w:val="single" w:sz="2" w:space="0" w:color="000000"/>
              <w:left w:val="single" w:sz="2" w:space="0" w:color="000000"/>
              <w:bottom w:val="single" w:sz="2" w:space="0" w:color="000000"/>
              <w:right w:val="single" w:sz="2" w:space="0" w:color="000000"/>
            </w:tcBorders>
          </w:tcPr>
          <w:p w14:paraId="7DCAAA2D" w14:textId="77777777" w:rsidR="000B6566" w:rsidRPr="00B10C3C" w:rsidRDefault="000B6566" w:rsidP="008B2A58">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Упражнения в передвижении на лыжах Имитационные упражнения техники передвижения на лыжах</w:t>
            </w:r>
          </w:p>
        </w:tc>
        <w:tc>
          <w:tcPr>
            <w:tcW w:w="850" w:type="dxa"/>
            <w:tcBorders>
              <w:top w:val="single" w:sz="2" w:space="0" w:color="000000"/>
              <w:left w:val="single" w:sz="2" w:space="0" w:color="000000"/>
              <w:bottom w:val="single" w:sz="2" w:space="0" w:color="000000"/>
              <w:right w:val="single" w:sz="2" w:space="0" w:color="000000"/>
            </w:tcBorders>
          </w:tcPr>
          <w:p w14:paraId="62EF70F7" w14:textId="77777777" w:rsidR="000B6566" w:rsidRPr="00B10C3C"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6CD8DDF" w14:textId="77777777" w:rsidR="000B6566" w:rsidRPr="00B10C3C"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6C86B31" w14:textId="77777777" w:rsidR="000B6566" w:rsidRPr="00B10C3C"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31C52612" w14:textId="77777777" w:rsidR="000B6566" w:rsidRPr="00B10C3C" w:rsidRDefault="000B6566" w:rsidP="008A41DE">
            <w:pPr>
              <w:rPr>
                <w:rFonts w:ascii="Times New Roman" w:hAnsi="Times New Roman" w:cs="Times New Roman"/>
                <w:color w:val="000000" w:themeColor="text1"/>
                <w:sz w:val="24"/>
                <w:szCs w:val="24"/>
                <w:lang w:val="en-US"/>
              </w:rPr>
            </w:pPr>
          </w:p>
        </w:tc>
        <w:tc>
          <w:tcPr>
            <w:tcW w:w="1843" w:type="dxa"/>
            <w:tcBorders>
              <w:top w:val="single" w:sz="2" w:space="0" w:color="000000"/>
              <w:left w:val="single" w:sz="2" w:space="0" w:color="000000"/>
              <w:bottom w:val="single" w:sz="2" w:space="0" w:color="000000"/>
              <w:right w:val="single" w:sz="2" w:space="0" w:color="000000"/>
            </w:tcBorders>
          </w:tcPr>
          <w:p w14:paraId="73525043" w14:textId="77777777" w:rsidR="000B6566" w:rsidRPr="00B10C3C" w:rsidRDefault="002E1413"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https://resh.edu</w:t>
            </w:r>
            <w:r w:rsidRPr="00B10C3C">
              <w:rPr>
                <w:rFonts w:ascii="Times New Roman" w:hAnsi="Times New Roman" w:cs="Times New Roman"/>
                <w:color w:val="000000" w:themeColor="text1"/>
                <w:sz w:val="24"/>
                <w:szCs w:val="24"/>
                <w:lang w:val="en-US"/>
              </w:rPr>
              <w:t>.</w:t>
            </w:r>
            <w:r w:rsidRPr="00B10C3C">
              <w:rPr>
                <w:rFonts w:ascii="Times New Roman" w:eastAsia="Times New Roman" w:hAnsi="Times New Roman" w:cs="Times New Roman"/>
                <w:sz w:val="24"/>
                <w:szCs w:val="24"/>
                <w:lang w:val="en-US" w:eastAsia="ru-RU"/>
              </w:rPr>
              <w:t xml:space="preserve"> </w:t>
            </w:r>
            <w:proofErr w:type="spellStart"/>
            <w:r w:rsidRPr="00B10C3C">
              <w:rPr>
                <w:rFonts w:ascii="Times New Roman" w:hAnsi="Times New Roman" w:cs="Times New Roman"/>
                <w:color w:val="000000" w:themeColor="text1"/>
                <w:sz w:val="24"/>
                <w:szCs w:val="24"/>
                <w:lang w:val="en-US"/>
              </w:rPr>
              <w:t>ru</w:t>
            </w:r>
            <w:proofErr w:type="spellEnd"/>
            <w:r w:rsidRPr="00B10C3C">
              <w:rPr>
                <w:rFonts w:ascii="Times New Roman" w:hAnsi="Times New Roman" w:cs="Times New Roman"/>
                <w:color w:val="000000" w:themeColor="text1"/>
                <w:sz w:val="24"/>
                <w:szCs w:val="24"/>
                <w:lang w:val="en-US"/>
              </w:rPr>
              <w:t>/subject/9/1/</w:t>
            </w:r>
          </w:p>
        </w:tc>
      </w:tr>
      <w:tr w:rsidR="000B6566" w:rsidRPr="00B10C3C" w14:paraId="775650AB"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A7448D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25</w:t>
            </w:r>
          </w:p>
        </w:tc>
        <w:tc>
          <w:tcPr>
            <w:tcW w:w="3402" w:type="dxa"/>
            <w:tcBorders>
              <w:top w:val="single" w:sz="2" w:space="0" w:color="000000"/>
              <w:left w:val="single" w:sz="2" w:space="0" w:color="000000"/>
              <w:bottom w:val="single" w:sz="2" w:space="0" w:color="000000"/>
              <w:right w:val="single" w:sz="2" w:space="0" w:color="000000"/>
            </w:tcBorders>
          </w:tcPr>
          <w:p w14:paraId="3A1C5BFE"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Техника ступающего шага во время передвижения</w:t>
            </w:r>
          </w:p>
        </w:tc>
        <w:tc>
          <w:tcPr>
            <w:tcW w:w="850" w:type="dxa"/>
            <w:tcBorders>
              <w:top w:val="single" w:sz="2" w:space="0" w:color="000000"/>
              <w:left w:val="single" w:sz="2" w:space="0" w:color="000000"/>
              <w:bottom w:val="single" w:sz="2" w:space="0" w:color="000000"/>
              <w:right w:val="single" w:sz="2" w:space="0" w:color="000000"/>
            </w:tcBorders>
          </w:tcPr>
          <w:p w14:paraId="6D01F5F7"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F45E4A3"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7612E3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63798BA"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DEAE4BF"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C58707A"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561B5C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26</w:t>
            </w:r>
          </w:p>
        </w:tc>
        <w:tc>
          <w:tcPr>
            <w:tcW w:w="3402" w:type="dxa"/>
            <w:tcBorders>
              <w:top w:val="single" w:sz="2" w:space="0" w:color="000000"/>
              <w:left w:val="single" w:sz="2" w:space="0" w:color="000000"/>
              <w:bottom w:val="single" w:sz="2" w:space="0" w:color="000000"/>
              <w:right w:val="single" w:sz="2" w:space="0" w:color="000000"/>
            </w:tcBorders>
          </w:tcPr>
          <w:p w14:paraId="50880862"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Имитационные упражнения техники передвижения на лыжах скользящим шагом</w:t>
            </w:r>
          </w:p>
        </w:tc>
        <w:tc>
          <w:tcPr>
            <w:tcW w:w="850" w:type="dxa"/>
            <w:tcBorders>
              <w:top w:val="single" w:sz="2" w:space="0" w:color="000000"/>
              <w:left w:val="single" w:sz="2" w:space="0" w:color="000000"/>
              <w:bottom w:val="single" w:sz="2" w:space="0" w:color="000000"/>
              <w:right w:val="single" w:sz="2" w:space="0" w:color="000000"/>
            </w:tcBorders>
          </w:tcPr>
          <w:p w14:paraId="0DB67710"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C026406"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2C41165"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6DC3A03"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9AA7BB4"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D18B572"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7DFA1C2"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27</w:t>
            </w:r>
          </w:p>
        </w:tc>
        <w:tc>
          <w:tcPr>
            <w:tcW w:w="3402" w:type="dxa"/>
            <w:tcBorders>
              <w:top w:val="single" w:sz="2" w:space="0" w:color="000000"/>
              <w:left w:val="single" w:sz="2" w:space="0" w:color="000000"/>
              <w:bottom w:val="single" w:sz="2" w:space="0" w:color="000000"/>
              <w:right w:val="single" w:sz="2" w:space="0" w:color="000000"/>
            </w:tcBorders>
          </w:tcPr>
          <w:p w14:paraId="194D541D" w14:textId="77777777" w:rsidR="000B6566" w:rsidRPr="00B10C3C" w:rsidRDefault="000B6566" w:rsidP="008B2A58">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Техника передвижения скользящим шагом в полной координации</w:t>
            </w:r>
          </w:p>
        </w:tc>
        <w:tc>
          <w:tcPr>
            <w:tcW w:w="850" w:type="dxa"/>
            <w:tcBorders>
              <w:top w:val="single" w:sz="2" w:space="0" w:color="000000"/>
              <w:left w:val="single" w:sz="2" w:space="0" w:color="000000"/>
              <w:bottom w:val="single" w:sz="2" w:space="0" w:color="000000"/>
              <w:right w:val="single" w:sz="2" w:space="0" w:color="000000"/>
            </w:tcBorders>
          </w:tcPr>
          <w:p w14:paraId="46A09EB2"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1AF4FB6B"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35DE8C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4B8CB6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405FFA78"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A44956E"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7F5A6CF"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28</w:t>
            </w:r>
          </w:p>
        </w:tc>
        <w:tc>
          <w:tcPr>
            <w:tcW w:w="3402" w:type="dxa"/>
            <w:tcBorders>
              <w:top w:val="single" w:sz="2" w:space="0" w:color="000000"/>
              <w:left w:val="single" w:sz="2" w:space="0" w:color="000000"/>
              <w:bottom w:val="single" w:sz="2" w:space="0" w:color="000000"/>
              <w:right w:val="single" w:sz="2" w:space="0" w:color="000000"/>
            </w:tcBorders>
          </w:tcPr>
          <w:p w14:paraId="260D4F95"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Упражнения в передвижении с равномерной скоростью</w:t>
            </w:r>
          </w:p>
        </w:tc>
        <w:tc>
          <w:tcPr>
            <w:tcW w:w="850" w:type="dxa"/>
            <w:tcBorders>
              <w:top w:val="single" w:sz="2" w:space="0" w:color="000000"/>
              <w:left w:val="single" w:sz="2" w:space="0" w:color="000000"/>
              <w:bottom w:val="single" w:sz="2" w:space="0" w:color="000000"/>
              <w:right w:val="single" w:sz="2" w:space="0" w:color="000000"/>
            </w:tcBorders>
          </w:tcPr>
          <w:p w14:paraId="67B2CEAF"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1AFFB52"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7495A45"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418EEF9"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4B947B22"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18BF7DF"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4255AC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30</w:t>
            </w:r>
          </w:p>
        </w:tc>
        <w:tc>
          <w:tcPr>
            <w:tcW w:w="3402" w:type="dxa"/>
            <w:tcBorders>
              <w:top w:val="single" w:sz="2" w:space="0" w:color="000000"/>
              <w:left w:val="single" w:sz="2" w:space="0" w:color="000000"/>
              <w:bottom w:val="single" w:sz="2" w:space="0" w:color="000000"/>
              <w:right w:val="single" w:sz="2" w:space="0" w:color="000000"/>
            </w:tcBorders>
          </w:tcPr>
          <w:p w14:paraId="38185883"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Упражнения в передвижении с изменением скорости</w:t>
            </w:r>
          </w:p>
        </w:tc>
        <w:tc>
          <w:tcPr>
            <w:tcW w:w="850" w:type="dxa"/>
            <w:tcBorders>
              <w:top w:val="single" w:sz="2" w:space="0" w:color="000000"/>
              <w:left w:val="single" w:sz="2" w:space="0" w:color="000000"/>
              <w:bottom w:val="single" w:sz="2" w:space="0" w:color="000000"/>
              <w:right w:val="single" w:sz="2" w:space="0" w:color="000000"/>
            </w:tcBorders>
          </w:tcPr>
          <w:p w14:paraId="190879BA"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53289C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EDC230F"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E39BDDB"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835585F"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8E6C826"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1B10B2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31</w:t>
            </w:r>
          </w:p>
        </w:tc>
        <w:tc>
          <w:tcPr>
            <w:tcW w:w="3402" w:type="dxa"/>
            <w:tcBorders>
              <w:top w:val="single" w:sz="2" w:space="0" w:color="000000"/>
              <w:left w:val="single" w:sz="2" w:space="0" w:color="000000"/>
              <w:bottom w:val="single" w:sz="2" w:space="0" w:color="000000"/>
              <w:right w:val="single" w:sz="2" w:space="0" w:color="000000"/>
            </w:tcBorders>
          </w:tcPr>
          <w:p w14:paraId="00062C58" w14:textId="77777777" w:rsidR="000B6566" w:rsidRPr="00B10C3C" w:rsidRDefault="000B6566" w:rsidP="008B2A58">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Обучение равномерному бегу в колонне по одному с невысокой скоростью </w:t>
            </w:r>
          </w:p>
        </w:tc>
        <w:tc>
          <w:tcPr>
            <w:tcW w:w="850" w:type="dxa"/>
            <w:tcBorders>
              <w:top w:val="single" w:sz="2" w:space="0" w:color="000000"/>
              <w:left w:val="single" w:sz="2" w:space="0" w:color="000000"/>
              <w:bottom w:val="single" w:sz="2" w:space="0" w:color="000000"/>
              <w:right w:val="single" w:sz="2" w:space="0" w:color="000000"/>
            </w:tcBorders>
          </w:tcPr>
          <w:p w14:paraId="07DFD689"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135F07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7D572F5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4C08CA4"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9E031E4"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A8CD859"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8994F3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32</w:t>
            </w:r>
          </w:p>
        </w:tc>
        <w:tc>
          <w:tcPr>
            <w:tcW w:w="3402" w:type="dxa"/>
            <w:tcBorders>
              <w:top w:val="single" w:sz="2" w:space="0" w:color="000000"/>
              <w:left w:val="single" w:sz="2" w:space="0" w:color="000000"/>
              <w:bottom w:val="single" w:sz="2" w:space="0" w:color="000000"/>
              <w:right w:val="single" w:sz="2" w:space="0" w:color="000000"/>
            </w:tcBorders>
          </w:tcPr>
          <w:p w14:paraId="2C80E306"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Обучение равномерному бегу в колонне по одному с разной скоростью передвижения</w:t>
            </w:r>
          </w:p>
        </w:tc>
        <w:tc>
          <w:tcPr>
            <w:tcW w:w="850" w:type="dxa"/>
            <w:tcBorders>
              <w:top w:val="single" w:sz="2" w:space="0" w:color="000000"/>
              <w:left w:val="single" w:sz="2" w:space="0" w:color="000000"/>
              <w:bottom w:val="single" w:sz="2" w:space="0" w:color="000000"/>
              <w:right w:val="single" w:sz="2" w:space="0" w:color="000000"/>
            </w:tcBorders>
          </w:tcPr>
          <w:p w14:paraId="67922256"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C3C302E"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C1146F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DDCBED0"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890EACF"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F4CDE12"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8549D4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33</w:t>
            </w:r>
          </w:p>
        </w:tc>
        <w:tc>
          <w:tcPr>
            <w:tcW w:w="3402" w:type="dxa"/>
            <w:tcBorders>
              <w:top w:val="single" w:sz="2" w:space="0" w:color="000000"/>
              <w:left w:val="single" w:sz="2" w:space="0" w:color="000000"/>
              <w:bottom w:val="single" w:sz="2" w:space="0" w:color="000000"/>
              <w:right w:val="single" w:sz="2" w:space="0" w:color="000000"/>
            </w:tcBorders>
          </w:tcPr>
          <w:p w14:paraId="6123A468"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Правила выполнения прыжка в длину с места </w:t>
            </w:r>
          </w:p>
        </w:tc>
        <w:tc>
          <w:tcPr>
            <w:tcW w:w="850" w:type="dxa"/>
            <w:tcBorders>
              <w:top w:val="single" w:sz="2" w:space="0" w:color="000000"/>
              <w:left w:val="single" w:sz="2" w:space="0" w:color="000000"/>
              <w:bottom w:val="single" w:sz="2" w:space="0" w:color="000000"/>
              <w:right w:val="single" w:sz="2" w:space="0" w:color="000000"/>
            </w:tcBorders>
          </w:tcPr>
          <w:p w14:paraId="2F67195A"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14456EE"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5C7BC0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A846081"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3773583"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E59671B"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2F03F92"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34</w:t>
            </w:r>
          </w:p>
        </w:tc>
        <w:tc>
          <w:tcPr>
            <w:tcW w:w="3402" w:type="dxa"/>
            <w:tcBorders>
              <w:top w:val="single" w:sz="2" w:space="0" w:color="000000"/>
              <w:left w:val="single" w:sz="2" w:space="0" w:color="000000"/>
              <w:bottom w:val="single" w:sz="2" w:space="0" w:color="000000"/>
              <w:right w:val="single" w:sz="2" w:space="0" w:color="000000"/>
            </w:tcBorders>
          </w:tcPr>
          <w:p w14:paraId="55C36E26"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одновременного отталкивания двумя ногами</w:t>
            </w:r>
          </w:p>
        </w:tc>
        <w:tc>
          <w:tcPr>
            <w:tcW w:w="850" w:type="dxa"/>
            <w:tcBorders>
              <w:top w:val="single" w:sz="2" w:space="0" w:color="000000"/>
              <w:left w:val="single" w:sz="2" w:space="0" w:color="000000"/>
              <w:bottom w:val="single" w:sz="2" w:space="0" w:color="000000"/>
              <w:right w:val="single" w:sz="2" w:space="0" w:color="000000"/>
            </w:tcBorders>
          </w:tcPr>
          <w:p w14:paraId="456584CB"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2A43A2F"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159002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E66D0C5"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9640D27"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4B8D938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6D5842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35</w:t>
            </w:r>
          </w:p>
        </w:tc>
        <w:tc>
          <w:tcPr>
            <w:tcW w:w="3402" w:type="dxa"/>
            <w:tcBorders>
              <w:top w:val="single" w:sz="2" w:space="0" w:color="000000"/>
              <w:left w:val="single" w:sz="2" w:space="0" w:color="000000"/>
              <w:bottom w:val="single" w:sz="2" w:space="0" w:color="000000"/>
              <w:right w:val="single" w:sz="2" w:space="0" w:color="000000"/>
            </w:tcBorders>
          </w:tcPr>
          <w:p w14:paraId="083A8949"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Приземление после спрыгивания с горки матов </w:t>
            </w:r>
          </w:p>
        </w:tc>
        <w:tc>
          <w:tcPr>
            <w:tcW w:w="850" w:type="dxa"/>
            <w:tcBorders>
              <w:top w:val="single" w:sz="2" w:space="0" w:color="000000"/>
              <w:left w:val="single" w:sz="2" w:space="0" w:color="000000"/>
              <w:bottom w:val="single" w:sz="2" w:space="0" w:color="000000"/>
              <w:right w:val="single" w:sz="2" w:space="0" w:color="000000"/>
            </w:tcBorders>
          </w:tcPr>
          <w:p w14:paraId="48B157D6"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6838DEC"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0FE8872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694C225"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3E8F861"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4774C4E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16095D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36</w:t>
            </w:r>
          </w:p>
        </w:tc>
        <w:tc>
          <w:tcPr>
            <w:tcW w:w="3402" w:type="dxa"/>
            <w:tcBorders>
              <w:top w:val="single" w:sz="2" w:space="0" w:color="000000"/>
              <w:left w:val="single" w:sz="2" w:space="0" w:color="000000"/>
              <w:bottom w:val="single" w:sz="2" w:space="0" w:color="000000"/>
              <w:right w:val="single" w:sz="2" w:space="0" w:color="000000"/>
            </w:tcBorders>
          </w:tcPr>
          <w:p w14:paraId="4161ABC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Обучение прыжку в длину с места в полной координации</w:t>
            </w:r>
          </w:p>
        </w:tc>
        <w:tc>
          <w:tcPr>
            <w:tcW w:w="850" w:type="dxa"/>
            <w:tcBorders>
              <w:top w:val="single" w:sz="2" w:space="0" w:color="000000"/>
              <w:left w:val="single" w:sz="2" w:space="0" w:color="000000"/>
              <w:bottom w:val="single" w:sz="2" w:space="0" w:color="000000"/>
              <w:right w:val="single" w:sz="2" w:space="0" w:color="000000"/>
            </w:tcBorders>
          </w:tcPr>
          <w:p w14:paraId="5B08CEFB"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BF96885"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A2BA164"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6DB428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04944702"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C8B091C"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5B2E66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37</w:t>
            </w:r>
          </w:p>
        </w:tc>
        <w:tc>
          <w:tcPr>
            <w:tcW w:w="3402" w:type="dxa"/>
            <w:tcBorders>
              <w:top w:val="single" w:sz="2" w:space="0" w:color="000000"/>
              <w:left w:val="single" w:sz="2" w:space="0" w:color="000000"/>
              <w:bottom w:val="single" w:sz="2" w:space="0" w:color="000000"/>
              <w:right w:val="single" w:sz="2" w:space="0" w:color="000000"/>
            </w:tcBorders>
          </w:tcPr>
          <w:p w14:paraId="1B3EBDE4"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техники выполнения прыжка в длину и в высоту с прямого разбега</w:t>
            </w:r>
          </w:p>
        </w:tc>
        <w:tc>
          <w:tcPr>
            <w:tcW w:w="850" w:type="dxa"/>
            <w:tcBorders>
              <w:top w:val="single" w:sz="2" w:space="0" w:color="000000"/>
              <w:left w:val="single" w:sz="2" w:space="0" w:color="000000"/>
              <w:bottom w:val="single" w:sz="2" w:space="0" w:color="000000"/>
              <w:right w:val="single" w:sz="2" w:space="0" w:color="000000"/>
            </w:tcBorders>
          </w:tcPr>
          <w:p w14:paraId="51078295"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8297528"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980500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A8A135A"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0E152722"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5F1E66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CE9552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38</w:t>
            </w:r>
          </w:p>
        </w:tc>
        <w:tc>
          <w:tcPr>
            <w:tcW w:w="3402" w:type="dxa"/>
            <w:tcBorders>
              <w:top w:val="single" w:sz="2" w:space="0" w:color="000000"/>
              <w:left w:val="single" w:sz="2" w:space="0" w:color="000000"/>
              <w:bottom w:val="single" w:sz="2" w:space="0" w:color="000000"/>
              <w:right w:val="single" w:sz="2" w:space="0" w:color="000000"/>
            </w:tcBorders>
          </w:tcPr>
          <w:p w14:paraId="7E73CAA5" w14:textId="77777777" w:rsidR="000B6566" w:rsidRPr="00B10C3C" w:rsidRDefault="000B6566" w:rsidP="00CF2336">
            <w:pPr>
              <w:spacing w:after="0"/>
              <w:rPr>
                <w:rFonts w:ascii="Times New Roman" w:eastAsia="Times New Roman" w:hAnsi="Times New Roman" w:cs="Times New Roman"/>
                <w:sz w:val="24"/>
                <w:szCs w:val="24"/>
                <w:lang w:eastAsia="ru-RU"/>
              </w:rPr>
            </w:pPr>
            <w:r w:rsidRPr="00B10C3C">
              <w:rPr>
                <w:rFonts w:ascii="Times New Roman" w:eastAsia="Times New Roman" w:hAnsi="Times New Roman" w:cs="Times New Roman"/>
                <w:sz w:val="24"/>
                <w:szCs w:val="24"/>
                <w:lang w:eastAsia="ru-RU"/>
              </w:rPr>
              <w:t xml:space="preserve">Разучивание фазы приземления из прыжка. </w:t>
            </w:r>
          </w:p>
        </w:tc>
        <w:tc>
          <w:tcPr>
            <w:tcW w:w="850" w:type="dxa"/>
            <w:tcBorders>
              <w:top w:val="single" w:sz="2" w:space="0" w:color="000000"/>
              <w:left w:val="single" w:sz="2" w:space="0" w:color="000000"/>
              <w:bottom w:val="single" w:sz="2" w:space="0" w:color="000000"/>
              <w:right w:val="single" w:sz="2" w:space="0" w:color="000000"/>
            </w:tcBorders>
          </w:tcPr>
          <w:p w14:paraId="3B321F37"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CE463D0"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0D5EC7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9DC88A4"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C72AA09"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E07DD9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C219E3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39</w:t>
            </w:r>
          </w:p>
        </w:tc>
        <w:tc>
          <w:tcPr>
            <w:tcW w:w="3402" w:type="dxa"/>
            <w:tcBorders>
              <w:top w:val="single" w:sz="2" w:space="0" w:color="000000"/>
              <w:left w:val="single" w:sz="2" w:space="0" w:color="000000"/>
              <w:bottom w:val="single" w:sz="2" w:space="0" w:color="000000"/>
              <w:right w:val="single" w:sz="2" w:space="0" w:color="000000"/>
            </w:tcBorders>
          </w:tcPr>
          <w:p w14:paraId="30BE994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фазы разбега и отталкивания в прыжке</w:t>
            </w:r>
          </w:p>
        </w:tc>
        <w:tc>
          <w:tcPr>
            <w:tcW w:w="850" w:type="dxa"/>
            <w:tcBorders>
              <w:top w:val="single" w:sz="2" w:space="0" w:color="000000"/>
              <w:left w:val="single" w:sz="2" w:space="0" w:color="000000"/>
              <w:bottom w:val="single" w:sz="2" w:space="0" w:color="000000"/>
              <w:right w:val="single" w:sz="2" w:space="0" w:color="000000"/>
            </w:tcBorders>
          </w:tcPr>
          <w:p w14:paraId="1B0B7D7B"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2D9AA1B"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135FA028"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68FE9E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6A0D5F24"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A243C9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2ECBD65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40</w:t>
            </w:r>
          </w:p>
        </w:tc>
        <w:tc>
          <w:tcPr>
            <w:tcW w:w="3402" w:type="dxa"/>
            <w:tcBorders>
              <w:top w:val="single" w:sz="2" w:space="0" w:color="000000"/>
              <w:left w:val="single" w:sz="2" w:space="0" w:color="000000"/>
              <w:bottom w:val="single" w:sz="2" w:space="0" w:color="000000"/>
              <w:right w:val="single" w:sz="2" w:space="0" w:color="000000"/>
            </w:tcBorders>
          </w:tcPr>
          <w:p w14:paraId="5CE9EF0A"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выполнения прыжка в длину с места</w:t>
            </w:r>
          </w:p>
        </w:tc>
        <w:tc>
          <w:tcPr>
            <w:tcW w:w="850" w:type="dxa"/>
            <w:tcBorders>
              <w:top w:val="single" w:sz="2" w:space="0" w:color="000000"/>
              <w:left w:val="single" w:sz="2" w:space="0" w:color="000000"/>
              <w:bottom w:val="single" w:sz="2" w:space="0" w:color="000000"/>
              <w:right w:val="single" w:sz="2" w:space="0" w:color="000000"/>
            </w:tcBorders>
          </w:tcPr>
          <w:p w14:paraId="1584380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C659BB7"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113800B"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423E130"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F82DB4E"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98C91F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B3647D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41</w:t>
            </w:r>
          </w:p>
        </w:tc>
        <w:tc>
          <w:tcPr>
            <w:tcW w:w="3402" w:type="dxa"/>
            <w:tcBorders>
              <w:top w:val="single" w:sz="2" w:space="0" w:color="000000"/>
              <w:left w:val="single" w:sz="2" w:space="0" w:color="000000"/>
              <w:bottom w:val="single" w:sz="2" w:space="0" w:color="000000"/>
              <w:right w:val="single" w:sz="2" w:space="0" w:color="000000"/>
            </w:tcBorders>
          </w:tcPr>
          <w:p w14:paraId="2C6F307E" w14:textId="77777777" w:rsidR="000B6566" w:rsidRPr="00B10C3C" w:rsidRDefault="000B6566" w:rsidP="00CF2336">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Считалки для подвижных игр</w:t>
            </w:r>
          </w:p>
        </w:tc>
        <w:tc>
          <w:tcPr>
            <w:tcW w:w="850" w:type="dxa"/>
            <w:tcBorders>
              <w:top w:val="single" w:sz="2" w:space="0" w:color="000000"/>
              <w:left w:val="single" w:sz="2" w:space="0" w:color="000000"/>
              <w:bottom w:val="single" w:sz="2" w:space="0" w:color="000000"/>
              <w:right w:val="single" w:sz="2" w:space="0" w:color="000000"/>
            </w:tcBorders>
          </w:tcPr>
          <w:p w14:paraId="40A41163"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13BE4F8"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1CBEE6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78616C6"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E248198"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E807A15"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0C974B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42</w:t>
            </w:r>
          </w:p>
        </w:tc>
        <w:tc>
          <w:tcPr>
            <w:tcW w:w="3402" w:type="dxa"/>
            <w:tcBorders>
              <w:top w:val="single" w:sz="2" w:space="0" w:color="000000"/>
              <w:left w:val="single" w:sz="2" w:space="0" w:color="000000"/>
              <w:bottom w:val="single" w:sz="2" w:space="0" w:color="000000"/>
              <w:right w:val="single" w:sz="2" w:space="0" w:color="000000"/>
            </w:tcBorders>
          </w:tcPr>
          <w:p w14:paraId="2B8FA092"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игровых действий и правил подвижных игр</w:t>
            </w:r>
          </w:p>
        </w:tc>
        <w:tc>
          <w:tcPr>
            <w:tcW w:w="850" w:type="dxa"/>
            <w:tcBorders>
              <w:top w:val="single" w:sz="2" w:space="0" w:color="000000"/>
              <w:left w:val="single" w:sz="2" w:space="0" w:color="000000"/>
              <w:bottom w:val="single" w:sz="2" w:space="0" w:color="000000"/>
              <w:right w:val="single" w:sz="2" w:space="0" w:color="000000"/>
            </w:tcBorders>
          </w:tcPr>
          <w:p w14:paraId="400FBFD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73F0A1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08733202"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65230CC"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A26D32E"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6EC8EB4"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1D84076"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43</w:t>
            </w:r>
          </w:p>
        </w:tc>
        <w:tc>
          <w:tcPr>
            <w:tcW w:w="3402" w:type="dxa"/>
            <w:tcBorders>
              <w:top w:val="single" w:sz="2" w:space="0" w:color="000000"/>
              <w:left w:val="single" w:sz="2" w:space="0" w:color="000000"/>
              <w:bottom w:val="single" w:sz="2" w:space="0" w:color="000000"/>
              <w:right w:val="single" w:sz="2" w:space="0" w:color="000000"/>
            </w:tcBorders>
          </w:tcPr>
          <w:p w14:paraId="202DB7A0"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Обучение способам организации игровых площадок</w:t>
            </w:r>
          </w:p>
        </w:tc>
        <w:tc>
          <w:tcPr>
            <w:tcW w:w="850" w:type="dxa"/>
            <w:tcBorders>
              <w:top w:val="single" w:sz="2" w:space="0" w:color="000000"/>
              <w:left w:val="single" w:sz="2" w:space="0" w:color="000000"/>
              <w:bottom w:val="single" w:sz="2" w:space="0" w:color="000000"/>
              <w:right w:val="single" w:sz="2" w:space="0" w:color="000000"/>
            </w:tcBorders>
          </w:tcPr>
          <w:p w14:paraId="14EA36EA"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84974EA"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51720E8"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3562D56"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C1619E7"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674512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C2B7CC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44</w:t>
            </w:r>
          </w:p>
        </w:tc>
        <w:tc>
          <w:tcPr>
            <w:tcW w:w="3402" w:type="dxa"/>
            <w:tcBorders>
              <w:top w:val="single" w:sz="2" w:space="0" w:color="000000"/>
              <w:left w:val="single" w:sz="2" w:space="0" w:color="000000"/>
              <w:bottom w:val="single" w:sz="2" w:space="0" w:color="000000"/>
              <w:right w:val="single" w:sz="2" w:space="0" w:color="000000"/>
            </w:tcBorders>
          </w:tcPr>
          <w:p w14:paraId="4B5F0C5A"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Самостоятельная организация и проведение подвижных игр</w:t>
            </w:r>
          </w:p>
        </w:tc>
        <w:tc>
          <w:tcPr>
            <w:tcW w:w="850" w:type="dxa"/>
            <w:tcBorders>
              <w:top w:val="single" w:sz="2" w:space="0" w:color="000000"/>
              <w:left w:val="single" w:sz="2" w:space="0" w:color="000000"/>
              <w:bottom w:val="single" w:sz="2" w:space="0" w:color="000000"/>
              <w:right w:val="single" w:sz="2" w:space="0" w:color="000000"/>
            </w:tcBorders>
          </w:tcPr>
          <w:p w14:paraId="1869B0AA"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9AB26AD"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5F7882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42FEB35"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5D5F2752"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0D794F4"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75B03C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45</w:t>
            </w:r>
          </w:p>
        </w:tc>
        <w:tc>
          <w:tcPr>
            <w:tcW w:w="3402" w:type="dxa"/>
            <w:tcBorders>
              <w:top w:val="single" w:sz="2" w:space="0" w:color="000000"/>
              <w:left w:val="single" w:sz="2" w:space="0" w:color="000000"/>
              <w:bottom w:val="single" w:sz="2" w:space="0" w:color="000000"/>
              <w:right w:val="single" w:sz="2" w:space="0" w:color="000000"/>
            </w:tcBorders>
          </w:tcPr>
          <w:p w14:paraId="59AC369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«Охотники и утки»</w:t>
            </w:r>
          </w:p>
        </w:tc>
        <w:tc>
          <w:tcPr>
            <w:tcW w:w="850" w:type="dxa"/>
            <w:tcBorders>
              <w:top w:val="single" w:sz="2" w:space="0" w:color="000000"/>
              <w:left w:val="single" w:sz="2" w:space="0" w:color="000000"/>
              <w:bottom w:val="single" w:sz="2" w:space="0" w:color="000000"/>
              <w:right w:val="single" w:sz="2" w:space="0" w:color="000000"/>
            </w:tcBorders>
          </w:tcPr>
          <w:p w14:paraId="3EB633A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EE7E1AF"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0C9DEE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B780B3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75346FF"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3478AFA"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97A3944"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46</w:t>
            </w:r>
          </w:p>
          <w:p w14:paraId="60F3E3BB" w14:textId="77777777" w:rsidR="000B6566" w:rsidRPr="00B10C3C" w:rsidRDefault="000B6566" w:rsidP="008A41DE">
            <w:pPr>
              <w:rPr>
                <w:rFonts w:ascii="Times New Roman" w:hAnsi="Times New Roman" w:cs="Times New Roman"/>
                <w:color w:val="000000" w:themeColor="text1"/>
                <w:sz w:val="24"/>
                <w:szCs w:val="24"/>
              </w:rPr>
            </w:pPr>
          </w:p>
        </w:tc>
        <w:tc>
          <w:tcPr>
            <w:tcW w:w="3402" w:type="dxa"/>
            <w:tcBorders>
              <w:top w:val="single" w:sz="2" w:space="0" w:color="000000"/>
              <w:left w:val="single" w:sz="2" w:space="0" w:color="000000"/>
              <w:bottom w:val="single" w:sz="2" w:space="0" w:color="000000"/>
              <w:right w:val="single" w:sz="2" w:space="0" w:color="000000"/>
            </w:tcBorders>
          </w:tcPr>
          <w:p w14:paraId="07746ADB"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«Не попади в болото»</w:t>
            </w:r>
          </w:p>
        </w:tc>
        <w:tc>
          <w:tcPr>
            <w:tcW w:w="850" w:type="dxa"/>
            <w:tcBorders>
              <w:top w:val="single" w:sz="2" w:space="0" w:color="000000"/>
              <w:left w:val="single" w:sz="2" w:space="0" w:color="000000"/>
              <w:bottom w:val="single" w:sz="2" w:space="0" w:color="000000"/>
              <w:right w:val="single" w:sz="2" w:space="0" w:color="000000"/>
            </w:tcBorders>
          </w:tcPr>
          <w:p w14:paraId="183418F2"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1ADB70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205393D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415A473D"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F6BBD3C"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419958E"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AAB6D0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47</w:t>
            </w:r>
          </w:p>
        </w:tc>
        <w:tc>
          <w:tcPr>
            <w:tcW w:w="3402" w:type="dxa"/>
            <w:tcBorders>
              <w:top w:val="single" w:sz="2" w:space="0" w:color="000000"/>
              <w:left w:val="single" w:sz="2" w:space="0" w:color="000000"/>
              <w:bottom w:val="single" w:sz="2" w:space="0" w:color="000000"/>
              <w:right w:val="single" w:sz="2" w:space="0" w:color="000000"/>
            </w:tcBorders>
          </w:tcPr>
          <w:p w14:paraId="6D82F8C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«Не оступись»</w:t>
            </w:r>
          </w:p>
        </w:tc>
        <w:tc>
          <w:tcPr>
            <w:tcW w:w="850" w:type="dxa"/>
            <w:tcBorders>
              <w:top w:val="single" w:sz="2" w:space="0" w:color="000000"/>
              <w:left w:val="single" w:sz="2" w:space="0" w:color="000000"/>
              <w:bottom w:val="single" w:sz="2" w:space="0" w:color="000000"/>
              <w:right w:val="single" w:sz="2" w:space="0" w:color="000000"/>
            </w:tcBorders>
          </w:tcPr>
          <w:p w14:paraId="548E52C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30A01D7"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1F590BC"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4BE7169"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9119F50"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14271F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48B4C1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48</w:t>
            </w:r>
          </w:p>
        </w:tc>
        <w:tc>
          <w:tcPr>
            <w:tcW w:w="3402" w:type="dxa"/>
            <w:tcBorders>
              <w:top w:val="single" w:sz="2" w:space="0" w:color="000000"/>
              <w:left w:val="single" w:sz="2" w:space="0" w:color="000000"/>
              <w:bottom w:val="single" w:sz="2" w:space="0" w:color="000000"/>
              <w:right w:val="single" w:sz="2" w:space="0" w:color="000000"/>
            </w:tcBorders>
          </w:tcPr>
          <w:p w14:paraId="3EF2F096" w14:textId="77777777" w:rsidR="000B6566" w:rsidRPr="00B10C3C" w:rsidRDefault="000B6566" w:rsidP="008B2A58">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«Кто больше соберет яблок»</w:t>
            </w:r>
          </w:p>
        </w:tc>
        <w:tc>
          <w:tcPr>
            <w:tcW w:w="850" w:type="dxa"/>
            <w:tcBorders>
              <w:top w:val="single" w:sz="2" w:space="0" w:color="000000"/>
              <w:left w:val="single" w:sz="2" w:space="0" w:color="000000"/>
              <w:bottom w:val="single" w:sz="2" w:space="0" w:color="000000"/>
              <w:right w:val="single" w:sz="2" w:space="0" w:color="000000"/>
            </w:tcBorders>
          </w:tcPr>
          <w:p w14:paraId="0904895B"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E1619E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00EBEB4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75AE36D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77AE8D1"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493B64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6D1AFAF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49</w:t>
            </w:r>
          </w:p>
        </w:tc>
        <w:tc>
          <w:tcPr>
            <w:tcW w:w="3402" w:type="dxa"/>
            <w:tcBorders>
              <w:top w:val="single" w:sz="2" w:space="0" w:color="000000"/>
              <w:left w:val="single" w:sz="2" w:space="0" w:color="000000"/>
              <w:bottom w:val="single" w:sz="2" w:space="0" w:color="000000"/>
              <w:right w:val="single" w:sz="2" w:space="0" w:color="000000"/>
            </w:tcBorders>
          </w:tcPr>
          <w:p w14:paraId="3F1B3864" w14:textId="77777777" w:rsidR="000B6566" w:rsidRPr="00B10C3C" w:rsidRDefault="000B6566" w:rsidP="004B5ED7">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«Брось-поймай»</w:t>
            </w:r>
          </w:p>
        </w:tc>
        <w:tc>
          <w:tcPr>
            <w:tcW w:w="850" w:type="dxa"/>
            <w:tcBorders>
              <w:top w:val="single" w:sz="2" w:space="0" w:color="000000"/>
              <w:left w:val="single" w:sz="2" w:space="0" w:color="000000"/>
              <w:bottom w:val="single" w:sz="2" w:space="0" w:color="000000"/>
              <w:right w:val="single" w:sz="2" w:space="0" w:color="000000"/>
            </w:tcBorders>
          </w:tcPr>
          <w:p w14:paraId="124F252E"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15208D1"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328E8C2"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376221D"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60763FD"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B7F5B4E"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1C3B12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50</w:t>
            </w:r>
          </w:p>
        </w:tc>
        <w:tc>
          <w:tcPr>
            <w:tcW w:w="3402" w:type="dxa"/>
            <w:tcBorders>
              <w:top w:val="single" w:sz="2" w:space="0" w:color="000000"/>
              <w:left w:val="single" w:sz="2" w:space="0" w:color="000000"/>
              <w:bottom w:val="single" w:sz="2" w:space="0" w:color="000000"/>
              <w:right w:val="single" w:sz="2" w:space="0" w:color="000000"/>
            </w:tcBorders>
          </w:tcPr>
          <w:p w14:paraId="0B711C3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Разучивание подвижной игры «Пингвины с мячом»</w:t>
            </w:r>
          </w:p>
        </w:tc>
        <w:tc>
          <w:tcPr>
            <w:tcW w:w="850" w:type="dxa"/>
            <w:tcBorders>
              <w:top w:val="single" w:sz="2" w:space="0" w:color="000000"/>
              <w:left w:val="single" w:sz="2" w:space="0" w:color="000000"/>
              <w:bottom w:val="single" w:sz="2" w:space="0" w:color="000000"/>
              <w:right w:val="single" w:sz="2" w:space="0" w:color="000000"/>
            </w:tcBorders>
          </w:tcPr>
          <w:p w14:paraId="0D531530" w14:textId="77777777" w:rsidR="000B6566" w:rsidRPr="004A0020" w:rsidRDefault="004A0020" w:rsidP="004A0020">
            <w:pPr>
              <w:pStyle w:val="21"/>
              <w:jc w:val="center"/>
              <w:rPr>
                <w:rFonts w:ascii="Times New Roman" w:hAnsi="Times New Roman" w:cs="Times New Roman"/>
                <w:b w:val="0"/>
                <w:sz w:val="24"/>
                <w:szCs w:val="24"/>
                <w:lang w:val="en-US"/>
              </w:rPr>
            </w:pPr>
            <w:r w:rsidRPr="004A0020">
              <w:rPr>
                <w:rFonts w:ascii="Times New Roman" w:hAnsi="Times New Roman" w:cs="Times New Roman"/>
                <w:b w:val="0"/>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7608B4F"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DCD2A5E"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2DF3BBB"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690337C4"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9A4F19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FDE97E7"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51</w:t>
            </w:r>
          </w:p>
        </w:tc>
        <w:tc>
          <w:tcPr>
            <w:tcW w:w="3402" w:type="dxa"/>
            <w:tcBorders>
              <w:top w:val="single" w:sz="2" w:space="0" w:color="000000"/>
              <w:left w:val="single" w:sz="2" w:space="0" w:color="000000"/>
              <w:bottom w:val="single" w:sz="2" w:space="0" w:color="000000"/>
              <w:right w:val="single" w:sz="2" w:space="0" w:color="000000"/>
            </w:tcBorders>
          </w:tcPr>
          <w:p w14:paraId="3976473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ГТО – что это такое? История ГТО. Спортивные нормативы</w:t>
            </w:r>
          </w:p>
        </w:tc>
        <w:tc>
          <w:tcPr>
            <w:tcW w:w="850" w:type="dxa"/>
            <w:tcBorders>
              <w:top w:val="single" w:sz="2" w:space="0" w:color="000000"/>
              <w:left w:val="single" w:sz="2" w:space="0" w:color="000000"/>
              <w:bottom w:val="single" w:sz="2" w:space="0" w:color="000000"/>
              <w:right w:val="single" w:sz="2" w:space="0" w:color="000000"/>
            </w:tcBorders>
          </w:tcPr>
          <w:p w14:paraId="09970211"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1370E0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8222A2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1B85E42"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6904D67A" w14:textId="77777777" w:rsidR="000B6566" w:rsidRPr="00B10C3C" w:rsidRDefault="002E1413"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602EBFF"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7D6186F"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52</w:t>
            </w:r>
          </w:p>
        </w:tc>
        <w:tc>
          <w:tcPr>
            <w:tcW w:w="3402" w:type="dxa"/>
            <w:tcBorders>
              <w:top w:val="single" w:sz="2" w:space="0" w:color="000000"/>
              <w:left w:val="single" w:sz="2" w:space="0" w:color="000000"/>
              <w:bottom w:val="single" w:sz="2" w:space="0" w:color="000000"/>
              <w:right w:val="single" w:sz="2" w:space="0" w:color="000000"/>
            </w:tcBorders>
          </w:tcPr>
          <w:p w14:paraId="7B7432A9"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Основные правила, ТБ на уроках, особенности проведения испытаний (тестов) ВФСК ГТО</w:t>
            </w:r>
          </w:p>
        </w:tc>
        <w:tc>
          <w:tcPr>
            <w:tcW w:w="850" w:type="dxa"/>
            <w:tcBorders>
              <w:top w:val="single" w:sz="2" w:space="0" w:color="000000"/>
              <w:left w:val="single" w:sz="2" w:space="0" w:color="000000"/>
              <w:bottom w:val="single" w:sz="2" w:space="0" w:color="000000"/>
              <w:right w:val="single" w:sz="2" w:space="0" w:color="000000"/>
            </w:tcBorders>
          </w:tcPr>
          <w:p w14:paraId="33C88384"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E6A3E30" w14:textId="77777777" w:rsidR="000B6566" w:rsidRPr="00847894" w:rsidRDefault="00847894" w:rsidP="008000C9">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CE08C1B"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D6BCB64" w14:textId="77777777" w:rsidR="000B6566" w:rsidRPr="00B10C3C" w:rsidRDefault="000B6566" w:rsidP="008000C9">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B667E29" w14:textId="77777777" w:rsidR="000B6566" w:rsidRPr="00B10C3C" w:rsidRDefault="004A0020"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6C9F938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9246E47"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53</w:t>
            </w:r>
          </w:p>
        </w:tc>
        <w:tc>
          <w:tcPr>
            <w:tcW w:w="3402" w:type="dxa"/>
            <w:tcBorders>
              <w:top w:val="single" w:sz="2" w:space="0" w:color="000000"/>
              <w:left w:val="single" w:sz="2" w:space="0" w:color="000000"/>
              <w:bottom w:val="single" w:sz="2" w:space="0" w:color="000000"/>
              <w:right w:val="single" w:sz="2" w:space="0" w:color="000000"/>
            </w:tcBorders>
          </w:tcPr>
          <w:p w14:paraId="65A76F0F"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Бег на 10м и 30м.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635C8769"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6FC3B5BC" w14:textId="77777777" w:rsidR="000B6566" w:rsidRPr="00847894" w:rsidRDefault="00847894" w:rsidP="008000C9">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21FF165"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E7C9285" w14:textId="77777777" w:rsidR="000B6566" w:rsidRPr="00B10C3C" w:rsidRDefault="000B6566" w:rsidP="008000C9">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6C0DE88E" w14:textId="77777777" w:rsidR="000B6566" w:rsidRPr="00B10C3C" w:rsidRDefault="004A0020"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B39F16E"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0EBC3AA"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54</w:t>
            </w:r>
          </w:p>
        </w:tc>
        <w:tc>
          <w:tcPr>
            <w:tcW w:w="3402" w:type="dxa"/>
            <w:tcBorders>
              <w:top w:val="single" w:sz="2" w:space="0" w:color="000000"/>
              <w:left w:val="single" w:sz="2" w:space="0" w:color="000000"/>
              <w:bottom w:val="single" w:sz="2" w:space="0" w:color="000000"/>
              <w:right w:val="single" w:sz="2" w:space="0" w:color="000000"/>
            </w:tcBorders>
          </w:tcPr>
          <w:p w14:paraId="2FBE22F5"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Бег на 10м и 30м.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2C4FCE72"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CAFC32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DDEA3E8"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7142D4F8"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2BF11832"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17ED29A3" w14:textId="77777777" w:rsidTr="00847894">
        <w:tc>
          <w:tcPr>
            <w:tcW w:w="568" w:type="dxa"/>
            <w:tcBorders>
              <w:top w:val="single" w:sz="2" w:space="0" w:color="000000"/>
              <w:left w:val="single" w:sz="2" w:space="0" w:color="000000"/>
              <w:bottom w:val="single" w:sz="2" w:space="0" w:color="000000"/>
              <w:right w:val="single" w:sz="2" w:space="0" w:color="000000"/>
            </w:tcBorders>
          </w:tcPr>
          <w:p w14:paraId="58EFFCCD"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55</w:t>
            </w:r>
          </w:p>
        </w:tc>
        <w:tc>
          <w:tcPr>
            <w:tcW w:w="3402" w:type="dxa"/>
            <w:tcBorders>
              <w:top w:val="single" w:sz="2" w:space="0" w:color="000000"/>
              <w:left w:val="single" w:sz="2" w:space="0" w:color="000000"/>
              <w:bottom w:val="single" w:sz="2" w:space="0" w:color="000000"/>
              <w:right w:val="single" w:sz="2" w:space="0" w:color="000000"/>
            </w:tcBorders>
          </w:tcPr>
          <w:p w14:paraId="09C21746"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Смешанное передвижение.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760380E3"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7F7487F6" w14:textId="77777777" w:rsidR="000B6566" w:rsidRPr="00847894" w:rsidRDefault="00847894" w:rsidP="008000C9">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3490E02E"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34F50945" w14:textId="77777777" w:rsidR="000B6566" w:rsidRPr="00B10C3C" w:rsidRDefault="000B6566" w:rsidP="008000C9">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7717DA0" w14:textId="77777777" w:rsidR="000B6566" w:rsidRPr="00B10C3C" w:rsidRDefault="004A0020"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B9252B8"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06302C6"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56</w:t>
            </w:r>
          </w:p>
        </w:tc>
        <w:tc>
          <w:tcPr>
            <w:tcW w:w="3402" w:type="dxa"/>
            <w:tcBorders>
              <w:top w:val="single" w:sz="2" w:space="0" w:color="000000"/>
              <w:left w:val="single" w:sz="2" w:space="0" w:color="000000"/>
              <w:bottom w:val="single" w:sz="2" w:space="0" w:color="000000"/>
              <w:right w:val="single" w:sz="2" w:space="0" w:color="000000"/>
            </w:tcBorders>
          </w:tcPr>
          <w:p w14:paraId="716E0E03" w14:textId="77777777" w:rsidR="000B6566" w:rsidRPr="00B10C3C" w:rsidRDefault="000B6566" w:rsidP="008000C9">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Смешанное передвижение.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261C901D" w14:textId="77777777" w:rsidR="000B6566" w:rsidRPr="004A0020" w:rsidRDefault="004A0020" w:rsidP="004A0020">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0D17689" w14:textId="77777777" w:rsidR="000B6566" w:rsidRPr="00847894" w:rsidRDefault="00847894" w:rsidP="008000C9">
            <w:pPr>
              <w:spacing w:after="0"/>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EBD42FA" w14:textId="77777777" w:rsidR="000B6566" w:rsidRPr="00847894" w:rsidRDefault="00847894" w:rsidP="00847894">
            <w:pPr>
              <w:spacing w:after="0"/>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DBF6F86" w14:textId="77777777" w:rsidR="000B6566" w:rsidRPr="00B10C3C" w:rsidRDefault="000B6566" w:rsidP="008000C9">
            <w:pPr>
              <w:spacing w:after="0"/>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64264783" w14:textId="77777777" w:rsidR="000B6566" w:rsidRPr="00B10C3C" w:rsidRDefault="004A0020" w:rsidP="008000C9">
            <w:pPr>
              <w:spacing w:after="0"/>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2A371673" w14:textId="77777777" w:rsidTr="00847894">
        <w:tc>
          <w:tcPr>
            <w:tcW w:w="568" w:type="dxa"/>
            <w:tcBorders>
              <w:top w:val="single" w:sz="2" w:space="0" w:color="000000"/>
              <w:left w:val="single" w:sz="2" w:space="0" w:color="000000"/>
              <w:bottom w:val="single" w:sz="2" w:space="0" w:color="000000"/>
              <w:right w:val="single" w:sz="2" w:space="0" w:color="000000"/>
            </w:tcBorders>
          </w:tcPr>
          <w:p w14:paraId="277C266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57</w:t>
            </w:r>
          </w:p>
        </w:tc>
        <w:tc>
          <w:tcPr>
            <w:tcW w:w="3402" w:type="dxa"/>
            <w:tcBorders>
              <w:top w:val="single" w:sz="2" w:space="0" w:color="000000"/>
              <w:left w:val="single" w:sz="2" w:space="0" w:color="000000"/>
              <w:bottom w:val="single" w:sz="2" w:space="0" w:color="000000"/>
              <w:right w:val="single" w:sz="2" w:space="0" w:color="000000"/>
            </w:tcBorders>
          </w:tcPr>
          <w:p w14:paraId="60DAE54F" w14:textId="77777777" w:rsidR="000B6566" w:rsidRPr="00B10C3C" w:rsidRDefault="000B6566" w:rsidP="00B10C3C">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Ходьба на лыжах.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489BED01"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0E00905"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DC6CD7F"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EC66251"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BB6ADD1"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B81A8E7" w14:textId="77777777" w:rsidTr="00847894">
        <w:tc>
          <w:tcPr>
            <w:tcW w:w="568" w:type="dxa"/>
            <w:tcBorders>
              <w:top w:val="single" w:sz="2" w:space="0" w:color="000000"/>
              <w:left w:val="single" w:sz="2" w:space="0" w:color="000000"/>
              <w:bottom w:val="single" w:sz="2" w:space="0" w:color="000000"/>
              <w:right w:val="single" w:sz="2" w:space="0" w:color="000000"/>
            </w:tcBorders>
          </w:tcPr>
          <w:p w14:paraId="1E65066E"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58</w:t>
            </w:r>
          </w:p>
        </w:tc>
        <w:tc>
          <w:tcPr>
            <w:tcW w:w="3402" w:type="dxa"/>
            <w:tcBorders>
              <w:top w:val="single" w:sz="2" w:space="0" w:color="000000"/>
              <w:left w:val="single" w:sz="2" w:space="0" w:color="000000"/>
              <w:bottom w:val="single" w:sz="2" w:space="0" w:color="000000"/>
              <w:right w:val="single" w:sz="2" w:space="0" w:color="000000"/>
            </w:tcBorders>
          </w:tcPr>
          <w:p w14:paraId="24B47CD5" w14:textId="77777777" w:rsidR="000B6566" w:rsidRPr="00B10C3C" w:rsidRDefault="000B6566" w:rsidP="00B10C3C">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Ходьба на лыжах.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3B25CD2C"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43CEA00"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1FE9D3C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86D26BE"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E74377E"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1DFDBAA"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8396E61"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59</w:t>
            </w:r>
          </w:p>
        </w:tc>
        <w:tc>
          <w:tcPr>
            <w:tcW w:w="3402" w:type="dxa"/>
            <w:tcBorders>
              <w:top w:val="single" w:sz="2" w:space="0" w:color="000000"/>
              <w:left w:val="single" w:sz="2" w:space="0" w:color="000000"/>
              <w:bottom w:val="single" w:sz="2" w:space="0" w:color="000000"/>
              <w:right w:val="single" w:sz="2" w:space="0" w:color="000000"/>
            </w:tcBorders>
          </w:tcPr>
          <w:p w14:paraId="1E4C2528" w14:textId="77777777" w:rsidR="000B6566" w:rsidRPr="00B10C3C" w:rsidRDefault="000B6566" w:rsidP="004B5ED7">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6-ти минутный бег.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6A3A1F8F"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52D99B59"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01297C7A"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F991150"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E39FE5C"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2EF0C3A" w14:textId="77777777" w:rsidTr="00847894">
        <w:tc>
          <w:tcPr>
            <w:tcW w:w="568" w:type="dxa"/>
            <w:tcBorders>
              <w:top w:val="single" w:sz="2" w:space="0" w:color="000000"/>
              <w:left w:val="single" w:sz="2" w:space="0" w:color="000000"/>
              <w:bottom w:val="single" w:sz="2" w:space="0" w:color="000000"/>
              <w:right w:val="single" w:sz="2" w:space="0" w:color="000000"/>
            </w:tcBorders>
          </w:tcPr>
          <w:p w14:paraId="73FAC87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60</w:t>
            </w:r>
          </w:p>
        </w:tc>
        <w:tc>
          <w:tcPr>
            <w:tcW w:w="3402" w:type="dxa"/>
            <w:tcBorders>
              <w:top w:val="single" w:sz="2" w:space="0" w:color="000000"/>
              <w:left w:val="single" w:sz="2" w:space="0" w:color="000000"/>
              <w:bottom w:val="single" w:sz="2" w:space="0" w:color="000000"/>
              <w:right w:val="single" w:sz="2" w:space="0" w:color="000000"/>
            </w:tcBorders>
          </w:tcPr>
          <w:p w14:paraId="76EA1652"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6-ти минутный бег.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0D674526"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DD471EF"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A23C154"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78BC95BE"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75C99F3E"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96F0F5D"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7B4ECE8"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61</w:t>
            </w:r>
          </w:p>
        </w:tc>
        <w:tc>
          <w:tcPr>
            <w:tcW w:w="3402" w:type="dxa"/>
            <w:tcBorders>
              <w:top w:val="single" w:sz="2" w:space="0" w:color="000000"/>
              <w:left w:val="single" w:sz="2" w:space="0" w:color="000000"/>
              <w:bottom w:val="single" w:sz="2" w:space="0" w:color="000000"/>
              <w:right w:val="single" w:sz="2" w:space="0" w:color="000000"/>
            </w:tcBorders>
          </w:tcPr>
          <w:p w14:paraId="32F13FF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Бросок набивного мяча.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6C2FF611"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6FFD660"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1FCFDF7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04BBBF3B"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1A3F15B"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46767C81" w14:textId="77777777" w:rsidTr="00847894">
        <w:tc>
          <w:tcPr>
            <w:tcW w:w="568" w:type="dxa"/>
            <w:tcBorders>
              <w:top w:val="single" w:sz="2" w:space="0" w:color="000000"/>
              <w:left w:val="single" w:sz="2" w:space="0" w:color="000000"/>
              <w:bottom w:val="single" w:sz="2" w:space="0" w:color="000000"/>
              <w:right w:val="single" w:sz="2" w:space="0" w:color="000000"/>
            </w:tcBorders>
          </w:tcPr>
          <w:p w14:paraId="34AD64C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62</w:t>
            </w:r>
          </w:p>
        </w:tc>
        <w:tc>
          <w:tcPr>
            <w:tcW w:w="3402" w:type="dxa"/>
            <w:tcBorders>
              <w:top w:val="single" w:sz="2" w:space="0" w:color="000000"/>
              <w:left w:val="single" w:sz="2" w:space="0" w:color="000000"/>
              <w:bottom w:val="single" w:sz="2" w:space="0" w:color="000000"/>
              <w:right w:val="single" w:sz="2" w:space="0" w:color="000000"/>
            </w:tcBorders>
          </w:tcPr>
          <w:p w14:paraId="7B00528D" w14:textId="77777777" w:rsidR="000B6566" w:rsidRPr="00B10C3C" w:rsidRDefault="000B6566" w:rsidP="006A53C7">
            <w:pPr>
              <w:spacing w:after="0"/>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Бросок набивного мяча.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566BDBC4"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02DAC17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1D3C2B0D"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284C5623"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39140FA"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70CDDF17" w14:textId="77777777" w:rsidTr="00847894">
        <w:tc>
          <w:tcPr>
            <w:tcW w:w="568" w:type="dxa"/>
            <w:tcBorders>
              <w:top w:val="single" w:sz="2" w:space="0" w:color="000000"/>
              <w:left w:val="single" w:sz="2" w:space="0" w:color="000000"/>
              <w:bottom w:val="single" w:sz="2" w:space="0" w:color="000000"/>
              <w:right w:val="single" w:sz="2" w:space="0" w:color="000000"/>
            </w:tcBorders>
          </w:tcPr>
          <w:p w14:paraId="4A9337D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63</w:t>
            </w:r>
          </w:p>
        </w:tc>
        <w:tc>
          <w:tcPr>
            <w:tcW w:w="3402" w:type="dxa"/>
            <w:tcBorders>
              <w:top w:val="single" w:sz="2" w:space="0" w:color="000000"/>
              <w:left w:val="single" w:sz="2" w:space="0" w:color="000000"/>
              <w:bottom w:val="single" w:sz="2" w:space="0" w:color="000000"/>
              <w:right w:val="single" w:sz="2" w:space="0" w:color="000000"/>
            </w:tcBorders>
          </w:tcPr>
          <w:p w14:paraId="0CD2A1FB"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079CD05C"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5F2196A"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3C5AFA1"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1EF8F33"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3E557DF4"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30036F99" w14:textId="77777777" w:rsidTr="00847894">
        <w:tc>
          <w:tcPr>
            <w:tcW w:w="568" w:type="dxa"/>
            <w:tcBorders>
              <w:top w:val="single" w:sz="2" w:space="0" w:color="000000"/>
              <w:left w:val="single" w:sz="2" w:space="0" w:color="000000"/>
              <w:bottom w:val="single" w:sz="2" w:space="0" w:color="000000"/>
              <w:right w:val="single" w:sz="2" w:space="0" w:color="000000"/>
            </w:tcBorders>
          </w:tcPr>
          <w:p w14:paraId="24F4735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64</w:t>
            </w:r>
          </w:p>
        </w:tc>
        <w:tc>
          <w:tcPr>
            <w:tcW w:w="3402" w:type="dxa"/>
            <w:tcBorders>
              <w:top w:val="single" w:sz="2" w:space="0" w:color="000000"/>
              <w:left w:val="single" w:sz="2" w:space="0" w:color="000000"/>
              <w:bottom w:val="single" w:sz="2" w:space="0" w:color="000000"/>
              <w:right w:val="single" w:sz="2" w:space="0" w:color="000000"/>
            </w:tcBorders>
          </w:tcPr>
          <w:p w14:paraId="50F88493"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eastAsia="Times New Roman" w:hAnsi="Times New Roman" w:cs="Times New Roman"/>
                <w:sz w:val="24"/>
                <w:szCs w:val="24"/>
                <w:lang w:eastAsia="ru-RU"/>
              </w:rPr>
              <w:t>Поднимание туловища из положения лежа на спине. Подвижные игры</w:t>
            </w:r>
          </w:p>
        </w:tc>
        <w:tc>
          <w:tcPr>
            <w:tcW w:w="850" w:type="dxa"/>
            <w:tcBorders>
              <w:top w:val="single" w:sz="2" w:space="0" w:color="000000"/>
              <w:left w:val="single" w:sz="2" w:space="0" w:color="000000"/>
              <w:bottom w:val="single" w:sz="2" w:space="0" w:color="000000"/>
              <w:right w:val="single" w:sz="2" w:space="0" w:color="000000"/>
            </w:tcBorders>
          </w:tcPr>
          <w:p w14:paraId="6902E44D"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2EFD4334"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4507E494"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5AD8CE91"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4A79717C"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042AFF59"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EDD1A5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65</w:t>
            </w:r>
          </w:p>
        </w:tc>
        <w:tc>
          <w:tcPr>
            <w:tcW w:w="3402" w:type="dxa"/>
            <w:tcBorders>
              <w:top w:val="single" w:sz="2" w:space="0" w:color="000000"/>
              <w:left w:val="single" w:sz="2" w:space="0" w:color="000000"/>
              <w:bottom w:val="single" w:sz="2" w:space="0" w:color="000000"/>
              <w:right w:val="single" w:sz="2" w:space="0" w:color="000000"/>
            </w:tcBorders>
          </w:tcPr>
          <w:p w14:paraId="53489309"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Сдача контрольных нормативов ГТО</w:t>
            </w:r>
          </w:p>
        </w:tc>
        <w:tc>
          <w:tcPr>
            <w:tcW w:w="850" w:type="dxa"/>
            <w:tcBorders>
              <w:top w:val="single" w:sz="2" w:space="0" w:color="000000"/>
              <w:left w:val="single" w:sz="2" w:space="0" w:color="000000"/>
              <w:bottom w:val="single" w:sz="2" w:space="0" w:color="000000"/>
              <w:right w:val="single" w:sz="2" w:space="0" w:color="000000"/>
            </w:tcBorders>
          </w:tcPr>
          <w:p w14:paraId="223D9DC8"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30DACF82"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55577D80"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18767816"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13E99CA4"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0B6566" w:rsidRPr="00B10C3C" w14:paraId="59D09544" w14:textId="77777777" w:rsidTr="00847894">
        <w:tc>
          <w:tcPr>
            <w:tcW w:w="568" w:type="dxa"/>
            <w:tcBorders>
              <w:top w:val="single" w:sz="2" w:space="0" w:color="000000"/>
              <w:left w:val="single" w:sz="2" w:space="0" w:color="000000"/>
              <w:bottom w:val="single" w:sz="2" w:space="0" w:color="000000"/>
              <w:right w:val="single" w:sz="2" w:space="0" w:color="000000"/>
            </w:tcBorders>
          </w:tcPr>
          <w:p w14:paraId="00929C8D"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66</w:t>
            </w:r>
          </w:p>
        </w:tc>
        <w:tc>
          <w:tcPr>
            <w:tcW w:w="3402" w:type="dxa"/>
            <w:tcBorders>
              <w:top w:val="single" w:sz="2" w:space="0" w:color="000000"/>
              <w:left w:val="single" w:sz="2" w:space="0" w:color="000000"/>
              <w:bottom w:val="single" w:sz="2" w:space="0" w:color="000000"/>
              <w:right w:val="single" w:sz="2" w:space="0" w:color="000000"/>
            </w:tcBorders>
          </w:tcPr>
          <w:p w14:paraId="138C8EF0" w14:textId="77777777" w:rsidR="000B6566" w:rsidRPr="00B10C3C" w:rsidRDefault="000B6566"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Сдача контрольных нормативов ГТО</w:t>
            </w:r>
          </w:p>
        </w:tc>
        <w:tc>
          <w:tcPr>
            <w:tcW w:w="850" w:type="dxa"/>
            <w:tcBorders>
              <w:top w:val="single" w:sz="2" w:space="0" w:color="000000"/>
              <w:left w:val="single" w:sz="2" w:space="0" w:color="000000"/>
              <w:bottom w:val="single" w:sz="2" w:space="0" w:color="000000"/>
              <w:right w:val="single" w:sz="2" w:space="0" w:color="000000"/>
            </w:tcBorders>
          </w:tcPr>
          <w:p w14:paraId="12544C22" w14:textId="77777777" w:rsidR="000B6566" w:rsidRPr="004A0020" w:rsidRDefault="004A0020" w:rsidP="004A0020">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1276" w:type="dxa"/>
            <w:tcBorders>
              <w:top w:val="single" w:sz="2" w:space="0" w:color="000000"/>
              <w:left w:val="single" w:sz="2" w:space="0" w:color="000000"/>
              <w:bottom w:val="single" w:sz="2" w:space="0" w:color="000000"/>
              <w:right w:val="single" w:sz="2" w:space="0" w:color="000000"/>
            </w:tcBorders>
          </w:tcPr>
          <w:p w14:paraId="46F96325" w14:textId="77777777" w:rsidR="000B6566" w:rsidRPr="00847894" w:rsidRDefault="00847894" w:rsidP="008A41DE">
            <w:pP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0</w:t>
            </w:r>
          </w:p>
        </w:tc>
        <w:tc>
          <w:tcPr>
            <w:tcW w:w="992" w:type="dxa"/>
            <w:tcBorders>
              <w:top w:val="single" w:sz="2" w:space="0" w:color="000000"/>
              <w:left w:val="single" w:sz="2" w:space="0" w:color="000000"/>
              <w:bottom w:val="single" w:sz="2" w:space="0" w:color="000000"/>
              <w:right w:val="single" w:sz="2" w:space="0" w:color="000000"/>
            </w:tcBorders>
          </w:tcPr>
          <w:p w14:paraId="685D59C5" w14:textId="77777777" w:rsidR="000B6566" w:rsidRPr="00847894" w:rsidRDefault="00847894" w:rsidP="00847894">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1</w:t>
            </w:r>
          </w:p>
        </w:tc>
        <w:tc>
          <w:tcPr>
            <w:tcW w:w="992" w:type="dxa"/>
            <w:tcBorders>
              <w:top w:val="single" w:sz="2" w:space="0" w:color="000000"/>
              <w:left w:val="single" w:sz="2" w:space="0" w:color="000000"/>
              <w:bottom w:val="single" w:sz="2" w:space="0" w:color="000000"/>
              <w:right w:val="single" w:sz="2" w:space="0" w:color="000000"/>
            </w:tcBorders>
          </w:tcPr>
          <w:p w14:paraId="6049BC1F" w14:textId="77777777" w:rsidR="000B6566" w:rsidRPr="00B10C3C" w:rsidRDefault="000B6566" w:rsidP="008A41DE">
            <w:pPr>
              <w:rPr>
                <w:rFonts w:ascii="Times New Roman" w:hAnsi="Times New Roman" w:cs="Times New Roman"/>
                <w:color w:val="000000" w:themeColor="text1"/>
                <w:sz w:val="24"/>
                <w:szCs w:val="24"/>
              </w:rPr>
            </w:pPr>
          </w:p>
        </w:tc>
        <w:tc>
          <w:tcPr>
            <w:tcW w:w="1843" w:type="dxa"/>
            <w:tcBorders>
              <w:top w:val="single" w:sz="2" w:space="0" w:color="000000"/>
              <w:left w:val="single" w:sz="2" w:space="0" w:color="000000"/>
              <w:bottom w:val="single" w:sz="2" w:space="0" w:color="000000"/>
              <w:right w:val="single" w:sz="2" w:space="0" w:color="000000"/>
            </w:tcBorders>
          </w:tcPr>
          <w:p w14:paraId="07C2DE23" w14:textId="77777777" w:rsidR="000B6566" w:rsidRPr="00B10C3C" w:rsidRDefault="004A0020" w:rsidP="008A41DE">
            <w:pP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https://resh.edu.ru/subject/9/1/</w:t>
            </w:r>
          </w:p>
        </w:tc>
      </w:tr>
      <w:tr w:rsidR="003C4720" w:rsidRPr="00B10C3C" w14:paraId="49E944A6" w14:textId="77777777" w:rsidTr="003C4720">
        <w:tc>
          <w:tcPr>
            <w:tcW w:w="3970" w:type="dxa"/>
            <w:gridSpan w:val="2"/>
            <w:tcBorders>
              <w:top w:val="single" w:sz="2" w:space="0" w:color="000000"/>
              <w:left w:val="single" w:sz="2" w:space="0" w:color="000000"/>
              <w:bottom w:val="single" w:sz="2" w:space="0" w:color="000000"/>
              <w:right w:val="single" w:sz="2" w:space="0" w:color="000000"/>
            </w:tcBorders>
          </w:tcPr>
          <w:p w14:paraId="31FB4684" w14:textId="77777777" w:rsidR="003C4720" w:rsidRPr="00847894" w:rsidRDefault="003C4720" w:rsidP="008A41DE">
            <w:pPr>
              <w:rPr>
                <w:rFonts w:ascii="Times New Roman" w:hAnsi="Times New Roman" w:cs="Times New Roman"/>
                <w:color w:val="000000" w:themeColor="text1"/>
                <w:sz w:val="24"/>
                <w:szCs w:val="24"/>
              </w:rPr>
            </w:pPr>
            <w:r w:rsidRPr="006A6677">
              <w:rPr>
                <w:rFonts w:ascii="Times New Roman" w:hAnsi="Times New Roman"/>
                <w:color w:val="000000"/>
                <w:sz w:val="24"/>
              </w:rPr>
              <w:t>ОБЩЕЕ КОЛИЧЕСТВО ЧАСОВ ПО ПРОГРАММЕ</w:t>
            </w:r>
          </w:p>
        </w:tc>
        <w:tc>
          <w:tcPr>
            <w:tcW w:w="5953" w:type="dxa"/>
            <w:gridSpan w:val="5"/>
            <w:tcBorders>
              <w:top w:val="single" w:sz="2" w:space="0" w:color="000000"/>
              <w:left w:val="single" w:sz="2" w:space="0" w:color="000000"/>
              <w:bottom w:val="single" w:sz="2" w:space="0" w:color="000000"/>
              <w:right w:val="single" w:sz="2" w:space="0" w:color="000000"/>
            </w:tcBorders>
          </w:tcPr>
          <w:p w14:paraId="0FCD169D" w14:textId="77777777" w:rsidR="003C4720" w:rsidRPr="00B10C3C" w:rsidRDefault="003C4720" w:rsidP="008A41DE">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en-US"/>
              </w:rPr>
              <w:t xml:space="preserve">66 </w:t>
            </w:r>
            <w:r>
              <w:rPr>
                <w:rFonts w:ascii="Times New Roman" w:hAnsi="Times New Roman" w:cs="Times New Roman"/>
                <w:color w:val="000000" w:themeColor="text1"/>
                <w:sz w:val="24"/>
                <w:szCs w:val="24"/>
              </w:rPr>
              <w:t>часов</w:t>
            </w:r>
          </w:p>
        </w:tc>
      </w:tr>
    </w:tbl>
    <w:p w14:paraId="14FB7650"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0DF6A505"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4A256F02" w14:textId="77777777" w:rsidR="008A41DE" w:rsidRPr="003C4720" w:rsidRDefault="008A41DE" w:rsidP="0046178B">
      <w:pPr>
        <w:spacing w:after="0" w:line="240" w:lineRule="auto"/>
        <w:rPr>
          <w:rFonts w:ascii="Times New Roman" w:eastAsia="Times New Roman" w:hAnsi="Times New Roman" w:cs="Times New Roman"/>
          <w:b/>
          <w:bCs/>
          <w:caps/>
          <w:color w:val="000000"/>
          <w:sz w:val="32"/>
          <w:szCs w:val="21"/>
          <w:lang w:eastAsia="ru-RU"/>
        </w:rPr>
      </w:pPr>
    </w:p>
    <w:p w14:paraId="1920706D" w14:textId="77777777" w:rsidR="008A41DE" w:rsidRPr="003C4720" w:rsidRDefault="003C4720" w:rsidP="0046178B">
      <w:pPr>
        <w:spacing w:after="0" w:line="240" w:lineRule="auto"/>
        <w:rPr>
          <w:rFonts w:ascii="Times New Roman" w:eastAsia="Times New Roman" w:hAnsi="Times New Roman" w:cs="Times New Roman"/>
          <w:b/>
          <w:bCs/>
          <w:caps/>
          <w:color w:val="000000"/>
          <w:sz w:val="32"/>
          <w:szCs w:val="21"/>
          <w:lang w:eastAsia="ru-RU"/>
        </w:rPr>
      </w:pPr>
      <w:r w:rsidRPr="003C4720">
        <w:rPr>
          <w:rFonts w:ascii="Times New Roman" w:eastAsia="Times New Roman" w:hAnsi="Times New Roman" w:cs="Times New Roman"/>
          <w:b/>
          <w:bCs/>
          <w:caps/>
          <w:color w:val="000000"/>
          <w:sz w:val="32"/>
          <w:szCs w:val="21"/>
          <w:lang w:eastAsia="ru-RU"/>
        </w:rPr>
        <w:t>2 Класс</w:t>
      </w:r>
    </w:p>
    <w:p w14:paraId="0C85D121"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tbl>
      <w:tblPr>
        <w:tblpPr w:leftFromText="180" w:rightFromText="180" w:vertAnchor="text" w:horzAnchor="margin" w:tblpY="97"/>
        <w:tblW w:w="9747" w:type="dxa"/>
        <w:tblLayout w:type="fixed"/>
        <w:tblLook w:val="04A0" w:firstRow="1" w:lastRow="0" w:firstColumn="1" w:lastColumn="0" w:noHBand="0" w:noVBand="1"/>
      </w:tblPr>
      <w:tblGrid>
        <w:gridCol w:w="809"/>
        <w:gridCol w:w="3127"/>
        <w:gridCol w:w="992"/>
        <w:gridCol w:w="992"/>
        <w:gridCol w:w="992"/>
        <w:gridCol w:w="1276"/>
        <w:gridCol w:w="1559"/>
      </w:tblGrid>
      <w:tr w:rsidR="003C4720" w:rsidRPr="00B10C3C" w14:paraId="2B257CAF" w14:textId="77777777" w:rsidTr="003C4720">
        <w:trPr>
          <w:trHeight w:val="260"/>
        </w:trPr>
        <w:tc>
          <w:tcPr>
            <w:tcW w:w="809" w:type="dxa"/>
            <w:vMerge w:val="restart"/>
            <w:tcBorders>
              <w:top w:val="single" w:sz="2" w:space="0" w:color="000000"/>
              <w:left w:val="single" w:sz="2" w:space="0" w:color="000000"/>
              <w:bottom w:val="single" w:sz="2" w:space="0" w:color="000000"/>
              <w:right w:val="single" w:sz="2" w:space="0" w:color="000000"/>
            </w:tcBorders>
          </w:tcPr>
          <w:p w14:paraId="04B49611"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 п/п</w:t>
            </w:r>
          </w:p>
        </w:tc>
        <w:tc>
          <w:tcPr>
            <w:tcW w:w="3127" w:type="dxa"/>
            <w:vMerge w:val="restart"/>
            <w:tcBorders>
              <w:top w:val="single" w:sz="2" w:space="0" w:color="000000"/>
              <w:left w:val="single" w:sz="2" w:space="0" w:color="000000"/>
              <w:right w:val="single" w:sz="2" w:space="0" w:color="000000"/>
            </w:tcBorders>
          </w:tcPr>
          <w:p w14:paraId="1EEDAAB2"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Раздел.</w:t>
            </w:r>
            <w:r>
              <w:rPr>
                <w:rFonts w:ascii="Times New Roman" w:hAnsi="Times New Roman" w:cs="Times New Roman"/>
                <w:b/>
                <w:color w:val="000000" w:themeColor="text1"/>
                <w:sz w:val="24"/>
                <w:szCs w:val="24"/>
              </w:rPr>
              <w:t xml:space="preserve"> Тема урока</w:t>
            </w:r>
          </w:p>
        </w:tc>
        <w:tc>
          <w:tcPr>
            <w:tcW w:w="2976" w:type="dxa"/>
            <w:gridSpan w:val="3"/>
            <w:tcBorders>
              <w:top w:val="single" w:sz="2" w:space="0" w:color="000000"/>
              <w:left w:val="single" w:sz="2" w:space="0" w:color="000000"/>
              <w:bottom w:val="single" w:sz="2" w:space="0" w:color="000000"/>
              <w:right w:val="single" w:sz="2" w:space="0" w:color="000000"/>
            </w:tcBorders>
          </w:tcPr>
          <w:p w14:paraId="1EBA4210"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часов</w:t>
            </w:r>
          </w:p>
        </w:tc>
        <w:tc>
          <w:tcPr>
            <w:tcW w:w="1276" w:type="dxa"/>
            <w:vMerge w:val="restart"/>
            <w:tcBorders>
              <w:top w:val="single" w:sz="2" w:space="0" w:color="000000"/>
              <w:left w:val="single" w:sz="2" w:space="0" w:color="000000"/>
              <w:right w:val="single" w:sz="2" w:space="0" w:color="000000"/>
            </w:tcBorders>
          </w:tcPr>
          <w:p w14:paraId="6A8519A8"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 проведения</w:t>
            </w:r>
          </w:p>
        </w:tc>
        <w:tc>
          <w:tcPr>
            <w:tcW w:w="1559" w:type="dxa"/>
            <w:tcBorders>
              <w:top w:val="single" w:sz="2" w:space="0" w:color="000000"/>
              <w:left w:val="single" w:sz="2" w:space="0" w:color="000000"/>
              <w:right w:val="single" w:sz="2" w:space="0" w:color="000000"/>
            </w:tcBorders>
          </w:tcPr>
          <w:p w14:paraId="0F362491" w14:textId="77777777" w:rsidR="003C4720" w:rsidRDefault="003C4720" w:rsidP="003C4720">
            <w:pPr>
              <w:rPr>
                <w:rFonts w:ascii="Times New Roman" w:hAnsi="Times New Roman" w:cs="Times New Roman"/>
                <w:b/>
                <w:color w:val="000000" w:themeColor="text1"/>
                <w:sz w:val="24"/>
                <w:szCs w:val="24"/>
              </w:rPr>
            </w:pPr>
          </w:p>
        </w:tc>
      </w:tr>
      <w:tr w:rsidR="003C4720" w:rsidRPr="00B10C3C" w14:paraId="2EF89AE3" w14:textId="77777777" w:rsidTr="003C4720">
        <w:trPr>
          <w:trHeight w:val="280"/>
        </w:trPr>
        <w:tc>
          <w:tcPr>
            <w:tcW w:w="809" w:type="dxa"/>
            <w:vMerge/>
            <w:tcBorders>
              <w:top w:val="single" w:sz="2" w:space="0" w:color="000000"/>
              <w:left w:val="single" w:sz="2" w:space="0" w:color="000000"/>
              <w:bottom w:val="single" w:sz="2" w:space="0" w:color="000000"/>
              <w:right w:val="single" w:sz="2" w:space="0" w:color="000000"/>
            </w:tcBorders>
          </w:tcPr>
          <w:p w14:paraId="582D0D48" w14:textId="77777777" w:rsidR="003C4720" w:rsidRPr="00B10C3C" w:rsidRDefault="003C4720" w:rsidP="003C4720">
            <w:pPr>
              <w:rPr>
                <w:rFonts w:ascii="Times New Roman" w:hAnsi="Times New Roman" w:cs="Times New Roman"/>
                <w:color w:val="000000" w:themeColor="text1"/>
                <w:sz w:val="24"/>
                <w:szCs w:val="24"/>
              </w:rPr>
            </w:pPr>
          </w:p>
        </w:tc>
        <w:tc>
          <w:tcPr>
            <w:tcW w:w="3127" w:type="dxa"/>
            <w:vMerge/>
            <w:tcBorders>
              <w:left w:val="single" w:sz="2" w:space="0" w:color="000000"/>
              <w:bottom w:val="single" w:sz="2" w:space="0" w:color="000000"/>
              <w:right w:val="single" w:sz="2" w:space="0" w:color="000000"/>
            </w:tcBorders>
          </w:tcPr>
          <w:p w14:paraId="5363567A" w14:textId="77777777" w:rsidR="003C4720" w:rsidRPr="00B10C3C" w:rsidRDefault="003C4720" w:rsidP="003C4720">
            <w:pPr>
              <w:rPr>
                <w:rFonts w:ascii="Times New Roman" w:hAnsi="Times New Roman" w:cs="Times New Roman"/>
                <w:color w:val="000000" w:themeColor="text1"/>
                <w:sz w:val="24"/>
                <w:szCs w:val="24"/>
              </w:rPr>
            </w:pPr>
          </w:p>
        </w:tc>
        <w:tc>
          <w:tcPr>
            <w:tcW w:w="992" w:type="dxa"/>
            <w:tcBorders>
              <w:top w:val="single" w:sz="2" w:space="0" w:color="000000"/>
              <w:left w:val="single" w:sz="2" w:space="0" w:color="000000"/>
              <w:bottom w:val="single" w:sz="2" w:space="0" w:color="000000"/>
              <w:right w:val="single" w:sz="2" w:space="0" w:color="000000"/>
            </w:tcBorders>
          </w:tcPr>
          <w:p w14:paraId="24F95F90" w14:textId="77777777" w:rsidR="003C4720" w:rsidRPr="004C1843" w:rsidRDefault="003C4720" w:rsidP="003C4720">
            <w:pPr>
              <w:jc w:val="center"/>
              <w:rPr>
                <w:rFonts w:ascii="Times New Roman" w:hAnsi="Times New Roman" w:cs="Times New Roman"/>
                <w:b/>
                <w:color w:val="000000" w:themeColor="text1"/>
                <w:sz w:val="24"/>
                <w:szCs w:val="24"/>
              </w:rPr>
            </w:pPr>
            <w:r w:rsidRPr="004C1843">
              <w:rPr>
                <w:rFonts w:ascii="Times New Roman" w:hAnsi="Times New Roman" w:cs="Times New Roman"/>
                <w:b/>
                <w:color w:val="000000" w:themeColor="text1"/>
                <w:sz w:val="24"/>
                <w:szCs w:val="24"/>
              </w:rPr>
              <w:t>всего</w:t>
            </w:r>
          </w:p>
        </w:tc>
        <w:tc>
          <w:tcPr>
            <w:tcW w:w="992" w:type="dxa"/>
            <w:tcBorders>
              <w:top w:val="single" w:sz="2" w:space="0" w:color="000000"/>
              <w:left w:val="single" w:sz="2" w:space="0" w:color="000000"/>
              <w:bottom w:val="single" w:sz="2" w:space="0" w:color="000000"/>
              <w:right w:val="single" w:sz="2" w:space="0" w:color="000000"/>
            </w:tcBorders>
          </w:tcPr>
          <w:p w14:paraId="0DD3D79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w:t>
            </w:r>
            <w:r w:rsidRPr="000B6566">
              <w:rPr>
                <w:rFonts w:ascii="Times New Roman" w:hAnsi="Times New Roman" w:cs="Times New Roman"/>
                <w:b/>
                <w:color w:val="000000" w:themeColor="text1"/>
                <w:sz w:val="24"/>
                <w:szCs w:val="24"/>
              </w:rPr>
              <w:t>онтрольные работы</w:t>
            </w:r>
          </w:p>
        </w:tc>
        <w:tc>
          <w:tcPr>
            <w:tcW w:w="992" w:type="dxa"/>
            <w:tcBorders>
              <w:top w:val="single" w:sz="2" w:space="0" w:color="000000"/>
              <w:left w:val="single" w:sz="2" w:space="0" w:color="000000"/>
              <w:bottom w:val="single" w:sz="2" w:space="0" w:color="000000"/>
              <w:right w:val="single" w:sz="2" w:space="0" w:color="000000"/>
            </w:tcBorders>
          </w:tcPr>
          <w:p w14:paraId="130302F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w:t>
            </w:r>
            <w:r w:rsidRPr="000B6566">
              <w:rPr>
                <w:rFonts w:ascii="Times New Roman" w:hAnsi="Times New Roman" w:cs="Times New Roman"/>
                <w:b/>
                <w:color w:val="000000" w:themeColor="text1"/>
                <w:sz w:val="24"/>
                <w:szCs w:val="24"/>
              </w:rPr>
              <w:t>рактические работы</w:t>
            </w:r>
          </w:p>
        </w:tc>
        <w:tc>
          <w:tcPr>
            <w:tcW w:w="1276" w:type="dxa"/>
            <w:vMerge/>
            <w:tcBorders>
              <w:left w:val="single" w:sz="2" w:space="0" w:color="000000"/>
              <w:bottom w:val="single" w:sz="2" w:space="0" w:color="000000"/>
              <w:right w:val="single" w:sz="2" w:space="0" w:color="000000"/>
            </w:tcBorders>
          </w:tcPr>
          <w:p w14:paraId="7594A2C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left w:val="single" w:sz="2" w:space="0" w:color="000000"/>
              <w:bottom w:val="single" w:sz="2" w:space="0" w:color="000000"/>
              <w:right w:val="single" w:sz="2" w:space="0" w:color="000000"/>
            </w:tcBorders>
          </w:tcPr>
          <w:p w14:paraId="62359437" w14:textId="77777777" w:rsidR="003C4720" w:rsidRPr="004C1843" w:rsidRDefault="003C4720" w:rsidP="003C4720">
            <w:pPr>
              <w:spacing w:after="0"/>
            </w:pPr>
            <w:proofErr w:type="spellStart"/>
            <w:r w:rsidRPr="004C1843">
              <w:rPr>
                <w:rFonts w:ascii="Times New Roman" w:hAnsi="Times New Roman"/>
                <w:b/>
                <w:color w:val="000000"/>
                <w:sz w:val="24"/>
              </w:rPr>
              <w:t>Электронныецифровыеобразовательныересурсы</w:t>
            </w:r>
            <w:proofErr w:type="spellEnd"/>
          </w:p>
          <w:p w14:paraId="3C83FFC9" w14:textId="77777777" w:rsidR="003C4720" w:rsidRPr="00B10C3C" w:rsidRDefault="003C4720" w:rsidP="003C4720">
            <w:pPr>
              <w:rPr>
                <w:rFonts w:ascii="Times New Roman" w:hAnsi="Times New Roman" w:cs="Times New Roman"/>
                <w:color w:val="000000" w:themeColor="text1"/>
                <w:sz w:val="24"/>
                <w:szCs w:val="24"/>
              </w:rPr>
            </w:pPr>
          </w:p>
        </w:tc>
      </w:tr>
      <w:tr w:rsidR="003C4720" w:rsidRPr="00B10C3C" w14:paraId="52AABE69" w14:textId="77777777" w:rsidTr="003C4720">
        <w:trPr>
          <w:trHeight w:val="609"/>
        </w:trPr>
        <w:tc>
          <w:tcPr>
            <w:tcW w:w="809" w:type="dxa"/>
            <w:tcBorders>
              <w:top w:val="single" w:sz="2" w:space="0" w:color="000000"/>
              <w:left w:val="single" w:sz="2" w:space="0" w:color="000000"/>
              <w:bottom w:val="single" w:sz="2" w:space="0" w:color="000000"/>
              <w:right w:val="single" w:sz="2" w:space="0" w:color="000000"/>
            </w:tcBorders>
          </w:tcPr>
          <w:p w14:paraId="125ABA47"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27" w:type="dxa"/>
            <w:tcBorders>
              <w:top w:val="single" w:sz="2" w:space="0" w:color="000000"/>
              <w:left w:val="single" w:sz="2" w:space="0" w:color="000000"/>
              <w:bottom w:val="single" w:sz="2" w:space="0" w:color="000000"/>
              <w:right w:val="single" w:sz="2" w:space="0" w:color="000000"/>
            </w:tcBorders>
          </w:tcPr>
          <w:p w14:paraId="3DA8F808" w14:textId="77777777" w:rsidR="003C4720" w:rsidRPr="00B10C3C" w:rsidRDefault="003C4720" w:rsidP="003C4720">
            <w:pPr>
              <w:spacing w:after="0"/>
              <w:rPr>
                <w:rFonts w:ascii="Times New Roman" w:hAnsi="Times New Roman" w:cs="Times New Roman"/>
                <w:color w:val="000000" w:themeColor="text1"/>
                <w:sz w:val="24"/>
                <w:szCs w:val="24"/>
              </w:rPr>
            </w:pPr>
            <w:r w:rsidRPr="006A2CB4">
              <w:rPr>
                <w:rFonts w:ascii="inherit" w:eastAsia="Times New Roman" w:hAnsi="inherit" w:cs="Times New Roman"/>
                <w:sz w:val="24"/>
                <w:szCs w:val="24"/>
                <w:lang w:eastAsia="ru-RU"/>
              </w:rPr>
              <w:t>История подвижных игр и соревнований у древних народов</w:t>
            </w:r>
          </w:p>
        </w:tc>
        <w:tc>
          <w:tcPr>
            <w:tcW w:w="992" w:type="dxa"/>
            <w:tcBorders>
              <w:top w:val="single" w:sz="2" w:space="0" w:color="000000"/>
              <w:left w:val="single" w:sz="2" w:space="0" w:color="000000"/>
              <w:bottom w:val="single" w:sz="2" w:space="0" w:color="000000"/>
              <w:right w:val="single" w:sz="2" w:space="0" w:color="000000"/>
            </w:tcBorders>
          </w:tcPr>
          <w:p w14:paraId="16401444"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3562183"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A5069E5"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9FB3EB9"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6A21274"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271A36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B57ACEA" w14:textId="77777777" w:rsidR="003C4720" w:rsidRPr="00B10C3C" w:rsidRDefault="003C4720" w:rsidP="003C4720">
            <w:pPr>
              <w:spacing w:after="0"/>
              <w:jc w:val="cente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w:t>
            </w:r>
          </w:p>
        </w:tc>
        <w:tc>
          <w:tcPr>
            <w:tcW w:w="3127" w:type="dxa"/>
            <w:tcBorders>
              <w:top w:val="single" w:sz="2" w:space="0" w:color="000000"/>
              <w:left w:val="single" w:sz="2" w:space="0" w:color="000000"/>
              <w:bottom w:val="single" w:sz="2" w:space="0" w:color="000000"/>
              <w:right w:val="single" w:sz="2" w:space="0" w:color="000000"/>
            </w:tcBorders>
          </w:tcPr>
          <w:p w14:paraId="6D9186FD" w14:textId="77777777" w:rsidR="003C4720" w:rsidRPr="00B10C3C" w:rsidRDefault="003C4720" w:rsidP="003C4720">
            <w:pPr>
              <w:spacing w:after="0"/>
              <w:rPr>
                <w:rFonts w:ascii="Times New Roman" w:hAnsi="Times New Roman" w:cs="Times New Roman"/>
                <w:color w:val="000000" w:themeColor="text1"/>
                <w:sz w:val="24"/>
                <w:szCs w:val="24"/>
              </w:rPr>
            </w:pPr>
            <w:r w:rsidRPr="006A2CB4">
              <w:rPr>
                <w:rFonts w:ascii="inherit" w:eastAsia="Times New Roman" w:hAnsi="inherit" w:cs="Times New Roman"/>
                <w:sz w:val="24"/>
                <w:szCs w:val="24"/>
                <w:lang w:eastAsia="ru-RU"/>
              </w:rPr>
              <w:t>Зарождение Олимпийских игр</w:t>
            </w:r>
            <w:r>
              <w:rPr>
                <w:rFonts w:ascii="inherit" w:eastAsia="Times New Roman" w:hAnsi="inherit" w:cs="Times New Roman"/>
                <w:sz w:val="24"/>
                <w:szCs w:val="24"/>
                <w:lang w:eastAsia="ru-RU"/>
              </w:rPr>
              <w:t>.</w:t>
            </w:r>
            <w:r w:rsidRPr="006A2CB4">
              <w:rPr>
                <w:rFonts w:ascii="inherit" w:eastAsia="Times New Roman" w:hAnsi="inherit" w:cs="Times New Roman"/>
                <w:sz w:val="24"/>
                <w:szCs w:val="24"/>
                <w:lang w:eastAsia="ru-RU"/>
              </w:rPr>
              <w:t xml:space="preserve"> Современные Олимпийские игры</w:t>
            </w:r>
          </w:p>
        </w:tc>
        <w:tc>
          <w:tcPr>
            <w:tcW w:w="992" w:type="dxa"/>
            <w:tcBorders>
              <w:top w:val="single" w:sz="2" w:space="0" w:color="000000"/>
              <w:left w:val="single" w:sz="2" w:space="0" w:color="000000"/>
              <w:bottom w:val="single" w:sz="2" w:space="0" w:color="000000"/>
              <w:right w:val="single" w:sz="2" w:space="0" w:color="000000"/>
            </w:tcBorders>
          </w:tcPr>
          <w:p w14:paraId="02F48D07"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AD2F56B"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A1E0CB4"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DD9FF20"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F1D4F21"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277504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6C961D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27" w:type="dxa"/>
            <w:tcBorders>
              <w:top w:val="single" w:sz="2" w:space="0" w:color="000000"/>
              <w:left w:val="single" w:sz="2" w:space="0" w:color="000000"/>
              <w:bottom w:val="single" w:sz="2" w:space="0" w:color="000000"/>
              <w:right w:val="single" w:sz="2" w:space="0" w:color="000000"/>
            </w:tcBorders>
          </w:tcPr>
          <w:p w14:paraId="55FC5FD7" w14:textId="77777777" w:rsidR="003C4720"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Физическое развитие</w:t>
            </w:r>
            <w:r>
              <w:rPr>
                <w:rFonts w:ascii="inherit" w:eastAsia="Times New Roman" w:hAnsi="inherit" w:cs="Times New Roman"/>
                <w:sz w:val="24"/>
                <w:szCs w:val="24"/>
                <w:lang w:eastAsia="ru-RU"/>
              </w:rPr>
              <w:t>.</w:t>
            </w:r>
            <w:r w:rsidRPr="006A2CB4">
              <w:rPr>
                <w:rFonts w:ascii="inherit" w:eastAsia="Times New Roman" w:hAnsi="inherit" w:cs="Times New Roman"/>
                <w:sz w:val="24"/>
                <w:szCs w:val="24"/>
                <w:lang w:eastAsia="ru-RU"/>
              </w:rPr>
              <w:t xml:space="preserve"> </w:t>
            </w:r>
          </w:p>
          <w:p w14:paraId="4DF5A2BB"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Физические качества</w:t>
            </w:r>
          </w:p>
        </w:tc>
        <w:tc>
          <w:tcPr>
            <w:tcW w:w="992" w:type="dxa"/>
            <w:tcBorders>
              <w:top w:val="single" w:sz="2" w:space="0" w:color="000000"/>
              <w:left w:val="single" w:sz="2" w:space="0" w:color="000000"/>
              <w:bottom w:val="single" w:sz="2" w:space="0" w:color="000000"/>
              <w:right w:val="single" w:sz="2" w:space="0" w:color="000000"/>
            </w:tcBorders>
          </w:tcPr>
          <w:p w14:paraId="6370C1C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7C744C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2A5D9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F9B122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B14A7D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55B6E0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6505D1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27" w:type="dxa"/>
            <w:tcBorders>
              <w:top w:val="single" w:sz="2" w:space="0" w:color="000000"/>
              <w:left w:val="single" w:sz="2" w:space="0" w:color="000000"/>
              <w:bottom w:val="single" w:sz="2" w:space="0" w:color="000000"/>
              <w:right w:val="single" w:sz="2" w:space="0" w:color="000000"/>
            </w:tcBorders>
          </w:tcPr>
          <w:p w14:paraId="4410CB6C" w14:textId="77777777" w:rsidR="003C4720" w:rsidRPr="00D35EEE"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Сила как физическое качество</w:t>
            </w:r>
            <w:r>
              <w:rPr>
                <w:rFonts w:ascii="inherit" w:eastAsia="Times New Roman" w:hAnsi="inherit" w:cs="Times New Roman"/>
                <w:sz w:val="24"/>
                <w:szCs w:val="24"/>
                <w:lang w:eastAsia="ru-RU"/>
              </w:rPr>
              <w:t>.</w:t>
            </w:r>
            <w:r w:rsidRPr="006A2CB4">
              <w:rPr>
                <w:rFonts w:ascii="inherit" w:eastAsia="Times New Roman" w:hAnsi="inherit" w:cs="Times New Roman"/>
                <w:sz w:val="24"/>
                <w:szCs w:val="24"/>
                <w:lang w:eastAsia="ru-RU"/>
              </w:rPr>
              <w:t xml:space="preserve"> Быстрота как физическое качество</w:t>
            </w:r>
          </w:p>
        </w:tc>
        <w:tc>
          <w:tcPr>
            <w:tcW w:w="992" w:type="dxa"/>
            <w:tcBorders>
              <w:top w:val="single" w:sz="2" w:space="0" w:color="000000"/>
              <w:left w:val="single" w:sz="2" w:space="0" w:color="000000"/>
              <w:bottom w:val="single" w:sz="2" w:space="0" w:color="000000"/>
              <w:right w:val="single" w:sz="2" w:space="0" w:color="000000"/>
            </w:tcBorders>
          </w:tcPr>
          <w:p w14:paraId="5358CD5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0C9898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EAD9F2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5BEEA2B"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82A2F0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CBFEE4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F998CE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27" w:type="dxa"/>
            <w:tcBorders>
              <w:top w:val="single" w:sz="2" w:space="0" w:color="000000"/>
              <w:left w:val="single" w:sz="2" w:space="0" w:color="000000"/>
              <w:bottom w:val="single" w:sz="2" w:space="0" w:color="000000"/>
              <w:right w:val="single" w:sz="2" w:space="0" w:color="000000"/>
            </w:tcBorders>
          </w:tcPr>
          <w:p w14:paraId="30BFBC95"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Выносливость как физическое качество</w:t>
            </w:r>
          </w:p>
        </w:tc>
        <w:tc>
          <w:tcPr>
            <w:tcW w:w="992" w:type="dxa"/>
            <w:tcBorders>
              <w:top w:val="single" w:sz="2" w:space="0" w:color="000000"/>
              <w:left w:val="single" w:sz="2" w:space="0" w:color="000000"/>
              <w:bottom w:val="single" w:sz="2" w:space="0" w:color="000000"/>
              <w:right w:val="single" w:sz="2" w:space="0" w:color="000000"/>
            </w:tcBorders>
          </w:tcPr>
          <w:p w14:paraId="46B2763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76E373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A49BA0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973B34F"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6B299B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511FDD9"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A24E9B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27" w:type="dxa"/>
            <w:tcBorders>
              <w:top w:val="single" w:sz="2" w:space="0" w:color="000000"/>
              <w:left w:val="single" w:sz="2" w:space="0" w:color="000000"/>
              <w:bottom w:val="single" w:sz="2" w:space="0" w:color="000000"/>
              <w:right w:val="single" w:sz="2" w:space="0" w:color="000000"/>
            </w:tcBorders>
          </w:tcPr>
          <w:p w14:paraId="4527F098" w14:textId="77777777" w:rsidR="003C4720" w:rsidRPr="00D35EEE"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Развитие координации движений</w:t>
            </w:r>
          </w:p>
        </w:tc>
        <w:tc>
          <w:tcPr>
            <w:tcW w:w="992" w:type="dxa"/>
            <w:tcBorders>
              <w:top w:val="single" w:sz="2" w:space="0" w:color="000000"/>
              <w:left w:val="single" w:sz="2" w:space="0" w:color="000000"/>
              <w:bottom w:val="single" w:sz="2" w:space="0" w:color="000000"/>
              <w:right w:val="single" w:sz="2" w:space="0" w:color="000000"/>
            </w:tcBorders>
          </w:tcPr>
          <w:p w14:paraId="2845D7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A69330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0D6573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9DDFA55"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3D95EA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09518B5"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E442FF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27" w:type="dxa"/>
            <w:tcBorders>
              <w:top w:val="single" w:sz="2" w:space="0" w:color="000000"/>
              <w:left w:val="single" w:sz="2" w:space="0" w:color="000000"/>
              <w:bottom w:val="single" w:sz="2" w:space="0" w:color="000000"/>
              <w:right w:val="single" w:sz="2" w:space="0" w:color="000000"/>
            </w:tcBorders>
          </w:tcPr>
          <w:p w14:paraId="58F20C06"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Дневник наблюдений по физической культуре</w:t>
            </w:r>
          </w:p>
        </w:tc>
        <w:tc>
          <w:tcPr>
            <w:tcW w:w="992" w:type="dxa"/>
            <w:tcBorders>
              <w:top w:val="single" w:sz="2" w:space="0" w:color="000000"/>
              <w:left w:val="single" w:sz="2" w:space="0" w:color="000000"/>
              <w:bottom w:val="single" w:sz="2" w:space="0" w:color="000000"/>
              <w:right w:val="single" w:sz="2" w:space="0" w:color="000000"/>
            </w:tcBorders>
          </w:tcPr>
          <w:p w14:paraId="58C4197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61201E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BDF2D8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BE208E1"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97B771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C9F3641" w14:textId="77777777" w:rsidTr="003C4720">
        <w:tc>
          <w:tcPr>
            <w:tcW w:w="809" w:type="dxa"/>
            <w:tcBorders>
              <w:top w:val="single" w:sz="2" w:space="0" w:color="000000"/>
              <w:left w:val="single" w:sz="2" w:space="0" w:color="000000"/>
              <w:bottom w:val="single" w:sz="2" w:space="0" w:color="000000"/>
              <w:right w:val="single" w:sz="2" w:space="0" w:color="000000"/>
            </w:tcBorders>
          </w:tcPr>
          <w:p w14:paraId="62E19FA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27" w:type="dxa"/>
            <w:tcBorders>
              <w:top w:val="single" w:sz="2" w:space="0" w:color="000000"/>
              <w:left w:val="single" w:sz="2" w:space="0" w:color="000000"/>
              <w:bottom w:val="single" w:sz="2" w:space="0" w:color="000000"/>
              <w:right w:val="single" w:sz="2" w:space="0" w:color="000000"/>
            </w:tcBorders>
          </w:tcPr>
          <w:p w14:paraId="04B7E4CE"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Закаливание организма</w:t>
            </w:r>
          </w:p>
        </w:tc>
        <w:tc>
          <w:tcPr>
            <w:tcW w:w="992" w:type="dxa"/>
            <w:tcBorders>
              <w:top w:val="single" w:sz="2" w:space="0" w:color="000000"/>
              <w:left w:val="single" w:sz="2" w:space="0" w:color="000000"/>
              <w:bottom w:val="single" w:sz="2" w:space="0" w:color="000000"/>
              <w:right w:val="single" w:sz="2" w:space="0" w:color="000000"/>
            </w:tcBorders>
          </w:tcPr>
          <w:p w14:paraId="1DD1595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35D931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7E1629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C908815"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FC17B2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85A6E36"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2F12B5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27" w:type="dxa"/>
            <w:tcBorders>
              <w:top w:val="single" w:sz="2" w:space="0" w:color="000000"/>
              <w:left w:val="single" w:sz="2" w:space="0" w:color="000000"/>
              <w:bottom w:val="single" w:sz="2" w:space="0" w:color="000000"/>
              <w:right w:val="single" w:sz="2" w:space="0" w:color="000000"/>
            </w:tcBorders>
          </w:tcPr>
          <w:p w14:paraId="29186646"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Утренняя зарядка</w:t>
            </w:r>
          </w:p>
        </w:tc>
        <w:tc>
          <w:tcPr>
            <w:tcW w:w="992" w:type="dxa"/>
            <w:tcBorders>
              <w:top w:val="single" w:sz="2" w:space="0" w:color="000000"/>
              <w:left w:val="single" w:sz="2" w:space="0" w:color="000000"/>
              <w:bottom w:val="single" w:sz="2" w:space="0" w:color="000000"/>
              <w:right w:val="single" w:sz="2" w:space="0" w:color="000000"/>
            </w:tcBorders>
          </w:tcPr>
          <w:p w14:paraId="281851C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8067B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BB7757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822A93B"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4C3031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1373BE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042D3D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27" w:type="dxa"/>
            <w:tcBorders>
              <w:top w:val="single" w:sz="2" w:space="0" w:color="000000"/>
              <w:left w:val="single" w:sz="2" w:space="0" w:color="000000"/>
              <w:bottom w:val="single" w:sz="2" w:space="0" w:color="000000"/>
              <w:right w:val="single" w:sz="2" w:space="0" w:color="000000"/>
            </w:tcBorders>
          </w:tcPr>
          <w:p w14:paraId="1EC52710"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Составление комплекса утренней зарядки</w:t>
            </w:r>
          </w:p>
        </w:tc>
        <w:tc>
          <w:tcPr>
            <w:tcW w:w="992" w:type="dxa"/>
            <w:tcBorders>
              <w:top w:val="single" w:sz="2" w:space="0" w:color="000000"/>
              <w:left w:val="single" w:sz="2" w:space="0" w:color="000000"/>
              <w:bottom w:val="single" w:sz="2" w:space="0" w:color="000000"/>
              <w:right w:val="single" w:sz="2" w:space="0" w:color="000000"/>
            </w:tcBorders>
          </w:tcPr>
          <w:p w14:paraId="0C78496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DA4222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CBED4B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FF319E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C36110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D6252B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F015C3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27" w:type="dxa"/>
            <w:tcBorders>
              <w:top w:val="single" w:sz="2" w:space="0" w:color="000000"/>
              <w:left w:val="single" w:sz="2" w:space="0" w:color="000000"/>
              <w:bottom w:val="single" w:sz="2" w:space="0" w:color="000000"/>
              <w:right w:val="single" w:sz="2" w:space="0" w:color="000000"/>
            </w:tcBorders>
          </w:tcPr>
          <w:p w14:paraId="423B8146"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Правила поведения на уроках гимнастики и акробатики</w:t>
            </w:r>
          </w:p>
        </w:tc>
        <w:tc>
          <w:tcPr>
            <w:tcW w:w="992" w:type="dxa"/>
            <w:tcBorders>
              <w:top w:val="single" w:sz="2" w:space="0" w:color="000000"/>
              <w:left w:val="single" w:sz="2" w:space="0" w:color="000000"/>
              <w:bottom w:val="single" w:sz="2" w:space="0" w:color="000000"/>
              <w:right w:val="single" w:sz="2" w:space="0" w:color="000000"/>
            </w:tcBorders>
          </w:tcPr>
          <w:p w14:paraId="7FDB255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535067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E4637E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6DAB07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EB0BD7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7BFB9A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00BAB9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27" w:type="dxa"/>
            <w:tcBorders>
              <w:top w:val="single" w:sz="2" w:space="0" w:color="000000"/>
              <w:left w:val="single" w:sz="2" w:space="0" w:color="000000"/>
              <w:bottom w:val="single" w:sz="2" w:space="0" w:color="000000"/>
              <w:right w:val="single" w:sz="2" w:space="0" w:color="000000"/>
            </w:tcBorders>
          </w:tcPr>
          <w:p w14:paraId="1AC3995A"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Строевые упражнения и команды</w:t>
            </w:r>
          </w:p>
        </w:tc>
        <w:tc>
          <w:tcPr>
            <w:tcW w:w="992" w:type="dxa"/>
            <w:tcBorders>
              <w:top w:val="single" w:sz="2" w:space="0" w:color="000000"/>
              <w:left w:val="single" w:sz="2" w:space="0" w:color="000000"/>
              <w:bottom w:val="single" w:sz="2" w:space="0" w:color="000000"/>
              <w:right w:val="single" w:sz="2" w:space="0" w:color="000000"/>
            </w:tcBorders>
          </w:tcPr>
          <w:p w14:paraId="5CDEDA1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C60F69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EE03FE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C00DE0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852B39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787CD2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614174A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27" w:type="dxa"/>
            <w:tcBorders>
              <w:top w:val="single" w:sz="2" w:space="0" w:color="000000"/>
              <w:left w:val="single" w:sz="2" w:space="0" w:color="000000"/>
              <w:bottom w:val="single" w:sz="2" w:space="0" w:color="000000"/>
              <w:right w:val="single" w:sz="2" w:space="0" w:color="000000"/>
            </w:tcBorders>
          </w:tcPr>
          <w:p w14:paraId="27246390"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Прыжковые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3A0C56B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66693C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840EE9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E0E363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243365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DA69F8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FD6BB3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27" w:type="dxa"/>
            <w:tcBorders>
              <w:top w:val="single" w:sz="2" w:space="0" w:color="000000"/>
              <w:left w:val="single" w:sz="2" w:space="0" w:color="000000"/>
              <w:bottom w:val="single" w:sz="2" w:space="0" w:color="000000"/>
              <w:right w:val="single" w:sz="2" w:space="0" w:color="000000"/>
            </w:tcBorders>
          </w:tcPr>
          <w:p w14:paraId="2BDA2473"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Гимнастическая разминка</w:t>
            </w:r>
          </w:p>
        </w:tc>
        <w:tc>
          <w:tcPr>
            <w:tcW w:w="992" w:type="dxa"/>
            <w:tcBorders>
              <w:top w:val="single" w:sz="2" w:space="0" w:color="000000"/>
              <w:left w:val="single" w:sz="2" w:space="0" w:color="000000"/>
              <w:bottom w:val="single" w:sz="2" w:space="0" w:color="000000"/>
              <w:right w:val="single" w:sz="2" w:space="0" w:color="000000"/>
            </w:tcBorders>
          </w:tcPr>
          <w:p w14:paraId="6AB50AF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E72B8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22EB2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648858C1"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DC1C4C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21EA41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C4379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27" w:type="dxa"/>
            <w:tcBorders>
              <w:top w:val="single" w:sz="2" w:space="0" w:color="000000"/>
              <w:left w:val="single" w:sz="2" w:space="0" w:color="000000"/>
              <w:bottom w:val="single" w:sz="2" w:space="0" w:color="000000"/>
              <w:right w:val="single" w:sz="2" w:space="0" w:color="000000"/>
            </w:tcBorders>
          </w:tcPr>
          <w:p w14:paraId="339913D2" w14:textId="77777777" w:rsidR="003C4720" w:rsidRPr="008759DA"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Ход</w:t>
            </w:r>
            <w:r>
              <w:rPr>
                <w:rFonts w:ascii="inherit" w:eastAsia="Times New Roman" w:hAnsi="inherit" w:cs="Times New Roman"/>
                <w:sz w:val="24"/>
                <w:szCs w:val="24"/>
                <w:lang w:eastAsia="ru-RU"/>
              </w:rPr>
              <w:t>ьба на гимнастической скамейке</w:t>
            </w:r>
          </w:p>
        </w:tc>
        <w:tc>
          <w:tcPr>
            <w:tcW w:w="992" w:type="dxa"/>
            <w:tcBorders>
              <w:top w:val="single" w:sz="2" w:space="0" w:color="000000"/>
              <w:left w:val="single" w:sz="2" w:space="0" w:color="000000"/>
              <w:bottom w:val="single" w:sz="2" w:space="0" w:color="000000"/>
              <w:right w:val="single" w:sz="2" w:space="0" w:color="000000"/>
            </w:tcBorders>
          </w:tcPr>
          <w:p w14:paraId="129A1D7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D69C8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E39232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105866D"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C02CA7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9E2304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C89737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27" w:type="dxa"/>
            <w:tcBorders>
              <w:top w:val="single" w:sz="2" w:space="0" w:color="000000"/>
              <w:left w:val="single" w:sz="2" w:space="0" w:color="000000"/>
              <w:bottom w:val="single" w:sz="2" w:space="0" w:color="000000"/>
              <w:right w:val="single" w:sz="2" w:space="0" w:color="000000"/>
            </w:tcBorders>
          </w:tcPr>
          <w:p w14:paraId="201FCB7D"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Упражнения с гимнастической скакалкой</w:t>
            </w:r>
          </w:p>
        </w:tc>
        <w:tc>
          <w:tcPr>
            <w:tcW w:w="992" w:type="dxa"/>
            <w:tcBorders>
              <w:top w:val="single" w:sz="2" w:space="0" w:color="000000"/>
              <w:left w:val="single" w:sz="2" w:space="0" w:color="000000"/>
              <w:bottom w:val="single" w:sz="2" w:space="0" w:color="000000"/>
              <w:right w:val="single" w:sz="2" w:space="0" w:color="000000"/>
            </w:tcBorders>
          </w:tcPr>
          <w:p w14:paraId="7ECE4EC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BB116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3B3C12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206E1EC"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D15D6E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26B1B95" w14:textId="77777777" w:rsidTr="003C4720">
        <w:tc>
          <w:tcPr>
            <w:tcW w:w="809" w:type="dxa"/>
            <w:tcBorders>
              <w:top w:val="single" w:sz="2" w:space="0" w:color="000000"/>
              <w:left w:val="single" w:sz="2" w:space="0" w:color="000000"/>
              <w:bottom w:val="single" w:sz="2" w:space="0" w:color="000000"/>
              <w:right w:val="single" w:sz="2" w:space="0" w:color="000000"/>
            </w:tcBorders>
          </w:tcPr>
          <w:p w14:paraId="6563659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27" w:type="dxa"/>
            <w:tcBorders>
              <w:top w:val="single" w:sz="2" w:space="0" w:color="000000"/>
              <w:left w:val="single" w:sz="2" w:space="0" w:color="000000"/>
              <w:bottom w:val="single" w:sz="2" w:space="0" w:color="000000"/>
              <w:right w:val="single" w:sz="2" w:space="0" w:color="000000"/>
            </w:tcBorders>
          </w:tcPr>
          <w:p w14:paraId="313D4279"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Упражнения с гимнастическим мячом</w:t>
            </w:r>
          </w:p>
        </w:tc>
        <w:tc>
          <w:tcPr>
            <w:tcW w:w="992" w:type="dxa"/>
            <w:tcBorders>
              <w:top w:val="single" w:sz="2" w:space="0" w:color="000000"/>
              <w:left w:val="single" w:sz="2" w:space="0" w:color="000000"/>
              <w:bottom w:val="single" w:sz="2" w:space="0" w:color="000000"/>
              <w:right w:val="single" w:sz="2" w:space="0" w:color="000000"/>
            </w:tcBorders>
          </w:tcPr>
          <w:p w14:paraId="162BF6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F8A046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CD763B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E195931"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D7F945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77F9DE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20E09A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127" w:type="dxa"/>
            <w:tcBorders>
              <w:top w:val="single" w:sz="2" w:space="0" w:color="000000"/>
              <w:left w:val="single" w:sz="2" w:space="0" w:color="000000"/>
              <w:bottom w:val="single" w:sz="2" w:space="0" w:color="000000"/>
              <w:right w:val="single" w:sz="2" w:space="0" w:color="000000"/>
            </w:tcBorders>
          </w:tcPr>
          <w:p w14:paraId="2F9451E9"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Танцевальные гимнастические движения</w:t>
            </w:r>
          </w:p>
        </w:tc>
        <w:tc>
          <w:tcPr>
            <w:tcW w:w="992" w:type="dxa"/>
            <w:tcBorders>
              <w:top w:val="single" w:sz="2" w:space="0" w:color="000000"/>
              <w:left w:val="single" w:sz="2" w:space="0" w:color="000000"/>
              <w:bottom w:val="single" w:sz="2" w:space="0" w:color="000000"/>
              <w:right w:val="single" w:sz="2" w:space="0" w:color="000000"/>
            </w:tcBorders>
          </w:tcPr>
          <w:p w14:paraId="68172B1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DDDEB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9B5CA8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7E2771C9"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A45169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BF1BAB5"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5D98F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127" w:type="dxa"/>
            <w:tcBorders>
              <w:top w:val="single" w:sz="2" w:space="0" w:color="000000"/>
              <w:left w:val="single" w:sz="2" w:space="0" w:color="000000"/>
              <w:bottom w:val="single" w:sz="2" w:space="0" w:color="000000"/>
              <w:right w:val="single" w:sz="2" w:space="0" w:color="000000"/>
            </w:tcBorders>
          </w:tcPr>
          <w:p w14:paraId="1674E9E6"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Правила поведения на занятиях лыжной подготовкой</w:t>
            </w:r>
          </w:p>
        </w:tc>
        <w:tc>
          <w:tcPr>
            <w:tcW w:w="992" w:type="dxa"/>
            <w:tcBorders>
              <w:top w:val="single" w:sz="2" w:space="0" w:color="000000"/>
              <w:left w:val="single" w:sz="2" w:space="0" w:color="000000"/>
              <w:bottom w:val="single" w:sz="2" w:space="0" w:color="000000"/>
              <w:right w:val="single" w:sz="2" w:space="0" w:color="000000"/>
            </w:tcBorders>
          </w:tcPr>
          <w:p w14:paraId="1E3DD70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56DE88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47F42F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139AE9D"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CEC9A8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B59324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394A76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127" w:type="dxa"/>
            <w:tcBorders>
              <w:top w:val="single" w:sz="2" w:space="0" w:color="000000"/>
              <w:left w:val="single" w:sz="2" w:space="0" w:color="000000"/>
              <w:bottom w:val="single" w:sz="2" w:space="0" w:color="000000"/>
              <w:right w:val="single" w:sz="2" w:space="0" w:color="000000"/>
            </w:tcBorders>
          </w:tcPr>
          <w:p w14:paraId="78E6880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 xml:space="preserve">Передвижение на лыжах </w:t>
            </w:r>
            <w:proofErr w:type="spellStart"/>
            <w:r w:rsidRPr="006A2CB4">
              <w:rPr>
                <w:rFonts w:ascii="inherit" w:eastAsia="Times New Roman" w:hAnsi="inherit" w:cs="Times New Roman"/>
                <w:sz w:val="24"/>
                <w:szCs w:val="24"/>
                <w:lang w:eastAsia="ru-RU"/>
              </w:rPr>
              <w:t>двухшажным</w:t>
            </w:r>
            <w:proofErr w:type="spellEnd"/>
            <w:r w:rsidRPr="006A2CB4">
              <w:rPr>
                <w:rFonts w:ascii="inherit" w:eastAsia="Times New Roman" w:hAnsi="inherit" w:cs="Times New Roman"/>
                <w:sz w:val="24"/>
                <w:szCs w:val="24"/>
                <w:lang w:eastAsia="ru-RU"/>
              </w:rPr>
              <w:t xml:space="preserve"> попеременным ходом</w:t>
            </w:r>
          </w:p>
        </w:tc>
        <w:tc>
          <w:tcPr>
            <w:tcW w:w="992" w:type="dxa"/>
            <w:tcBorders>
              <w:top w:val="single" w:sz="2" w:space="0" w:color="000000"/>
              <w:left w:val="single" w:sz="2" w:space="0" w:color="000000"/>
              <w:bottom w:val="single" w:sz="2" w:space="0" w:color="000000"/>
              <w:right w:val="single" w:sz="2" w:space="0" w:color="000000"/>
            </w:tcBorders>
          </w:tcPr>
          <w:p w14:paraId="3EFE946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78FC4B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17AEBD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3B64989"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32FC9A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0CCFF7E"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7EA1F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127" w:type="dxa"/>
            <w:tcBorders>
              <w:top w:val="single" w:sz="2" w:space="0" w:color="000000"/>
              <w:left w:val="single" w:sz="2" w:space="0" w:color="000000"/>
              <w:bottom w:val="single" w:sz="2" w:space="0" w:color="000000"/>
              <w:right w:val="single" w:sz="2" w:space="0" w:color="000000"/>
            </w:tcBorders>
          </w:tcPr>
          <w:p w14:paraId="4BC9AE74"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Спуск с горы в основной стойке</w:t>
            </w:r>
          </w:p>
        </w:tc>
        <w:tc>
          <w:tcPr>
            <w:tcW w:w="992" w:type="dxa"/>
            <w:tcBorders>
              <w:top w:val="single" w:sz="2" w:space="0" w:color="000000"/>
              <w:left w:val="single" w:sz="2" w:space="0" w:color="000000"/>
              <w:bottom w:val="single" w:sz="2" w:space="0" w:color="000000"/>
              <w:right w:val="single" w:sz="2" w:space="0" w:color="000000"/>
            </w:tcBorders>
          </w:tcPr>
          <w:p w14:paraId="13367B8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C2C8B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3EDE21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8065742"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64E317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4175501"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3726D6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3127" w:type="dxa"/>
            <w:tcBorders>
              <w:top w:val="single" w:sz="2" w:space="0" w:color="000000"/>
              <w:left w:val="single" w:sz="2" w:space="0" w:color="000000"/>
              <w:bottom w:val="single" w:sz="2" w:space="0" w:color="000000"/>
              <w:right w:val="single" w:sz="2" w:space="0" w:color="000000"/>
            </w:tcBorders>
          </w:tcPr>
          <w:p w14:paraId="27DAC53B"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Подъем лесенкой</w:t>
            </w:r>
          </w:p>
        </w:tc>
        <w:tc>
          <w:tcPr>
            <w:tcW w:w="992" w:type="dxa"/>
            <w:tcBorders>
              <w:top w:val="single" w:sz="2" w:space="0" w:color="000000"/>
              <w:left w:val="single" w:sz="2" w:space="0" w:color="000000"/>
              <w:bottom w:val="single" w:sz="2" w:space="0" w:color="000000"/>
              <w:right w:val="single" w:sz="2" w:space="0" w:color="000000"/>
            </w:tcBorders>
          </w:tcPr>
          <w:p w14:paraId="0ECD3B9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274749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8AA73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E2054EC"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966B41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C906DE9"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E24FD6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3127" w:type="dxa"/>
            <w:tcBorders>
              <w:top w:val="single" w:sz="2" w:space="0" w:color="000000"/>
              <w:left w:val="single" w:sz="2" w:space="0" w:color="000000"/>
              <w:bottom w:val="single" w:sz="2" w:space="0" w:color="000000"/>
              <w:right w:val="single" w:sz="2" w:space="0" w:color="000000"/>
            </w:tcBorders>
          </w:tcPr>
          <w:p w14:paraId="2C192903" w14:textId="77777777" w:rsidR="003C4720" w:rsidRPr="008759DA"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Спуски и подъёмы на лыжах</w:t>
            </w:r>
          </w:p>
        </w:tc>
        <w:tc>
          <w:tcPr>
            <w:tcW w:w="992" w:type="dxa"/>
            <w:tcBorders>
              <w:top w:val="single" w:sz="2" w:space="0" w:color="000000"/>
              <w:left w:val="single" w:sz="2" w:space="0" w:color="000000"/>
              <w:bottom w:val="single" w:sz="2" w:space="0" w:color="000000"/>
              <w:right w:val="single" w:sz="2" w:space="0" w:color="000000"/>
            </w:tcBorders>
          </w:tcPr>
          <w:p w14:paraId="5C47297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10E77B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314B91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D0DBE5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34BC34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377C390"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BD5770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3127" w:type="dxa"/>
            <w:tcBorders>
              <w:top w:val="single" w:sz="2" w:space="0" w:color="000000"/>
              <w:left w:val="single" w:sz="2" w:space="0" w:color="000000"/>
              <w:bottom w:val="single" w:sz="2" w:space="0" w:color="000000"/>
              <w:right w:val="single" w:sz="2" w:space="0" w:color="000000"/>
            </w:tcBorders>
          </w:tcPr>
          <w:p w14:paraId="5744639E"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Торможение лыжными палками</w:t>
            </w:r>
          </w:p>
        </w:tc>
        <w:tc>
          <w:tcPr>
            <w:tcW w:w="992" w:type="dxa"/>
            <w:tcBorders>
              <w:top w:val="single" w:sz="2" w:space="0" w:color="000000"/>
              <w:left w:val="single" w:sz="2" w:space="0" w:color="000000"/>
              <w:bottom w:val="single" w:sz="2" w:space="0" w:color="000000"/>
              <w:right w:val="single" w:sz="2" w:space="0" w:color="000000"/>
            </w:tcBorders>
          </w:tcPr>
          <w:p w14:paraId="75AE8BF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43BC42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3E165D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90C8FC5"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1F447E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79C7EE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4961FD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3127" w:type="dxa"/>
            <w:tcBorders>
              <w:top w:val="single" w:sz="2" w:space="0" w:color="000000"/>
              <w:left w:val="single" w:sz="2" w:space="0" w:color="000000"/>
              <w:bottom w:val="single" w:sz="2" w:space="0" w:color="000000"/>
              <w:right w:val="single" w:sz="2" w:space="0" w:color="000000"/>
            </w:tcBorders>
          </w:tcPr>
          <w:p w14:paraId="2E503B3F"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Торможение падением на бок</w:t>
            </w:r>
          </w:p>
        </w:tc>
        <w:tc>
          <w:tcPr>
            <w:tcW w:w="992" w:type="dxa"/>
            <w:tcBorders>
              <w:top w:val="single" w:sz="2" w:space="0" w:color="000000"/>
              <w:left w:val="single" w:sz="2" w:space="0" w:color="000000"/>
              <w:bottom w:val="single" w:sz="2" w:space="0" w:color="000000"/>
              <w:right w:val="single" w:sz="2" w:space="0" w:color="000000"/>
            </w:tcBorders>
          </w:tcPr>
          <w:p w14:paraId="56FDA5F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D408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0527EC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7D676B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994AC2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B5A9628"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9BD22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3127" w:type="dxa"/>
            <w:tcBorders>
              <w:top w:val="single" w:sz="2" w:space="0" w:color="000000"/>
              <w:left w:val="single" w:sz="2" w:space="0" w:color="000000"/>
              <w:bottom w:val="single" w:sz="2" w:space="0" w:color="000000"/>
              <w:right w:val="single" w:sz="2" w:space="0" w:color="000000"/>
            </w:tcBorders>
          </w:tcPr>
          <w:p w14:paraId="07E67BF8"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Правила поведения на занятиях лёгкой атлетикой</w:t>
            </w:r>
          </w:p>
        </w:tc>
        <w:tc>
          <w:tcPr>
            <w:tcW w:w="992" w:type="dxa"/>
            <w:tcBorders>
              <w:top w:val="single" w:sz="2" w:space="0" w:color="000000"/>
              <w:left w:val="single" w:sz="2" w:space="0" w:color="000000"/>
              <w:bottom w:val="single" w:sz="2" w:space="0" w:color="000000"/>
              <w:right w:val="single" w:sz="2" w:space="0" w:color="000000"/>
            </w:tcBorders>
          </w:tcPr>
          <w:p w14:paraId="302E87C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41B96F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17C3C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629FD7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3EDF84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4B8784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D3F589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3127" w:type="dxa"/>
            <w:tcBorders>
              <w:top w:val="single" w:sz="2" w:space="0" w:color="000000"/>
              <w:left w:val="single" w:sz="2" w:space="0" w:color="000000"/>
              <w:bottom w:val="single" w:sz="2" w:space="0" w:color="000000"/>
              <w:right w:val="single" w:sz="2" w:space="0" w:color="000000"/>
            </w:tcBorders>
          </w:tcPr>
          <w:p w14:paraId="1237884F"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Броски мяча в неподвижную мишень</w:t>
            </w:r>
          </w:p>
        </w:tc>
        <w:tc>
          <w:tcPr>
            <w:tcW w:w="992" w:type="dxa"/>
            <w:tcBorders>
              <w:top w:val="single" w:sz="2" w:space="0" w:color="000000"/>
              <w:left w:val="single" w:sz="2" w:space="0" w:color="000000"/>
              <w:bottom w:val="single" w:sz="2" w:space="0" w:color="000000"/>
              <w:right w:val="single" w:sz="2" w:space="0" w:color="000000"/>
            </w:tcBorders>
          </w:tcPr>
          <w:p w14:paraId="7774E92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22898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703487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40045E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985FFF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F248F76" w14:textId="77777777" w:rsidTr="003C4720">
        <w:tc>
          <w:tcPr>
            <w:tcW w:w="809" w:type="dxa"/>
            <w:tcBorders>
              <w:top w:val="single" w:sz="2" w:space="0" w:color="000000"/>
              <w:left w:val="single" w:sz="2" w:space="0" w:color="000000"/>
              <w:bottom w:val="single" w:sz="2" w:space="0" w:color="000000"/>
              <w:right w:val="single" w:sz="2" w:space="0" w:color="000000"/>
            </w:tcBorders>
          </w:tcPr>
          <w:p w14:paraId="63EBDAD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127" w:type="dxa"/>
            <w:tcBorders>
              <w:top w:val="single" w:sz="2" w:space="0" w:color="000000"/>
              <w:left w:val="single" w:sz="2" w:space="0" w:color="000000"/>
              <w:bottom w:val="single" w:sz="2" w:space="0" w:color="000000"/>
              <w:right w:val="single" w:sz="2" w:space="0" w:color="000000"/>
            </w:tcBorders>
          </w:tcPr>
          <w:p w14:paraId="6A376536"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Сложно координированные прыжковые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6A32B32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610375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727B95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9FEAD1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A439E8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1C100B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8A0583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3127" w:type="dxa"/>
            <w:tcBorders>
              <w:top w:val="single" w:sz="2" w:space="0" w:color="000000"/>
              <w:left w:val="single" w:sz="2" w:space="0" w:color="000000"/>
              <w:bottom w:val="single" w:sz="2" w:space="0" w:color="000000"/>
              <w:right w:val="single" w:sz="2" w:space="0" w:color="000000"/>
            </w:tcBorders>
          </w:tcPr>
          <w:p w14:paraId="0A641DBB"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Прыжок в высоту с прямого разбега</w:t>
            </w:r>
          </w:p>
        </w:tc>
        <w:tc>
          <w:tcPr>
            <w:tcW w:w="992" w:type="dxa"/>
            <w:tcBorders>
              <w:top w:val="single" w:sz="2" w:space="0" w:color="000000"/>
              <w:left w:val="single" w:sz="2" w:space="0" w:color="000000"/>
              <w:bottom w:val="single" w:sz="2" w:space="0" w:color="000000"/>
              <w:right w:val="single" w:sz="2" w:space="0" w:color="000000"/>
            </w:tcBorders>
          </w:tcPr>
          <w:p w14:paraId="3DD53ED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8D78E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0705B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17585EB"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49F63B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4A062E9"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444CD1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3127" w:type="dxa"/>
            <w:tcBorders>
              <w:top w:val="single" w:sz="2" w:space="0" w:color="000000"/>
              <w:left w:val="single" w:sz="2" w:space="0" w:color="000000"/>
              <w:bottom w:val="single" w:sz="2" w:space="0" w:color="000000"/>
              <w:right w:val="single" w:sz="2" w:space="0" w:color="000000"/>
            </w:tcBorders>
          </w:tcPr>
          <w:p w14:paraId="2E7C9AC9" w14:textId="77777777" w:rsidR="003C4720" w:rsidRPr="00B10C3C" w:rsidRDefault="003C4720" w:rsidP="003C4720">
            <w:pPr>
              <w:spacing w:after="0"/>
              <w:rPr>
                <w:rFonts w:ascii="Times New Roman" w:eastAsia="Times New Roman" w:hAnsi="Times New Roman" w:cs="Times New Roman"/>
                <w:sz w:val="24"/>
                <w:szCs w:val="24"/>
                <w:lang w:eastAsia="ru-RU"/>
              </w:rPr>
            </w:pPr>
            <w:r>
              <w:rPr>
                <w:rFonts w:ascii="inherit" w:eastAsia="Times New Roman" w:hAnsi="inherit" w:cs="Times New Roman"/>
                <w:sz w:val="24"/>
                <w:szCs w:val="24"/>
                <w:lang w:eastAsia="ru-RU"/>
              </w:rPr>
              <w:t xml:space="preserve">Сложно координированные </w:t>
            </w:r>
            <w:r w:rsidRPr="006A2CB4">
              <w:rPr>
                <w:rFonts w:ascii="inherit" w:eastAsia="Times New Roman" w:hAnsi="inherit" w:cs="Times New Roman"/>
                <w:sz w:val="24"/>
                <w:szCs w:val="24"/>
                <w:lang w:eastAsia="ru-RU"/>
              </w:rPr>
              <w:t>передвижения ходьбой по гимнастической скамейке</w:t>
            </w:r>
          </w:p>
        </w:tc>
        <w:tc>
          <w:tcPr>
            <w:tcW w:w="992" w:type="dxa"/>
            <w:tcBorders>
              <w:top w:val="single" w:sz="2" w:space="0" w:color="000000"/>
              <w:left w:val="single" w:sz="2" w:space="0" w:color="000000"/>
              <w:bottom w:val="single" w:sz="2" w:space="0" w:color="000000"/>
              <w:right w:val="single" w:sz="2" w:space="0" w:color="000000"/>
            </w:tcBorders>
          </w:tcPr>
          <w:p w14:paraId="7D4AEA0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E012D0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E28D2E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F2F1F8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DD9B92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6B8E65A"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7FF4D6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127" w:type="dxa"/>
            <w:tcBorders>
              <w:top w:val="single" w:sz="2" w:space="0" w:color="000000"/>
              <w:left w:val="single" w:sz="2" w:space="0" w:color="000000"/>
              <w:bottom w:val="single" w:sz="2" w:space="0" w:color="000000"/>
              <w:right w:val="single" w:sz="2" w:space="0" w:color="000000"/>
            </w:tcBorders>
          </w:tcPr>
          <w:p w14:paraId="78492A34"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Передвижение равномерной ходьбой с наклонами туловища вперёд и стороны, разведением и сведением рук</w:t>
            </w:r>
          </w:p>
        </w:tc>
        <w:tc>
          <w:tcPr>
            <w:tcW w:w="992" w:type="dxa"/>
            <w:tcBorders>
              <w:top w:val="single" w:sz="2" w:space="0" w:color="000000"/>
              <w:left w:val="single" w:sz="2" w:space="0" w:color="000000"/>
              <w:bottom w:val="single" w:sz="2" w:space="0" w:color="000000"/>
              <w:right w:val="single" w:sz="2" w:space="0" w:color="000000"/>
            </w:tcBorders>
          </w:tcPr>
          <w:p w14:paraId="29E4F92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03785D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D1765A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5A4510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BC52F6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032F46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E69D34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3127" w:type="dxa"/>
            <w:tcBorders>
              <w:top w:val="single" w:sz="2" w:space="0" w:color="000000"/>
              <w:left w:val="single" w:sz="2" w:space="0" w:color="000000"/>
              <w:bottom w:val="single" w:sz="2" w:space="0" w:color="000000"/>
              <w:right w:val="single" w:sz="2" w:space="0" w:color="000000"/>
            </w:tcBorders>
          </w:tcPr>
          <w:p w14:paraId="5CDC0B2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Бег с поворотами и изменением направлений</w:t>
            </w:r>
          </w:p>
        </w:tc>
        <w:tc>
          <w:tcPr>
            <w:tcW w:w="992" w:type="dxa"/>
            <w:tcBorders>
              <w:top w:val="single" w:sz="2" w:space="0" w:color="000000"/>
              <w:left w:val="single" w:sz="2" w:space="0" w:color="000000"/>
              <w:bottom w:val="single" w:sz="2" w:space="0" w:color="000000"/>
              <w:right w:val="single" w:sz="2" w:space="0" w:color="000000"/>
            </w:tcBorders>
          </w:tcPr>
          <w:p w14:paraId="00A5FE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B24AB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8D982A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B7712F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21F920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0DBF50"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DD6308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3127" w:type="dxa"/>
            <w:tcBorders>
              <w:top w:val="single" w:sz="2" w:space="0" w:color="000000"/>
              <w:left w:val="single" w:sz="2" w:space="0" w:color="000000"/>
              <w:bottom w:val="single" w:sz="2" w:space="0" w:color="000000"/>
              <w:right w:val="single" w:sz="2" w:space="0" w:color="000000"/>
            </w:tcBorders>
          </w:tcPr>
          <w:p w14:paraId="6D100B6C"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Сложно координированные беговые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1B93156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4A93BA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B616B3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35A69F5"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E9F9B1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ED6506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671208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3127" w:type="dxa"/>
            <w:tcBorders>
              <w:top w:val="single" w:sz="2" w:space="0" w:color="000000"/>
              <w:left w:val="single" w:sz="2" w:space="0" w:color="000000"/>
              <w:bottom w:val="single" w:sz="2" w:space="0" w:color="000000"/>
              <w:right w:val="single" w:sz="2" w:space="0" w:color="000000"/>
            </w:tcBorders>
          </w:tcPr>
          <w:p w14:paraId="3CF8B06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Подвижные игры с приемами спортивных игр</w:t>
            </w:r>
          </w:p>
        </w:tc>
        <w:tc>
          <w:tcPr>
            <w:tcW w:w="992" w:type="dxa"/>
            <w:tcBorders>
              <w:top w:val="single" w:sz="2" w:space="0" w:color="000000"/>
              <w:left w:val="single" w:sz="2" w:space="0" w:color="000000"/>
              <w:bottom w:val="single" w:sz="2" w:space="0" w:color="000000"/>
              <w:right w:val="single" w:sz="2" w:space="0" w:color="000000"/>
            </w:tcBorders>
          </w:tcPr>
          <w:p w14:paraId="2B95555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AF6A06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273533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D4B9A9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875EB7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AFD9B42"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ED8418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3127" w:type="dxa"/>
            <w:tcBorders>
              <w:top w:val="single" w:sz="2" w:space="0" w:color="000000"/>
              <w:left w:val="single" w:sz="2" w:space="0" w:color="000000"/>
              <w:bottom w:val="single" w:sz="2" w:space="0" w:color="000000"/>
              <w:right w:val="single" w:sz="2" w:space="0" w:color="000000"/>
            </w:tcBorders>
          </w:tcPr>
          <w:p w14:paraId="2956F9BD"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Игры с приемами баскетбола</w:t>
            </w:r>
          </w:p>
        </w:tc>
        <w:tc>
          <w:tcPr>
            <w:tcW w:w="992" w:type="dxa"/>
            <w:tcBorders>
              <w:top w:val="single" w:sz="2" w:space="0" w:color="000000"/>
              <w:left w:val="single" w:sz="2" w:space="0" w:color="000000"/>
              <w:bottom w:val="single" w:sz="2" w:space="0" w:color="000000"/>
              <w:right w:val="single" w:sz="2" w:space="0" w:color="000000"/>
            </w:tcBorders>
          </w:tcPr>
          <w:p w14:paraId="08B7A0C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79EBE7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FFDB77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73744112"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DF13EA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B140C1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E39FFD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3127" w:type="dxa"/>
            <w:tcBorders>
              <w:top w:val="single" w:sz="2" w:space="0" w:color="000000"/>
              <w:left w:val="single" w:sz="2" w:space="0" w:color="000000"/>
              <w:bottom w:val="single" w:sz="2" w:space="0" w:color="000000"/>
              <w:right w:val="single" w:sz="2" w:space="0" w:color="000000"/>
            </w:tcBorders>
          </w:tcPr>
          <w:p w14:paraId="021935FA"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Приемы баскетбола: мяч среднему и мяч соседу</w:t>
            </w:r>
          </w:p>
        </w:tc>
        <w:tc>
          <w:tcPr>
            <w:tcW w:w="992" w:type="dxa"/>
            <w:tcBorders>
              <w:top w:val="single" w:sz="2" w:space="0" w:color="000000"/>
              <w:left w:val="single" w:sz="2" w:space="0" w:color="000000"/>
              <w:bottom w:val="single" w:sz="2" w:space="0" w:color="000000"/>
              <w:right w:val="single" w:sz="2" w:space="0" w:color="000000"/>
            </w:tcBorders>
          </w:tcPr>
          <w:p w14:paraId="1C385AE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903909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8CF687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7E88FF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FE83A5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FFE7C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B212720"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3127" w:type="dxa"/>
            <w:tcBorders>
              <w:top w:val="single" w:sz="2" w:space="0" w:color="000000"/>
              <w:left w:val="single" w:sz="2" w:space="0" w:color="000000"/>
              <w:bottom w:val="single" w:sz="2" w:space="0" w:color="000000"/>
              <w:right w:val="single" w:sz="2" w:space="0" w:color="000000"/>
            </w:tcBorders>
          </w:tcPr>
          <w:p w14:paraId="01E6BCC3"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Бросок мяча в колонне и неудобный бросок</w:t>
            </w:r>
          </w:p>
        </w:tc>
        <w:tc>
          <w:tcPr>
            <w:tcW w:w="992" w:type="dxa"/>
            <w:tcBorders>
              <w:top w:val="single" w:sz="2" w:space="0" w:color="000000"/>
              <w:left w:val="single" w:sz="2" w:space="0" w:color="000000"/>
              <w:bottom w:val="single" w:sz="2" w:space="0" w:color="000000"/>
              <w:right w:val="single" w:sz="2" w:space="0" w:color="000000"/>
            </w:tcBorders>
          </w:tcPr>
          <w:p w14:paraId="0BE438E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D684C1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53AF79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2393B1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89CB60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D7F9F7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A6AE6A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3127" w:type="dxa"/>
            <w:tcBorders>
              <w:top w:val="single" w:sz="2" w:space="0" w:color="000000"/>
              <w:left w:val="single" w:sz="2" w:space="0" w:color="000000"/>
              <w:bottom w:val="single" w:sz="2" w:space="0" w:color="000000"/>
              <w:right w:val="single" w:sz="2" w:space="0" w:color="000000"/>
            </w:tcBorders>
          </w:tcPr>
          <w:p w14:paraId="42205596"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Прием «волна» в баскетболе</w:t>
            </w:r>
          </w:p>
        </w:tc>
        <w:tc>
          <w:tcPr>
            <w:tcW w:w="992" w:type="dxa"/>
            <w:tcBorders>
              <w:top w:val="single" w:sz="2" w:space="0" w:color="000000"/>
              <w:left w:val="single" w:sz="2" w:space="0" w:color="000000"/>
              <w:bottom w:val="single" w:sz="2" w:space="0" w:color="000000"/>
              <w:right w:val="single" w:sz="2" w:space="0" w:color="000000"/>
            </w:tcBorders>
          </w:tcPr>
          <w:p w14:paraId="6D80340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A59F1B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79C258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C593AAF"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62D28B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A4A6E81"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416624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3127" w:type="dxa"/>
            <w:tcBorders>
              <w:top w:val="single" w:sz="2" w:space="0" w:color="000000"/>
              <w:left w:val="single" w:sz="2" w:space="0" w:color="000000"/>
              <w:bottom w:val="single" w:sz="2" w:space="0" w:color="000000"/>
              <w:right w:val="single" w:sz="2" w:space="0" w:color="000000"/>
            </w:tcBorders>
          </w:tcPr>
          <w:p w14:paraId="79C58FAA"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Игры с приемами футбола: метко в цель</w:t>
            </w:r>
          </w:p>
        </w:tc>
        <w:tc>
          <w:tcPr>
            <w:tcW w:w="992" w:type="dxa"/>
            <w:tcBorders>
              <w:top w:val="single" w:sz="2" w:space="0" w:color="000000"/>
              <w:left w:val="single" w:sz="2" w:space="0" w:color="000000"/>
              <w:bottom w:val="single" w:sz="2" w:space="0" w:color="000000"/>
              <w:right w:val="single" w:sz="2" w:space="0" w:color="000000"/>
            </w:tcBorders>
          </w:tcPr>
          <w:p w14:paraId="2B2564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48759E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79126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6828516"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8387E1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66E4CC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47E3A8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3127" w:type="dxa"/>
            <w:tcBorders>
              <w:top w:val="single" w:sz="2" w:space="0" w:color="000000"/>
              <w:left w:val="single" w:sz="2" w:space="0" w:color="000000"/>
              <w:bottom w:val="single" w:sz="2" w:space="0" w:color="000000"/>
              <w:right w:val="single" w:sz="2" w:space="0" w:color="000000"/>
            </w:tcBorders>
          </w:tcPr>
          <w:p w14:paraId="1997596E" w14:textId="77777777" w:rsidR="003C4720" w:rsidRPr="004E254C"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Гонка мячей и слалом с мячом</w:t>
            </w:r>
          </w:p>
        </w:tc>
        <w:tc>
          <w:tcPr>
            <w:tcW w:w="992" w:type="dxa"/>
            <w:tcBorders>
              <w:top w:val="single" w:sz="2" w:space="0" w:color="000000"/>
              <w:left w:val="single" w:sz="2" w:space="0" w:color="000000"/>
              <w:bottom w:val="single" w:sz="2" w:space="0" w:color="000000"/>
              <w:right w:val="single" w:sz="2" w:space="0" w:color="000000"/>
            </w:tcBorders>
          </w:tcPr>
          <w:p w14:paraId="5E4EA0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96BBE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569820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BAE2D6C"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4114AC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E2181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084F0C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3127" w:type="dxa"/>
            <w:tcBorders>
              <w:top w:val="single" w:sz="2" w:space="0" w:color="000000"/>
              <w:left w:val="single" w:sz="2" w:space="0" w:color="000000"/>
              <w:bottom w:val="single" w:sz="2" w:space="0" w:color="000000"/>
              <w:right w:val="single" w:sz="2" w:space="0" w:color="000000"/>
            </w:tcBorders>
          </w:tcPr>
          <w:p w14:paraId="57168EE9"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Футбольный бильярд</w:t>
            </w:r>
          </w:p>
        </w:tc>
        <w:tc>
          <w:tcPr>
            <w:tcW w:w="992" w:type="dxa"/>
            <w:tcBorders>
              <w:top w:val="single" w:sz="2" w:space="0" w:color="000000"/>
              <w:left w:val="single" w:sz="2" w:space="0" w:color="000000"/>
              <w:bottom w:val="single" w:sz="2" w:space="0" w:color="000000"/>
              <w:right w:val="single" w:sz="2" w:space="0" w:color="000000"/>
            </w:tcBorders>
          </w:tcPr>
          <w:p w14:paraId="1775617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D286C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2DE9C1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11602E2"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4794F4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1A91F1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8C36CB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c>
          <w:tcPr>
            <w:tcW w:w="3127" w:type="dxa"/>
            <w:tcBorders>
              <w:top w:val="single" w:sz="2" w:space="0" w:color="000000"/>
              <w:left w:val="single" w:sz="2" w:space="0" w:color="000000"/>
              <w:bottom w:val="single" w:sz="2" w:space="0" w:color="000000"/>
              <w:right w:val="single" w:sz="2" w:space="0" w:color="000000"/>
            </w:tcBorders>
          </w:tcPr>
          <w:p w14:paraId="5C2EAF6D"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Бросок ногой</w:t>
            </w:r>
          </w:p>
        </w:tc>
        <w:tc>
          <w:tcPr>
            <w:tcW w:w="992" w:type="dxa"/>
            <w:tcBorders>
              <w:top w:val="single" w:sz="2" w:space="0" w:color="000000"/>
              <w:left w:val="single" w:sz="2" w:space="0" w:color="000000"/>
              <w:bottom w:val="single" w:sz="2" w:space="0" w:color="000000"/>
              <w:right w:val="single" w:sz="2" w:space="0" w:color="000000"/>
            </w:tcBorders>
          </w:tcPr>
          <w:p w14:paraId="060CC79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3526B7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BF0714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23625C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025428A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33295A1"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01B39B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3127" w:type="dxa"/>
            <w:tcBorders>
              <w:top w:val="single" w:sz="2" w:space="0" w:color="000000"/>
              <w:left w:val="single" w:sz="2" w:space="0" w:color="000000"/>
              <w:bottom w:val="single" w:sz="2" w:space="0" w:color="000000"/>
              <w:right w:val="single" w:sz="2" w:space="0" w:color="000000"/>
            </w:tcBorders>
          </w:tcPr>
          <w:p w14:paraId="2F82B37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Подвижные игры на развитие равновесия</w:t>
            </w:r>
          </w:p>
        </w:tc>
        <w:tc>
          <w:tcPr>
            <w:tcW w:w="992" w:type="dxa"/>
            <w:tcBorders>
              <w:top w:val="single" w:sz="2" w:space="0" w:color="000000"/>
              <w:left w:val="single" w:sz="2" w:space="0" w:color="000000"/>
              <w:bottom w:val="single" w:sz="2" w:space="0" w:color="000000"/>
              <w:right w:val="single" w:sz="2" w:space="0" w:color="000000"/>
            </w:tcBorders>
          </w:tcPr>
          <w:p w14:paraId="442CCC9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5B12FE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9872DC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1F3C6A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01866F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6CEF96E"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6A3060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3127" w:type="dxa"/>
            <w:tcBorders>
              <w:top w:val="single" w:sz="2" w:space="0" w:color="000000"/>
              <w:left w:val="single" w:sz="2" w:space="0" w:color="000000"/>
              <w:bottom w:val="single" w:sz="2" w:space="0" w:color="000000"/>
              <w:right w:val="single" w:sz="2" w:space="0" w:color="000000"/>
            </w:tcBorders>
          </w:tcPr>
          <w:p w14:paraId="072BDBEB"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Правила выполнения спортивных нормативов 2 ступени</w:t>
            </w:r>
          </w:p>
        </w:tc>
        <w:tc>
          <w:tcPr>
            <w:tcW w:w="992" w:type="dxa"/>
            <w:tcBorders>
              <w:top w:val="single" w:sz="2" w:space="0" w:color="000000"/>
              <w:left w:val="single" w:sz="2" w:space="0" w:color="000000"/>
              <w:bottom w:val="single" w:sz="2" w:space="0" w:color="000000"/>
              <w:right w:val="single" w:sz="2" w:space="0" w:color="000000"/>
            </w:tcBorders>
          </w:tcPr>
          <w:p w14:paraId="38A08CE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2496AA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58D7D7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3013B85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F93DE9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0F63D20"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D43E22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3127" w:type="dxa"/>
            <w:tcBorders>
              <w:top w:val="single" w:sz="2" w:space="0" w:color="000000"/>
              <w:left w:val="single" w:sz="2" w:space="0" w:color="000000"/>
              <w:bottom w:val="single" w:sz="2" w:space="0" w:color="000000"/>
              <w:right w:val="single" w:sz="2" w:space="0" w:color="000000"/>
            </w:tcBorders>
          </w:tcPr>
          <w:p w14:paraId="2048C3CC"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Правила техники безопасности на уроках. Укрепление здоровья через ВФСК ГТО</w:t>
            </w:r>
          </w:p>
        </w:tc>
        <w:tc>
          <w:tcPr>
            <w:tcW w:w="992" w:type="dxa"/>
            <w:tcBorders>
              <w:top w:val="single" w:sz="2" w:space="0" w:color="000000"/>
              <w:left w:val="single" w:sz="2" w:space="0" w:color="000000"/>
              <w:bottom w:val="single" w:sz="2" w:space="0" w:color="000000"/>
              <w:right w:val="single" w:sz="2" w:space="0" w:color="000000"/>
            </w:tcBorders>
          </w:tcPr>
          <w:p w14:paraId="228C2EB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6E918D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76BD63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F04CBAD"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606765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A3B5E2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2193A87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3127" w:type="dxa"/>
            <w:tcBorders>
              <w:top w:val="single" w:sz="2" w:space="0" w:color="000000"/>
              <w:left w:val="single" w:sz="2" w:space="0" w:color="000000"/>
              <w:bottom w:val="single" w:sz="2" w:space="0" w:color="000000"/>
              <w:right w:val="single" w:sz="2" w:space="0" w:color="000000"/>
            </w:tcBorders>
          </w:tcPr>
          <w:p w14:paraId="38B31E79"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4AA4CCB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F4F65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3E736C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82CFB9C"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0BD538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FDCEA8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297E9C4"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3127" w:type="dxa"/>
            <w:tcBorders>
              <w:top w:val="single" w:sz="2" w:space="0" w:color="000000"/>
              <w:left w:val="single" w:sz="2" w:space="0" w:color="000000"/>
              <w:bottom w:val="single" w:sz="2" w:space="0" w:color="000000"/>
              <w:right w:val="single" w:sz="2" w:space="0" w:color="000000"/>
            </w:tcBorders>
          </w:tcPr>
          <w:p w14:paraId="08EFD7C0"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7434A88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33243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A5BD8D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09B378E"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DAF0EF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63285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91EE323"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3127" w:type="dxa"/>
            <w:tcBorders>
              <w:top w:val="single" w:sz="2" w:space="0" w:color="000000"/>
              <w:left w:val="single" w:sz="2" w:space="0" w:color="000000"/>
              <w:bottom w:val="single" w:sz="2" w:space="0" w:color="000000"/>
              <w:right w:val="single" w:sz="2" w:space="0" w:color="000000"/>
            </w:tcBorders>
          </w:tcPr>
          <w:p w14:paraId="40FC8D3B" w14:textId="77777777" w:rsidR="003C4720" w:rsidRPr="00D9031F"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w:t>
            </w:r>
          </w:p>
        </w:tc>
        <w:tc>
          <w:tcPr>
            <w:tcW w:w="992" w:type="dxa"/>
            <w:tcBorders>
              <w:top w:val="single" w:sz="2" w:space="0" w:color="000000"/>
              <w:left w:val="single" w:sz="2" w:space="0" w:color="000000"/>
              <w:bottom w:val="single" w:sz="2" w:space="0" w:color="000000"/>
              <w:right w:val="single" w:sz="2" w:space="0" w:color="000000"/>
            </w:tcBorders>
          </w:tcPr>
          <w:p w14:paraId="33C2F04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88846C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F0F431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78D8F31"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CBB095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F643BDA"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D0ED57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3127" w:type="dxa"/>
            <w:tcBorders>
              <w:top w:val="single" w:sz="2" w:space="0" w:color="000000"/>
              <w:left w:val="single" w:sz="2" w:space="0" w:color="000000"/>
              <w:bottom w:val="single" w:sz="2" w:space="0" w:color="000000"/>
              <w:right w:val="single" w:sz="2" w:space="0" w:color="000000"/>
            </w:tcBorders>
          </w:tcPr>
          <w:p w14:paraId="0D1F0900"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w:t>
            </w:r>
          </w:p>
        </w:tc>
        <w:tc>
          <w:tcPr>
            <w:tcW w:w="992" w:type="dxa"/>
            <w:tcBorders>
              <w:top w:val="single" w:sz="2" w:space="0" w:color="000000"/>
              <w:left w:val="single" w:sz="2" w:space="0" w:color="000000"/>
              <w:bottom w:val="single" w:sz="2" w:space="0" w:color="000000"/>
              <w:right w:val="single" w:sz="2" w:space="0" w:color="000000"/>
            </w:tcBorders>
          </w:tcPr>
          <w:p w14:paraId="7AA8FA4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F962EE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F91A42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154AA9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821451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5BE9E41" w14:textId="77777777" w:rsidTr="003C4720">
        <w:tc>
          <w:tcPr>
            <w:tcW w:w="809" w:type="dxa"/>
            <w:tcBorders>
              <w:top w:val="single" w:sz="2" w:space="0" w:color="000000"/>
              <w:left w:val="single" w:sz="2" w:space="0" w:color="000000"/>
              <w:bottom w:val="single" w:sz="2" w:space="0" w:color="000000"/>
              <w:right w:val="single" w:sz="2" w:space="0" w:color="000000"/>
            </w:tcBorders>
          </w:tcPr>
          <w:p w14:paraId="3358F28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3127" w:type="dxa"/>
            <w:tcBorders>
              <w:top w:val="single" w:sz="2" w:space="0" w:color="000000"/>
              <w:left w:val="single" w:sz="2" w:space="0" w:color="000000"/>
              <w:bottom w:val="single" w:sz="2" w:space="0" w:color="000000"/>
              <w:right w:val="single" w:sz="2" w:space="0" w:color="000000"/>
            </w:tcBorders>
          </w:tcPr>
          <w:p w14:paraId="765D5186" w14:textId="77777777" w:rsidR="003C4720" w:rsidRPr="00D9031F"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 пересече</w:t>
            </w:r>
            <w:r>
              <w:rPr>
                <w:rFonts w:ascii="inherit" w:eastAsia="Times New Roman" w:hAnsi="inherit" w:cs="Times New Roman"/>
                <w:sz w:val="24"/>
                <w:szCs w:val="24"/>
                <w:lang w:eastAsia="ru-RU"/>
              </w:rPr>
              <w:t>нной местности.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750D87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305C3C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F35359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7568CF9"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E6AE42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EDD4F00"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CC9FC6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3127" w:type="dxa"/>
            <w:tcBorders>
              <w:top w:val="single" w:sz="2" w:space="0" w:color="000000"/>
              <w:left w:val="single" w:sz="2" w:space="0" w:color="000000"/>
              <w:bottom w:val="single" w:sz="2" w:space="0" w:color="000000"/>
              <w:right w:val="single" w:sz="2" w:space="0" w:color="000000"/>
            </w:tcBorders>
          </w:tcPr>
          <w:p w14:paraId="0BE4DEA0"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Смешанное передвижение по пересече</w:t>
            </w:r>
            <w:r>
              <w:rPr>
                <w:rFonts w:ascii="inherit" w:eastAsia="Times New Roman" w:hAnsi="inherit" w:cs="Times New Roman"/>
                <w:sz w:val="24"/>
                <w:szCs w:val="24"/>
                <w:lang w:eastAsia="ru-RU"/>
              </w:rPr>
              <w:t>нной местности.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663D667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C916C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1EA1F3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DBD20B5"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B9C866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0E8DE1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B2C795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c>
          <w:tcPr>
            <w:tcW w:w="3127" w:type="dxa"/>
            <w:tcBorders>
              <w:top w:val="single" w:sz="2" w:space="0" w:color="000000"/>
              <w:left w:val="single" w:sz="2" w:space="0" w:color="000000"/>
              <w:bottom w:val="single" w:sz="2" w:space="0" w:color="000000"/>
              <w:right w:val="single" w:sz="2" w:space="0" w:color="000000"/>
            </w:tcBorders>
          </w:tcPr>
          <w:p w14:paraId="04388768" w14:textId="77777777" w:rsidR="003C4720" w:rsidRPr="00D9031F" w:rsidRDefault="003C4720" w:rsidP="003C4720">
            <w:pPr>
              <w:spacing w:after="0"/>
              <w:rPr>
                <w:rFonts w:ascii="inherit" w:eastAsia="Times New Roman" w:hAnsi="inherit"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07AF511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BC77F1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F630F4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764E4872"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43E30F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4020A14"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09C6C2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c>
          <w:tcPr>
            <w:tcW w:w="3127" w:type="dxa"/>
            <w:tcBorders>
              <w:top w:val="single" w:sz="2" w:space="0" w:color="000000"/>
              <w:left w:val="single" w:sz="2" w:space="0" w:color="000000"/>
              <w:bottom w:val="single" w:sz="2" w:space="0" w:color="000000"/>
              <w:right w:val="single" w:sz="2" w:space="0" w:color="000000"/>
            </w:tcBorders>
          </w:tcPr>
          <w:p w14:paraId="5BEDC133"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4B19A1B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15E8BD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327186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5DDF55AB"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BE67AC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29624CA"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D49618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3127" w:type="dxa"/>
            <w:tcBorders>
              <w:top w:val="single" w:sz="2" w:space="0" w:color="000000"/>
              <w:left w:val="single" w:sz="2" w:space="0" w:color="000000"/>
              <w:bottom w:val="single" w:sz="2" w:space="0" w:color="000000"/>
              <w:right w:val="single" w:sz="2" w:space="0" w:color="000000"/>
            </w:tcBorders>
          </w:tcPr>
          <w:p w14:paraId="13305895"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40C3175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763E5F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E7ACBE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77EDA1E7"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269094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187C0DF"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50E292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3127" w:type="dxa"/>
            <w:tcBorders>
              <w:top w:val="single" w:sz="2" w:space="0" w:color="000000"/>
              <w:left w:val="single" w:sz="2" w:space="0" w:color="000000"/>
              <w:bottom w:val="single" w:sz="2" w:space="0" w:color="000000"/>
              <w:right w:val="single" w:sz="2" w:space="0" w:color="000000"/>
            </w:tcBorders>
          </w:tcPr>
          <w:p w14:paraId="5B4EB4B5"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75776C4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181C88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AF753E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D5BF70E"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C21A37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7AC0145"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FFF2C4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3127" w:type="dxa"/>
            <w:tcBorders>
              <w:top w:val="single" w:sz="2" w:space="0" w:color="000000"/>
              <w:left w:val="single" w:sz="2" w:space="0" w:color="000000"/>
              <w:bottom w:val="single" w:sz="2" w:space="0" w:color="000000"/>
              <w:right w:val="single" w:sz="2" w:space="0" w:color="000000"/>
            </w:tcBorders>
          </w:tcPr>
          <w:p w14:paraId="7B51ECEA"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10FAC07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B6B85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2CB18B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480951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3E3DD4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9CCD8B2" w14:textId="77777777" w:rsidTr="003C4720">
        <w:tc>
          <w:tcPr>
            <w:tcW w:w="809" w:type="dxa"/>
            <w:tcBorders>
              <w:top w:val="single" w:sz="2" w:space="0" w:color="000000"/>
              <w:left w:val="single" w:sz="2" w:space="0" w:color="000000"/>
              <w:bottom w:val="single" w:sz="2" w:space="0" w:color="000000"/>
              <w:right w:val="single" w:sz="2" w:space="0" w:color="000000"/>
            </w:tcBorders>
          </w:tcPr>
          <w:p w14:paraId="4CB99B2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3127" w:type="dxa"/>
            <w:tcBorders>
              <w:top w:val="single" w:sz="2" w:space="0" w:color="000000"/>
              <w:left w:val="single" w:sz="2" w:space="0" w:color="000000"/>
              <w:bottom w:val="single" w:sz="2" w:space="0" w:color="000000"/>
              <w:right w:val="single" w:sz="2" w:space="0" w:color="000000"/>
            </w:tcBorders>
          </w:tcPr>
          <w:p w14:paraId="07829811"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381076A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AA5B50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21E696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3BEF73B"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01F3F5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C1A859B"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2A20F6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3127" w:type="dxa"/>
            <w:tcBorders>
              <w:top w:val="single" w:sz="2" w:space="0" w:color="000000"/>
              <w:left w:val="single" w:sz="2" w:space="0" w:color="000000"/>
              <w:bottom w:val="single" w:sz="2" w:space="0" w:color="000000"/>
              <w:right w:val="single" w:sz="2" w:space="0" w:color="000000"/>
            </w:tcBorders>
          </w:tcPr>
          <w:p w14:paraId="4E370F4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3153187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DDC9F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6991E6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B305F4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29C455C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018F000"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08489D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3127" w:type="dxa"/>
            <w:tcBorders>
              <w:top w:val="single" w:sz="2" w:space="0" w:color="000000"/>
              <w:left w:val="single" w:sz="2" w:space="0" w:color="000000"/>
              <w:bottom w:val="single" w:sz="2" w:space="0" w:color="000000"/>
              <w:right w:val="single" w:sz="2" w:space="0" w:color="000000"/>
            </w:tcBorders>
          </w:tcPr>
          <w:p w14:paraId="07A9B52F"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1498940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C72D29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C05B7B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26668B6"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DCBD78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FF5A552"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7BBF72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3127" w:type="dxa"/>
            <w:tcBorders>
              <w:top w:val="single" w:sz="2" w:space="0" w:color="000000"/>
              <w:left w:val="single" w:sz="2" w:space="0" w:color="000000"/>
              <w:bottom w:val="single" w:sz="2" w:space="0" w:color="000000"/>
              <w:right w:val="single" w:sz="2" w:space="0" w:color="000000"/>
            </w:tcBorders>
          </w:tcPr>
          <w:p w14:paraId="01068EFC"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73A802F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F87423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302D2C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2E5CDDA2"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3BAF525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AFF3E2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DD427F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c>
          <w:tcPr>
            <w:tcW w:w="3127" w:type="dxa"/>
            <w:tcBorders>
              <w:top w:val="single" w:sz="2" w:space="0" w:color="000000"/>
              <w:left w:val="single" w:sz="2" w:space="0" w:color="000000"/>
              <w:bottom w:val="single" w:sz="2" w:space="0" w:color="000000"/>
              <w:right w:val="single" w:sz="2" w:space="0" w:color="000000"/>
            </w:tcBorders>
          </w:tcPr>
          <w:p w14:paraId="6F0DD4CB"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00A9541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B0B3F2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981DA3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59D2D5A"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79E1802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D992E8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D0119B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p>
        </w:tc>
        <w:tc>
          <w:tcPr>
            <w:tcW w:w="3127" w:type="dxa"/>
            <w:tcBorders>
              <w:top w:val="single" w:sz="2" w:space="0" w:color="000000"/>
              <w:left w:val="single" w:sz="2" w:space="0" w:color="000000"/>
              <w:bottom w:val="single" w:sz="2" w:space="0" w:color="000000"/>
              <w:right w:val="single" w:sz="2" w:space="0" w:color="000000"/>
            </w:tcBorders>
          </w:tcPr>
          <w:p w14:paraId="7E4370DE"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7C4DDF1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275867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1B3A9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6481C2D1"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11BABC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495399F"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89AF750"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p>
        </w:tc>
        <w:tc>
          <w:tcPr>
            <w:tcW w:w="3127" w:type="dxa"/>
            <w:tcBorders>
              <w:top w:val="single" w:sz="2" w:space="0" w:color="000000"/>
              <w:left w:val="single" w:sz="2" w:space="0" w:color="000000"/>
              <w:bottom w:val="single" w:sz="2" w:space="0" w:color="000000"/>
              <w:right w:val="single" w:sz="2" w:space="0" w:color="000000"/>
            </w:tcBorders>
          </w:tcPr>
          <w:p w14:paraId="6C0EA515"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08DFFB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3C26A3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4710AC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FB775D9"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5C30BB7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0E124F3" w14:textId="77777777" w:rsidTr="003C4720">
        <w:tc>
          <w:tcPr>
            <w:tcW w:w="809" w:type="dxa"/>
            <w:tcBorders>
              <w:top w:val="single" w:sz="2" w:space="0" w:color="000000"/>
              <w:left w:val="single" w:sz="2" w:space="0" w:color="000000"/>
              <w:bottom w:val="single" w:sz="2" w:space="0" w:color="000000"/>
              <w:right w:val="single" w:sz="2" w:space="0" w:color="000000"/>
            </w:tcBorders>
          </w:tcPr>
          <w:p w14:paraId="7BD05DB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3127" w:type="dxa"/>
            <w:tcBorders>
              <w:top w:val="single" w:sz="2" w:space="0" w:color="000000"/>
              <w:left w:val="single" w:sz="2" w:space="0" w:color="000000"/>
              <w:bottom w:val="single" w:sz="2" w:space="0" w:color="000000"/>
              <w:right w:val="single" w:sz="2" w:space="0" w:color="000000"/>
            </w:tcBorders>
          </w:tcPr>
          <w:p w14:paraId="03A8A807"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в цель.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7842C6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4D7FB4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CD07F5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45B1A8DC"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4BA7D69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40EE19C"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8531E9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3127" w:type="dxa"/>
            <w:tcBorders>
              <w:top w:val="single" w:sz="2" w:space="0" w:color="000000"/>
              <w:left w:val="single" w:sz="2" w:space="0" w:color="000000"/>
              <w:bottom w:val="single" w:sz="2" w:space="0" w:color="000000"/>
              <w:right w:val="single" w:sz="2" w:space="0" w:color="000000"/>
            </w:tcBorders>
          </w:tcPr>
          <w:p w14:paraId="07C8ABE6"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992" w:type="dxa"/>
            <w:tcBorders>
              <w:top w:val="single" w:sz="2" w:space="0" w:color="000000"/>
              <w:left w:val="single" w:sz="2" w:space="0" w:color="000000"/>
              <w:bottom w:val="single" w:sz="2" w:space="0" w:color="000000"/>
              <w:right w:val="single" w:sz="2" w:space="0" w:color="000000"/>
            </w:tcBorders>
          </w:tcPr>
          <w:p w14:paraId="387741D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22694A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D227F1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1F71C7A8"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B05440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619F9D" w14:textId="77777777" w:rsidTr="003C4720">
        <w:tc>
          <w:tcPr>
            <w:tcW w:w="809" w:type="dxa"/>
            <w:tcBorders>
              <w:top w:val="single" w:sz="2" w:space="0" w:color="000000"/>
              <w:left w:val="single" w:sz="2" w:space="0" w:color="000000"/>
              <w:bottom w:val="single" w:sz="2" w:space="0" w:color="000000"/>
              <w:right w:val="single" w:sz="2" w:space="0" w:color="000000"/>
            </w:tcBorders>
          </w:tcPr>
          <w:p w14:paraId="09F1F24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w:t>
            </w:r>
          </w:p>
        </w:tc>
        <w:tc>
          <w:tcPr>
            <w:tcW w:w="3127" w:type="dxa"/>
            <w:tcBorders>
              <w:top w:val="single" w:sz="2" w:space="0" w:color="000000"/>
              <w:left w:val="single" w:sz="2" w:space="0" w:color="000000"/>
              <w:bottom w:val="single" w:sz="2" w:space="0" w:color="000000"/>
              <w:right w:val="single" w:sz="2" w:space="0" w:color="000000"/>
            </w:tcBorders>
          </w:tcPr>
          <w:p w14:paraId="21E7F751"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Освоение правил и техники выполнения норматива комплекса ГТО. Плавание 25м.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B07A5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F607A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35A31D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763601D4"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0F1193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3EA56C6" w14:textId="77777777" w:rsidTr="003C4720">
        <w:tc>
          <w:tcPr>
            <w:tcW w:w="809" w:type="dxa"/>
            <w:tcBorders>
              <w:top w:val="single" w:sz="2" w:space="0" w:color="000000"/>
              <w:left w:val="single" w:sz="2" w:space="0" w:color="000000"/>
              <w:bottom w:val="single" w:sz="2" w:space="0" w:color="000000"/>
              <w:right w:val="single" w:sz="2" w:space="0" w:color="000000"/>
            </w:tcBorders>
          </w:tcPr>
          <w:p w14:paraId="1834FFD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c>
          <w:tcPr>
            <w:tcW w:w="3127" w:type="dxa"/>
            <w:tcBorders>
              <w:top w:val="single" w:sz="2" w:space="0" w:color="000000"/>
              <w:left w:val="single" w:sz="2" w:space="0" w:color="000000"/>
              <w:bottom w:val="single" w:sz="2" w:space="0" w:color="000000"/>
              <w:right w:val="single" w:sz="2" w:space="0" w:color="000000"/>
            </w:tcBorders>
          </w:tcPr>
          <w:p w14:paraId="44477841" w14:textId="77777777" w:rsidR="003C4720" w:rsidRPr="00B10C3C" w:rsidRDefault="003C4720" w:rsidP="003C4720">
            <w:pPr>
              <w:spacing w:after="0"/>
              <w:rPr>
                <w:rFonts w:ascii="Times New Roman" w:eastAsia="Times New Roman" w:hAnsi="Times New Roman" w:cs="Times New Roman"/>
                <w:sz w:val="24"/>
                <w:szCs w:val="24"/>
                <w:lang w:eastAsia="ru-RU"/>
              </w:rPr>
            </w:pPr>
            <w:r w:rsidRPr="006A2CB4">
              <w:rPr>
                <w:rFonts w:ascii="inherit" w:eastAsia="Times New Roman" w:hAnsi="inherit" w:cs="Times New Roman"/>
                <w:sz w:val="24"/>
                <w:szCs w:val="24"/>
                <w:lang w:eastAsia="ru-RU"/>
              </w:rPr>
              <w:t>«Праздник ГТО». Соревнования со сдачей норм ГТО, с соблюдением правил и техники выполнения испытаний (тестов) 2 ступени ГТО</w:t>
            </w:r>
          </w:p>
        </w:tc>
        <w:tc>
          <w:tcPr>
            <w:tcW w:w="992" w:type="dxa"/>
            <w:tcBorders>
              <w:top w:val="single" w:sz="2" w:space="0" w:color="000000"/>
              <w:left w:val="single" w:sz="2" w:space="0" w:color="000000"/>
              <w:bottom w:val="single" w:sz="2" w:space="0" w:color="000000"/>
              <w:right w:val="single" w:sz="2" w:space="0" w:color="000000"/>
            </w:tcBorders>
          </w:tcPr>
          <w:p w14:paraId="04DD22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27B3D7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CF1101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702F563"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178C7ED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3F37587" w14:textId="77777777" w:rsidTr="003C4720">
        <w:tc>
          <w:tcPr>
            <w:tcW w:w="809" w:type="dxa"/>
            <w:tcBorders>
              <w:top w:val="single" w:sz="2" w:space="0" w:color="000000"/>
              <w:left w:val="single" w:sz="2" w:space="0" w:color="000000"/>
              <w:bottom w:val="single" w:sz="2" w:space="0" w:color="000000"/>
              <w:right w:val="single" w:sz="2" w:space="0" w:color="000000"/>
            </w:tcBorders>
          </w:tcPr>
          <w:p w14:paraId="500F8F8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3127" w:type="dxa"/>
            <w:tcBorders>
              <w:top w:val="single" w:sz="2" w:space="0" w:color="000000"/>
              <w:left w:val="single" w:sz="2" w:space="0" w:color="000000"/>
              <w:bottom w:val="single" w:sz="2" w:space="0" w:color="000000"/>
              <w:right w:val="single" w:sz="2" w:space="0" w:color="000000"/>
            </w:tcBorders>
          </w:tcPr>
          <w:p w14:paraId="0002A862" w14:textId="77777777" w:rsidR="003C4720" w:rsidRPr="00B10C3C" w:rsidRDefault="003C4720" w:rsidP="003C472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Резервный урок</w:t>
            </w:r>
          </w:p>
        </w:tc>
        <w:tc>
          <w:tcPr>
            <w:tcW w:w="992" w:type="dxa"/>
            <w:tcBorders>
              <w:top w:val="single" w:sz="2" w:space="0" w:color="000000"/>
              <w:left w:val="single" w:sz="2" w:space="0" w:color="000000"/>
              <w:bottom w:val="single" w:sz="2" w:space="0" w:color="000000"/>
              <w:right w:val="single" w:sz="2" w:space="0" w:color="000000"/>
            </w:tcBorders>
          </w:tcPr>
          <w:p w14:paraId="010265C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406991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C2D132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276" w:type="dxa"/>
            <w:tcBorders>
              <w:top w:val="single" w:sz="2" w:space="0" w:color="000000"/>
              <w:left w:val="single" w:sz="2" w:space="0" w:color="000000"/>
              <w:bottom w:val="single" w:sz="2" w:space="0" w:color="000000"/>
              <w:right w:val="single" w:sz="2" w:space="0" w:color="000000"/>
            </w:tcBorders>
          </w:tcPr>
          <w:p w14:paraId="08457440" w14:textId="77777777" w:rsidR="003C4720" w:rsidRPr="00B10C3C" w:rsidRDefault="003C4720" w:rsidP="003C4720">
            <w:pPr>
              <w:rPr>
                <w:rFonts w:ascii="Times New Roman" w:hAnsi="Times New Roman" w:cs="Times New Roman"/>
                <w:color w:val="000000" w:themeColor="text1"/>
                <w:sz w:val="24"/>
                <w:szCs w:val="24"/>
              </w:rPr>
            </w:pPr>
          </w:p>
        </w:tc>
        <w:tc>
          <w:tcPr>
            <w:tcW w:w="1559" w:type="dxa"/>
            <w:tcBorders>
              <w:top w:val="single" w:sz="2" w:space="0" w:color="000000"/>
              <w:left w:val="single" w:sz="2" w:space="0" w:color="000000"/>
              <w:bottom w:val="single" w:sz="2" w:space="0" w:color="000000"/>
              <w:right w:val="single" w:sz="2" w:space="0" w:color="000000"/>
            </w:tcBorders>
          </w:tcPr>
          <w:p w14:paraId="6B8978F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5AE3624" w14:textId="77777777" w:rsidTr="003C4720">
        <w:tc>
          <w:tcPr>
            <w:tcW w:w="3936" w:type="dxa"/>
            <w:gridSpan w:val="2"/>
            <w:tcBorders>
              <w:top w:val="single" w:sz="2" w:space="0" w:color="000000"/>
              <w:left w:val="single" w:sz="2" w:space="0" w:color="000000"/>
              <w:bottom w:val="single" w:sz="2" w:space="0" w:color="000000"/>
              <w:right w:val="single" w:sz="2" w:space="0" w:color="000000"/>
            </w:tcBorders>
          </w:tcPr>
          <w:p w14:paraId="7DF07A01" w14:textId="77777777" w:rsidR="003C4720" w:rsidRDefault="003C4720" w:rsidP="003C4720">
            <w:pPr>
              <w:spacing w:after="0"/>
              <w:rPr>
                <w:rFonts w:ascii="Times New Roman" w:eastAsia="Times New Roman" w:hAnsi="Times New Roman" w:cs="Times New Roman"/>
                <w:sz w:val="24"/>
                <w:szCs w:val="24"/>
                <w:lang w:eastAsia="ru-RU"/>
              </w:rPr>
            </w:pPr>
            <w:r w:rsidRPr="006A6677">
              <w:rPr>
                <w:rFonts w:ascii="Times New Roman" w:hAnsi="Times New Roman"/>
                <w:color w:val="000000"/>
                <w:sz w:val="24"/>
              </w:rPr>
              <w:t>ОБЩЕЕ КОЛИЧЕСТВО ЧАСОВ ПО ПРОГРАММЕ</w:t>
            </w:r>
          </w:p>
        </w:tc>
        <w:tc>
          <w:tcPr>
            <w:tcW w:w="5811" w:type="dxa"/>
            <w:gridSpan w:val="5"/>
            <w:tcBorders>
              <w:top w:val="single" w:sz="2" w:space="0" w:color="000000"/>
              <w:left w:val="single" w:sz="2" w:space="0" w:color="000000"/>
              <w:bottom w:val="single" w:sz="2" w:space="0" w:color="000000"/>
              <w:right w:val="single" w:sz="2" w:space="0" w:color="000000"/>
            </w:tcBorders>
          </w:tcPr>
          <w:p w14:paraId="0D8580E3" w14:textId="77777777" w:rsidR="003C4720" w:rsidRPr="004C7D28" w:rsidRDefault="003C4720" w:rsidP="003C47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 часов</w:t>
            </w:r>
          </w:p>
        </w:tc>
      </w:tr>
    </w:tbl>
    <w:p w14:paraId="175FED54" w14:textId="77777777" w:rsidR="003C4720" w:rsidRPr="003C4720" w:rsidRDefault="003C4720" w:rsidP="0046178B">
      <w:pPr>
        <w:spacing w:after="0" w:line="240" w:lineRule="auto"/>
        <w:rPr>
          <w:rFonts w:ascii="Times New Roman" w:eastAsia="Times New Roman" w:hAnsi="Times New Roman" w:cs="Times New Roman"/>
          <w:b/>
          <w:bCs/>
          <w:caps/>
          <w:color w:val="000000"/>
          <w:sz w:val="32"/>
          <w:szCs w:val="21"/>
          <w:lang w:eastAsia="ru-RU"/>
        </w:rPr>
      </w:pPr>
      <w:r w:rsidRPr="003C4720">
        <w:rPr>
          <w:rFonts w:ascii="Times New Roman" w:eastAsia="Times New Roman" w:hAnsi="Times New Roman" w:cs="Times New Roman"/>
          <w:b/>
          <w:bCs/>
          <w:caps/>
          <w:color w:val="000000"/>
          <w:sz w:val="32"/>
          <w:szCs w:val="21"/>
          <w:lang w:eastAsia="ru-RU"/>
        </w:rPr>
        <w:t>3 класс</w:t>
      </w:r>
      <w:r>
        <w:rPr>
          <w:rFonts w:ascii="Times New Roman" w:eastAsia="Times New Roman" w:hAnsi="Times New Roman" w:cs="Times New Roman"/>
          <w:b/>
          <w:bCs/>
          <w:caps/>
          <w:color w:val="000000"/>
          <w:sz w:val="32"/>
          <w:szCs w:val="21"/>
          <w:lang w:eastAsia="ru-RU"/>
        </w:rPr>
        <w:br/>
      </w:r>
    </w:p>
    <w:tbl>
      <w:tblPr>
        <w:tblpPr w:leftFromText="180" w:rightFromText="180" w:vertAnchor="text" w:horzAnchor="margin" w:tblpX="74" w:tblpY="97"/>
        <w:tblW w:w="9673" w:type="dxa"/>
        <w:tblLayout w:type="fixed"/>
        <w:tblLook w:val="04A0" w:firstRow="1" w:lastRow="0" w:firstColumn="1" w:lastColumn="0" w:noHBand="0" w:noVBand="1"/>
      </w:tblPr>
      <w:tblGrid>
        <w:gridCol w:w="817"/>
        <w:gridCol w:w="3119"/>
        <w:gridCol w:w="992"/>
        <w:gridCol w:w="992"/>
        <w:gridCol w:w="992"/>
        <w:gridCol w:w="1451"/>
        <w:gridCol w:w="1310"/>
      </w:tblGrid>
      <w:tr w:rsidR="003C4720" w:rsidRPr="00B10C3C" w14:paraId="2C85ED06" w14:textId="77777777" w:rsidTr="003C4720">
        <w:trPr>
          <w:trHeight w:val="260"/>
        </w:trPr>
        <w:tc>
          <w:tcPr>
            <w:tcW w:w="817" w:type="dxa"/>
            <w:vMerge w:val="restart"/>
            <w:tcBorders>
              <w:top w:val="single" w:sz="2" w:space="0" w:color="000000"/>
              <w:left w:val="single" w:sz="2" w:space="0" w:color="000000"/>
              <w:bottom w:val="single" w:sz="2" w:space="0" w:color="000000"/>
              <w:right w:val="single" w:sz="2" w:space="0" w:color="000000"/>
            </w:tcBorders>
          </w:tcPr>
          <w:p w14:paraId="562078B8"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 п/п</w:t>
            </w:r>
          </w:p>
        </w:tc>
        <w:tc>
          <w:tcPr>
            <w:tcW w:w="3119" w:type="dxa"/>
            <w:vMerge w:val="restart"/>
            <w:tcBorders>
              <w:top w:val="single" w:sz="2" w:space="0" w:color="000000"/>
              <w:left w:val="single" w:sz="2" w:space="0" w:color="000000"/>
              <w:right w:val="single" w:sz="2" w:space="0" w:color="000000"/>
            </w:tcBorders>
          </w:tcPr>
          <w:p w14:paraId="36C41671"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Раздел.</w:t>
            </w:r>
            <w:r>
              <w:rPr>
                <w:rFonts w:ascii="Times New Roman" w:hAnsi="Times New Roman" w:cs="Times New Roman"/>
                <w:b/>
                <w:color w:val="000000" w:themeColor="text1"/>
                <w:sz w:val="24"/>
                <w:szCs w:val="24"/>
              </w:rPr>
              <w:t xml:space="preserve"> Тема урока</w:t>
            </w:r>
          </w:p>
        </w:tc>
        <w:tc>
          <w:tcPr>
            <w:tcW w:w="2976" w:type="dxa"/>
            <w:gridSpan w:val="3"/>
            <w:tcBorders>
              <w:top w:val="single" w:sz="2" w:space="0" w:color="000000"/>
              <w:left w:val="single" w:sz="2" w:space="0" w:color="000000"/>
              <w:bottom w:val="single" w:sz="2" w:space="0" w:color="000000"/>
              <w:right w:val="single" w:sz="2" w:space="0" w:color="000000"/>
            </w:tcBorders>
          </w:tcPr>
          <w:p w14:paraId="1B9DC099"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часов</w:t>
            </w:r>
          </w:p>
        </w:tc>
        <w:tc>
          <w:tcPr>
            <w:tcW w:w="1451" w:type="dxa"/>
            <w:vMerge w:val="restart"/>
            <w:tcBorders>
              <w:top w:val="single" w:sz="2" w:space="0" w:color="000000"/>
              <w:left w:val="single" w:sz="2" w:space="0" w:color="000000"/>
              <w:right w:val="single" w:sz="2" w:space="0" w:color="000000"/>
            </w:tcBorders>
          </w:tcPr>
          <w:p w14:paraId="0DF2755E"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 проведения</w:t>
            </w:r>
          </w:p>
        </w:tc>
        <w:tc>
          <w:tcPr>
            <w:tcW w:w="1310" w:type="dxa"/>
            <w:tcBorders>
              <w:top w:val="single" w:sz="2" w:space="0" w:color="000000"/>
              <w:left w:val="single" w:sz="2" w:space="0" w:color="000000"/>
              <w:right w:val="single" w:sz="2" w:space="0" w:color="000000"/>
            </w:tcBorders>
          </w:tcPr>
          <w:p w14:paraId="298D4B13" w14:textId="77777777" w:rsidR="003C4720" w:rsidRDefault="003C4720" w:rsidP="003C4720">
            <w:pPr>
              <w:rPr>
                <w:rFonts w:ascii="Times New Roman" w:hAnsi="Times New Roman" w:cs="Times New Roman"/>
                <w:b/>
                <w:color w:val="000000" w:themeColor="text1"/>
                <w:sz w:val="24"/>
                <w:szCs w:val="24"/>
              </w:rPr>
            </w:pPr>
          </w:p>
        </w:tc>
      </w:tr>
      <w:tr w:rsidR="003C4720" w:rsidRPr="00B10C3C" w14:paraId="1FA0DC80" w14:textId="77777777" w:rsidTr="003C4720">
        <w:trPr>
          <w:trHeight w:val="280"/>
        </w:trPr>
        <w:tc>
          <w:tcPr>
            <w:tcW w:w="817" w:type="dxa"/>
            <w:vMerge/>
            <w:tcBorders>
              <w:top w:val="single" w:sz="2" w:space="0" w:color="000000"/>
              <w:left w:val="single" w:sz="2" w:space="0" w:color="000000"/>
              <w:bottom w:val="single" w:sz="2" w:space="0" w:color="000000"/>
              <w:right w:val="single" w:sz="2" w:space="0" w:color="000000"/>
            </w:tcBorders>
          </w:tcPr>
          <w:p w14:paraId="28E2BFD8" w14:textId="77777777" w:rsidR="003C4720" w:rsidRPr="00B10C3C" w:rsidRDefault="003C4720" w:rsidP="003C4720">
            <w:pPr>
              <w:rPr>
                <w:rFonts w:ascii="Times New Roman" w:hAnsi="Times New Roman" w:cs="Times New Roman"/>
                <w:color w:val="000000" w:themeColor="text1"/>
                <w:sz w:val="24"/>
                <w:szCs w:val="24"/>
              </w:rPr>
            </w:pPr>
          </w:p>
        </w:tc>
        <w:tc>
          <w:tcPr>
            <w:tcW w:w="3119" w:type="dxa"/>
            <w:vMerge/>
            <w:tcBorders>
              <w:left w:val="single" w:sz="2" w:space="0" w:color="000000"/>
              <w:bottom w:val="single" w:sz="2" w:space="0" w:color="000000"/>
              <w:right w:val="single" w:sz="2" w:space="0" w:color="000000"/>
            </w:tcBorders>
          </w:tcPr>
          <w:p w14:paraId="1DE691F2" w14:textId="77777777" w:rsidR="003C4720" w:rsidRPr="00B10C3C" w:rsidRDefault="003C4720" w:rsidP="003C4720">
            <w:pPr>
              <w:rPr>
                <w:rFonts w:ascii="Times New Roman" w:hAnsi="Times New Roman" w:cs="Times New Roman"/>
                <w:color w:val="000000" w:themeColor="text1"/>
                <w:sz w:val="24"/>
                <w:szCs w:val="24"/>
              </w:rPr>
            </w:pPr>
          </w:p>
        </w:tc>
        <w:tc>
          <w:tcPr>
            <w:tcW w:w="992" w:type="dxa"/>
            <w:tcBorders>
              <w:top w:val="single" w:sz="2" w:space="0" w:color="000000"/>
              <w:left w:val="single" w:sz="2" w:space="0" w:color="000000"/>
              <w:bottom w:val="single" w:sz="2" w:space="0" w:color="000000"/>
              <w:right w:val="single" w:sz="2" w:space="0" w:color="000000"/>
            </w:tcBorders>
          </w:tcPr>
          <w:p w14:paraId="3179A78A" w14:textId="77777777" w:rsidR="003C4720" w:rsidRPr="004C1843" w:rsidRDefault="003C4720" w:rsidP="003C4720">
            <w:pPr>
              <w:jc w:val="center"/>
              <w:rPr>
                <w:rFonts w:ascii="Times New Roman" w:hAnsi="Times New Roman" w:cs="Times New Roman"/>
                <w:b/>
                <w:color w:val="000000" w:themeColor="text1"/>
                <w:sz w:val="24"/>
                <w:szCs w:val="24"/>
              </w:rPr>
            </w:pPr>
            <w:r w:rsidRPr="004C1843">
              <w:rPr>
                <w:rFonts w:ascii="Times New Roman" w:hAnsi="Times New Roman" w:cs="Times New Roman"/>
                <w:b/>
                <w:color w:val="000000" w:themeColor="text1"/>
                <w:sz w:val="24"/>
                <w:szCs w:val="24"/>
              </w:rPr>
              <w:t>всего</w:t>
            </w:r>
          </w:p>
        </w:tc>
        <w:tc>
          <w:tcPr>
            <w:tcW w:w="992" w:type="dxa"/>
            <w:tcBorders>
              <w:top w:val="single" w:sz="2" w:space="0" w:color="000000"/>
              <w:left w:val="single" w:sz="2" w:space="0" w:color="000000"/>
              <w:bottom w:val="single" w:sz="2" w:space="0" w:color="000000"/>
              <w:right w:val="single" w:sz="2" w:space="0" w:color="000000"/>
            </w:tcBorders>
          </w:tcPr>
          <w:p w14:paraId="231D1C9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w:t>
            </w:r>
            <w:r w:rsidRPr="000B6566">
              <w:rPr>
                <w:rFonts w:ascii="Times New Roman" w:hAnsi="Times New Roman" w:cs="Times New Roman"/>
                <w:b/>
                <w:color w:val="000000" w:themeColor="text1"/>
                <w:sz w:val="24"/>
                <w:szCs w:val="24"/>
              </w:rPr>
              <w:t>онтрольные работы</w:t>
            </w:r>
          </w:p>
        </w:tc>
        <w:tc>
          <w:tcPr>
            <w:tcW w:w="992" w:type="dxa"/>
            <w:tcBorders>
              <w:top w:val="single" w:sz="2" w:space="0" w:color="000000"/>
              <w:left w:val="single" w:sz="2" w:space="0" w:color="000000"/>
              <w:bottom w:val="single" w:sz="2" w:space="0" w:color="000000"/>
              <w:right w:val="single" w:sz="2" w:space="0" w:color="000000"/>
            </w:tcBorders>
          </w:tcPr>
          <w:p w14:paraId="2EDDD2C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w:t>
            </w:r>
            <w:r w:rsidRPr="000B6566">
              <w:rPr>
                <w:rFonts w:ascii="Times New Roman" w:hAnsi="Times New Roman" w:cs="Times New Roman"/>
                <w:b/>
                <w:color w:val="000000" w:themeColor="text1"/>
                <w:sz w:val="24"/>
                <w:szCs w:val="24"/>
              </w:rPr>
              <w:t>рактические работы</w:t>
            </w:r>
          </w:p>
        </w:tc>
        <w:tc>
          <w:tcPr>
            <w:tcW w:w="1451" w:type="dxa"/>
            <w:vMerge/>
            <w:tcBorders>
              <w:left w:val="single" w:sz="2" w:space="0" w:color="000000"/>
              <w:bottom w:val="single" w:sz="2" w:space="0" w:color="000000"/>
              <w:right w:val="single" w:sz="2" w:space="0" w:color="000000"/>
            </w:tcBorders>
          </w:tcPr>
          <w:p w14:paraId="0EECBA1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left w:val="single" w:sz="2" w:space="0" w:color="000000"/>
              <w:bottom w:val="single" w:sz="2" w:space="0" w:color="000000"/>
              <w:right w:val="single" w:sz="2" w:space="0" w:color="000000"/>
            </w:tcBorders>
          </w:tcPr>
          <w:p w14:paraId="2AAB15D6" w14:textId="77777777" w:rsidR="003C4720" w:rsidRPr="004C1843" w:rsidRDefault="003C4720" w:rsidP="003C4720">
            <w:pPr>
              <w:spacing w:after="0"/>
            </w:pPr>
            <w:proofErr w:type="spellStart"/>
            <w:r w:rsidRPr="004C1843">
              <w:rPr>
                <w:rFonts w:ascii="Times New Roman" w:hAnsi="Times New Roman"/>
                <w:b/>
                <w:color w:val="000000"/>
                <w:sz w:val="24"/>
              </w:rPr>
              <w:t>Электронныецифровыеобразовательныересурсы</w:t>
            </w:r>
            <w:proofErr w:type="spellEnd"/>
          </w:p>
          <w:p w14:paraId="00718FA8" w14:textId="77777777" w:rsidR="003C4720" w:rsidRPr="00B10C3C" w:rsidRDefault="003C4720" w:rsidP="003C4720">
            <w:pPr>
              <w:rPr>
                <w:rFonts w:ascii="Times New Roman" w:hAnsi="Times New Roman" w:cs="Times New Roman"/>
                <w:color w:val="000000" w:themeColor="text1"/>
                <w:sz w:val="24"/>
                <w:szCs w:val="24"/>
              </w:rPr>
            </w:pPr>
          </w:p>
        </w:tc>
      </w:tr>
      <w:tr w:rsidR="003C4720" w:rsidRPr="00B10C3C" w14:paraId="0602B74E" w14:textId="77777777" w:rsidTr="003C4720">
        <w:trPr>
          <w:trHeight w:val="609"/>
        </w:trPr>
        <w:tc>
          <w:tcPr>
            <w:tcW w:w="817" w:type="dxa"/>
            <w:tcBorders>
              <w:top w:val="single" w:sz="2" w:space="0" w:color="000000"/>
              <w:left w:val="single" w:sz="2" w:space="0" w:color="000000"/>
              <w:bottom w:val="single" w:sz="2" w:space="0" w:color="000000"/>
              <w:right w:val="single" w:sz="2" w:space="0" w:color="000000"/>
            </w:tcBorders>
          </w:tcPr>
          <w:p w14:paraId="7937E461"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19" w:type="dxa"/>
            <w:tcBorders>
              <w:top w:val="single" w:sz="2" w:space="0" w:color="000000"/>
              <w:left w:val="single" w:sz="2" w:space="0" w:color="000000"/>
              <w:bottom w:val="single" w:sz="2" w:space="0" w:color="000000"/>
              <w:right w:val="single" w:sz="2" w:space="0" w:color="000000"/>
            </w:tcBorders>
          </w:tcPr>
          <w:tbl>
            <w:tblPr>
              <w:tblW w:w="151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5137"/>
            </w:tblGrid>
            <w:tr w:rsidR="003C4720" w:rsidRPr="00077189" w14:paraId="1333C1BC" w14:textId="77777777" w:rsidTr="003C4720">
              <w:trPr>
                <w:tblCellSpacing w:w="15" w:type="dxa"/>
              </w:trPr>
              <w:tc>
                <w:tcPr>
                  <w:tcW w:w="6566" w:type="dxa"/>
                  <w:hideMark/>
                </w:tcPr>
                <w:p w14:paraId="70414653" w14:textId="77777777" w:rsidR="003C4720" w:rsidRPr="00077189" w:rsidRDefault="003C4720" w:rsidP="00335125">
                  <w:pPr>
                    <w:framePr w:hSpace="180" w:wrap="around" w:vAnchor="text" w:hAnchor="margin" w:x="74" w:y="97"/>
                    <w:spacing w:before="100" w:beforeAutospacing="1" w:after="100" w:afterAutospacing="1" w:line="240" w:lineRule="auto"/>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Физичес</w:t>
                  </w:r>
                  <w:r>
                    <w:rPr>
                      <w:rFonts w:ascii="inherit" w:eastAsia="Times New Roman" w:hAnsi="inherit" w:cs="Times New Roman"/>
                      <w:sz w:val="24"/>
                      <w:szCs w:val="24"/>
                      <w:lang w:eastAsia="ru-RU"/>
                    </w:rPr>
                    <w:t>кая культура у древних народов</w:t>
                  </w:r>
                </w:p>
              </w:tc>
            </w:tr>
            <w:tr w:rsidR="003C4720" w:rsidRPr="00077189" w14:paraId="548D2EF6" w14:textId="77777777" w:rsidTr="003C4720">
              <w:trPr>
                <w:tblCellSpacing w:w="15" w:type="dxa"/>
              </w:trPr>
              <w:tc>
                <w:tcPr>
                  <w:tcW w:w="6566" w:type="dxa"/>
                  <w:hideMark/>
                </w:tcPr>
                <w:p w14:paraId="439C0C35" w14:textId="77777777" w:rsidR="003C4720" w:rsidRPr="00077189" w:rsidRDefault="003C4720" w:rsidP="00335125">
                  <w:pPr>
                    <w:framePr w:hSpace="180" w:wrap="around" w:vAnchor="text" w:hAnchor="margin" w:x="74" w:y="97"/>
                    <w:spacing w:before="100" w:beforeAutospacing="1" w:after="100" w:afterAutospacing="1" w:line="240" w:lineRule="auto"/>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История</w:t>
                  </w:r>
                  <w:r>
                    <w:rPr>
                      <w:rFonts w:ascii="inherit" w:eastAsia="Times New Roman" w:hAnsi="inherit" w:cs="Times New Roman"/>
                      <w:sz w:val="24"/>
                      <w:szCs w:val="24"/>
                      <w:lang w:eastAsia="ru-RU"/>
                    </w:rPr>
                    <w:t xml:space="preserve"> появления современного спорта</w:t>
                  </w:r>
                </w:p>
              </w:tc>
            </w:tr>
          </w:tbl>
          <w:p w14:paraId="474F67D0" w14:textId="77777777" w:rsidR="003C4720" w:rsidRPr="00B10C3C" w:rsidRDefault="003C4720" w:rsidP="003C4720">
            <w:pPr>
              <w:spacing w:after="0"/>
              <w:rPr>
                <w:rFonts w:ascii="Times New Roman" w:hAnsi="Times New Roman" w:cs="Times New Roman"/>
                <w:color w:val="000000" w:themeColor="text1"/>
                <w:sz w:val="24"/>
                <w:szCs w:val="24"/>
              </w:rPr>
            </w:pPr>
          </w:p>
        </w:tc>
        <w:tc>
          <w:tcPr>
            <w:tcW w:w="992" w:type="dxa"/>
            <w:tcBorders>
              <w:top w:val="single" w:sz="2" w:space="0" w:color="000000"/>
              <w:left w:val="single" w:sz="2" w:space="0" w:color="000000"/>
              <w:bottom w:val="single" w:sz="2" w:space="0" w:color="000000"/>
              <w:right w:val="single" w:sz="2" w:space="0" w:color="000000"/>
            </w:tcBorders>
          </w:tcPr>
          <w:p w14:paraId="4C4E653D"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68EA45B"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9443709"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9003767"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85A29D0"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8DF027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13EDB4B" w14:textId="77777777" w:rsidR="003C4720" w:rsidRPr="00B10C3C" w:rsidRDefault="003C4720" w:rsidP="003C4720">
            <w:pPr>
              <w:spacing w:after="0"/>
              <w:jc w:val="cente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w:t>
            </w:r>
          </w:p>
        </w:tc>
        <w:tc>
          <w:tcPr>
            <w:tcW w:w="3119" w:type="dxa"/>
            <w:tcBorders>
              <w:top w:val="single" w:sz="2" w:space="0" w:color="000000"/>
              <w:left w:val="single" w:sz="2" w:space="0" w:color="000000"/>
              <w:bottom w:val="single" w:sz="2" w:space="0" w:color="000000"/>
              <w:right w:val="single" w:sz="2" w:space="0" w:color="000000"/>
            </w:tcBorders>
          </w:tcPr>
          <w:tbl>
            <w:tblPr>
              <w:tblW w:w="151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5137"/>
            </w:tblGrid>
            <w:tr w:rsidR="003C4720" w:rsidRPr="00077189" w14:paraId="78F39D52" w14:textId="77777777" w:rsidTr="003C4720">
              <w:trPr>
                <w:tblCellSpacing w:w="15" w:type="dxa"/>
              </w:trPr>
              <w:tc>
                <w:tcPr>
                  <w:tcW w:w="6566" w:type="dxa"/>
                  <w:hideMark/>
                </w:tcPr>
                <w:p w14:paraId="536F8950" w14:textId="77777777" w:rsidR="003C4720" w:rsidRPr="00077189" w:rsidRDefault="003C4720" w:rsidP="00335125">
                  <w:pPr>
                    <w:framePr w:hSpace="180" w:wrap="around" w:vAnchor="text" w:hAnchor="margin" w:x="74" w:y="97"/>
                    <w:spacing w:before="100" w:beforeAutospacing="1" w:after="100" w:afterAutospacing="1" w:line="240" w:lineRule="auto"/>
                    <w:rPr>
                      <w:rFonts w:ascii="inherit" w:eastAsia="Times New Roman" w:hAnsi="inherit" w:cs="Times New Roman"/>
                      <w:sz w:val="24"/>
                      <w:szCs w:val="24"/>
                      <w:lang w:eastAsia="ru-RU"/>
                    </w:rPr>
                  </w:pPr>
                  <w:r>
                    <w:rPr>
                      <w:rFonts w:ascii="inherit" w:eastAsia="Times New Roman" w:hAnsi="inherit" w:cs="Times New Roman"/>
                      <w:sz w:val="24"/>
                      <w:szCs w:val="24"/>
                      <w:lang w:eastAsia="ru-RU"/>
                    </w:rPr>
                    <w:t>Виды физических упражнений.</w:t>
                  </w:r>
                </w:p>
              </w:tc>
            </w:tr>
            <w:tr w:rsidR="003C4720" w:rsidRPr="00077189" w14:paraId="16CD92D7" w14:textId="77777777" w:rsidTr="003C4720">
              <w:trPr>
                <w:tblCellSpacing w:w="15" w:type="dxa"/>
              </w:trPr>
              <w:tc>
                <w:tcPr>
                  <w:tcW w:w="6566" w:type="dxa"/>
                  <w:hideMark/>
                </w:tcPr>
                <w:p w14:paraId="34E75C22" w14:textId="77777777" w:rsidR="003C4720" w:rsidRDefault="003C4720" w:rsidP="00335125">
                  <w:pPr>
                    <w:framePr w:hSpace="180" w:wrap="around" w:vAnchor="text" w:hAnchor="margin" w:x="74" w:y="97"/>
                    <w:spacing w:after="0" w:line="240" w:lineRule="auto"/>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 xml:space="preserve">Измерение пульса на занятиях </w:t>
                  </w:r>
                </w:p>
                <w:p w14:paraId="2AC65C3E" w14:textId="77777777" w:rsidR="003C4720" w:rsidRPr="00077189" w:rsidRDefault="003C4720" w:rsidP="00335125">
                  <w:pPr>
                    <w:framePr w:hSpace="180" w:wrap="around" w:vAnchor="text" w:hAnchor="margin" w:x="74" w:y="97"/>
                    <w:spacing w:after="0" w:line="240" w:lineRule="auto"/>
                    <w:rPr>
                      <w:rFonts w:ascii="inherit" w:eastAsia="Times New Roman" w:hAnsi="inherit" w:cs="Times New Roman"/>
                      <w:sz w:val="24"/>
                      <w:szCs w:val="24"/>
                      <w:lang w:eastAsia="ru-RU"/>
                    </w:rPr>
                  </w:pPr>
                  <w:r w:rsidRPr="00077189">
                    <w:rPr>
                      <w:rFonts w:ascii="inherit" w:eastAsia="Times New Roman" w:hAnsi="inherit" w:cs="Times New Roman" w:hint="eastAsia"/>
                      <w:sz w:val="24"/>
                      <w:szCs w:val="24"/>
                      <w:lang w:eastAsia="ru-RU"/>
                    </w:rPr>
                    <w:t>Ф</w:t>
                  </w:r>
                  <w:r w:rsidRPr="00077189">
                    <w:rPr>
                      <w:rFonts w:ascii="inherit" w:eastAsia="Times New Roman" w:hAnsi="inherit" w:cs="Times New Roman"/>
                      <w:sz w:val="24"/>
                      <w:szCs w:val="24"/>
                      <w:lang w:eastAsia="ru-RU"/>
                    </w:rPr>
                    <w:t>изической</w:t>
                  </w:r>
                  <w:r>
                    <w:rPr>
                      <w:rFonts w:ascii="inherit" w:eastAsia="Times New Roman" w:hAnsi="inherit" w:cs="Times New Roman"/>
                      <w:sz w:val="24"/>
                      <w:szCs w:val="24"/>
                      <w:lang w:eastAsia="ru-RU"/>
                    </w:rPr>
                    <w:t xml:space="preserve"> культурой</w:t>
                  </w:r>
                </w:p>
              </w:tc>
            </w:tr>
          </w:tbl>
          <w:p w14:paraId="6786ED30" w14:textId="77777777" w:rsidR="003C4720" w:rsidRPr="00B10C3C" w:rsidRDefault="003C4720" w:rsidP="003C4720">
            <w:pPr>
              <w:spacing w:after="0"/>
              <w:rPr>
                <w:rFonts w:ascii="Times New Roman" w:hAnsi="Times New Roman" w:cs="Times New Roman"/>
                <w:color w:val="000000" w:themeColor="text1"/>
                <w:sz w:val="24"/>
                <w:szCs w:val="24"/>
              </w:rPr>
            </w:pPr>
          </w:p>
        </w:tc>
        <w:tc>
          <w:tcPr>
            <w:tcW w:w="992" w:type="dxa"/>
            <w:tcBorders>
              <w:top w:val="single" w:sz="2" w:space="0" w:color="000000"/>
              <w:left w:val="single" w:sz="2" w:space="0" w:color="000000"/>
              <w:bottom w:val="single" w:sz="2" w:space="0" w:color="000000"/>
              <w:right w:val="single" w:sz="2" w:space="0" w:color="000000"/>
            </w:tcBorders>
          </w:tcPr>
          <w:p w14:paraId="3E463549"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6770C1C"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01858CD"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1138705"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52F766C"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F9A62D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E6FB1B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19" w:type="dxa"/>
            <w:tcBorders>
              <w:top w:val="single" w:sz="2" w:space="0" w:color="000000"/>
              <w:left w:val="single" w:sz="2" w:space="0" w:color="000000"/>
              <w:bottom w:val="single" w:sz="2" w:space="0" w:color="000000"/>
              <w:right w:val="single" w:sz="2" w:space="0" w:color="000000"/>
            </w:tcBorders>
          </w:tcPr>
          <w:p w14:paraId="2E0131FD"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Составление индивидуального графика занятий по развитию физических качеств</w:t>
            </w:r>
          </w:p>
        </w:tc>
        <w:tc>
          <w:tcPr>
            <w:tcW w:w="992" w:type="dxa"/>
            <w:tcBorders>
              <w:top w:val="single" w:sz="2" w:space="0" w:color="000000"/>
              <w:left w:val="single" w:sz="2" w:space="0" w:color="000000"/>
              <w:bottom w:val="single" w:sz="2" w:space="0" w:color="000000"/>
              <w:right w:val="single" w:sz="2" w:space="0" w:color="000000"/>
            </w:tcBorders>
          </w:tcPr>
          <w:p w14:paraId="7EE78A7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3B7724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FA834F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3047E0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E64E46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4A2827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0CE806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19" w:type="dxa"/>
            <w:tcBorders>
              <w:top w:val="single" w:sz="2" w:space="0" w:color="000000"/>
              <w:left w:val="single" w:sz="2" w:space="0" w:color="000000"/>
              <w:bottom w:val="single" w:sz="2" w:space="0" w:color="000000"/>
              <w:right w:val="single" w:sz="2" w:space="0" w:color="000000"/>
            </w:tcBorders>
          </w:tcPr>
          <w:tbl>
            <w:tblPr>
              <w:tblW w:w="15137"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15137"/>
            </w:tblGrid>
            <w:tr w:rsidR="003C4720" w:rsidRPr="00077189" w14:paraId="3ACAE57B" w14:textId="77777777" w:rsidTr="003C4720">
              <w:trPr>
                <w:tblCellSpacing w:w="15" w:type="dxa"/>
              </w:trPr>
              <w:tc>
                <w:tcPr>
                  <w:tcW w:w="6566" w:type="dxa"/>
                  <w:hideMark/>
                </w:tcPr>
                <w:p w14:paraId="3D211FBA" w14:textId="77777777" w:rsidR="003C4720" w:rsidRPr="00077189" w:rsidRDefault="003C4720" w:rsidP="00335125">
                  <w:pPr>
                    <w:framePr w:hSpace="180" w:wrap="around" w:vAnchor="text" w:hAnchor="margin" w:x="74" w:y="97"/>
                    <w:spacing w:before="100" w:beforeAutospacing="1" w:after="100" w:afterAutospacing="1" w:line="240" w:lineRule="auto"/>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З</w:t>
                  </w:r>
                  <w:r>
                    <w:rPr>
                      <w:rFonts w:ascii="inherit" w:eastAsia="Times New Roman" w:hAnsi="inherit" w:cs="Times New Roman"/>
                      <w:sz w:val="24"/>
                      <w:szCs w:val="24"/>
                      <w:lang w:eastAsia="ru-RU"/>
                    </w:rPr>
                    <w:t>акаливание организма под душем</w:t>
                  </w:r>
                </w:p>
              </w:tc>
            </w:tr>
            <w:tr w:rsidR="003C4720" w:rsidRPr="00077189" w14:paraId="6ABAADC5" w14:textId="77777777" w:rsidTr="003C4720">
              <w:trPr>
                <w:tblCellSpacing w:w="15" w:type="dxa"/>
              </w:trPr>
              <w:tc>
                <w:tcPr>
                  <w:tcW w:w="6566" w:type="dxa"/>
                  <w:hideMark/>
                </w:tcPr>
                <w:p w14:paraId="14D28165" w14:textId="77777777" w:rsidR="003C4720" w:rsidRPr="00077189" w:rsidRDefault="003C4720" w:rsidP="00335125">
                  <w:pPr>
                    <w:framePr w:hSpace="180" w:wrap="around" w:vAnchor="text" w:hAnchor="margin" w:x="74" w:y="97"/>
                    <w:spacing w:before="100" w:beforeAutospacing="1" w:after="100" w:afterAutospacing="1" w:line="240" w:lineRule="auto"/>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Дыхат</w:t>
                  </w:r>
                  <w:r>
                    <w:rPr>
                      <w:rFonts w:ascii="inherit" w:eastAsia="Times New Roman" w:hAnsi="inherit" w:cs="Times New Roman"/>
                      <w:sz w:val="24"/>
                      <w:szCs w:val="24"/>
                      <w:lang w:eastAsia="ru-RU"/>
                    </w:rPr>
                    <w:t>ельная и зрительная гимнастика</w:t>
                  </w:r>
                </w:p>
              </w:tc>
            </w:tr>
          </w:tbl>
          <w:p w14:paraId="16A9539B" w14:textId="77777777" w:rsidR="003C4720" w:rsidRPr="00D35EEE" w:rsidRDefault="003C4720" w:rsidP="003C4720">
            <w:pPr>
              <w:spacing w:after="0"/>
              <w:rPr>
                <w:rFonts w:ascii="inherit" w:eastAsia="Times New Roman" w:hAnsi="inherit" w:cs="Times New Roman"/>
                <w:sz w:val="24"/>
                <w:szCs w:val="24"/>
                <w:lang w:eastAsia="ru-RU"/>
              </w:rPr>
            </w:pPr>
          </w:p>
        </w:tc>
        <w:tc>
          <w:tcPr>
            <w:tcW w:w="992" w:type="dxa"/>
            <w:tcBorders>
              <w:top w:val="single" w:sz="2" w:space="0" w:color="000000"/>
              <w:left w:val="single" w:sz="2" w:space="0" w:color="000000"/>
              <w:bottom w:val="single" w:sz="2" w:space="0" w:color="000000"/>
              <w:right w:val="single" w:sz="2" w:space="0" w:color="000000"/>
            </w:tcBorders>
          </w:tcPr>
          <w:p w14:paraId="78F930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AC6C4D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67A4F3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D3E968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5226C5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78F28A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97419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19" w:type="dxa"/>
            <w:tcBorders>
              <w:top w:val="single" w:sz="2" w:space="0" w:color="000000"/>
              <w:left w:val="single" w:sz="2" w:space="0" w:color="000000"/>
              <w:bottom w:val="single" w:sz="2" w:space="0" w:color="000000"/>
              <w:right w:val="single" w:sz="2" w:space="0" w:color="000000"/>
            </w:tcBorders>
          </w:tcPr>
          <w:p w14:paraId="35F0D671"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Строевые команды и упражнения</w:t>
            </w:r>
          </w:p>
        </w:tc>
        <w:tc>
          <w:tcPr>
            <w:tcW w:w="992" w:type="dxa"/>
            <w:tcBorders>
              <w:top w:val="single" w:sz="2" w:space="0" w:color="000000"/>
              <w:left w:val="single" w:sz="2" w:space="0" w:color="000000"/>
              <w:bottom w:val="single" w:sz="2" w:space="0" w:color="000000"/>
              <w:right w:val="single" w:sz="2" w:space="0" w:color="000000"/>
            </w:tcBorders>
          </w:tcPr>
          <w:p w14:paraId="735F90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4255AB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816408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8B736C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7BDCDD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4B868D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A18075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19" w:type="dxa"/>
            <w:tcBorders>
              <w:top w:val="single" w:sz="2" w:space="0" w:color="000000"/>
              <w:left w:val="single" w:sz="2" w:space="0" w:color="000000"/>
              <w:bottom w:val="single" w:sz="2" w:space="0" w:color="000000"/>
              <w:right w:val="single" w:sz="2" w:space="0" w:color="000000"/>
            </w:tcBorders>
          </w:tcPr>
          <w:p w14:paraId="06DF02BB" w14:textId="77777777" w:rsidR="003C4720" w:rsidRPr="00D35EEE"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Лазанье по канату</w:t>
            </w:r>
          </w:p>
        </w:tc>
        <w:tc>
          <w:tcPr>
            <w:tcW w:w="992" w:type="dxa"/>
            <w:tcBorders>
              <w:top w:val="single" w:sz="2" w:space="0" w:color="000000"/>
              <w:left w:val="single" w:sz="2" w:space="0" w:color="000000"/>
              <w:bottom w:val="single" w:sz="2" w:space="0" w:color="000000"/>
              <w:right w:val="single" w:sz="2" w:space="0" w:color="000000"/>
            </w:tcBorders>
          </w:tcPr>
          <w:p w14:paraId="34787D4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D6BC3C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A4148E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595DF6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1A8D32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CF7191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19BB1E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19" w:type="dxa"/>
            <w:tcBorders>
              <w:top w:val="single" w:sz="2" w:space="0" w:color="000000"/>
              <w:left w:val="single" w:sz="2" w:space="0" w:color="000000"/>
              <w:bottom w:val="single" w:sz="2" w:space="0" w:color="000000"/>
              <w:right w:val="single" w:sz="2" w:space="0" w:color="000000"/>
            </w:tcBorders>
          </w:tcPr>
          <w:p w14:paraId="0D0435DF"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Передвижения по гимнастической скамейке</w:t>
            </w:r>
          </w:p>
        </w:tc>
        <w:tc>
          <w:tcPr>
            <w:tcW w:w="992" w:type="dxa"/>
            <w:tcBorders>
              <w:top w:val="single" w:sz="2" w:space="0" w:color="000000"/>
              <w:left w:val="single" w:sz="2" w:space="0" w:color="000000"/>
              <w:bottom w:val="single" w:sz="2" w:space="0" w:color="000000"/>
              <w:right w:val="single" w:sz="2" w:space="0" w:color="000000"/>
            </w:tcBorders>
          </w:tcPr>
          <w:p w14:paraId="75936EC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40D75B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36930D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5846A2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3E901C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79F55E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E8B99A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19" w:type="dxa"/>
            <w:tcBorders>
              <w:top w:val="single" w:sz="2" w:space="0" w:color="000000"/>
              <w:left w:val="single" w:sz="2" w:space="0" w:color="000000"/>
              <w:bottom w:val="single" w:sz="2" w:space="0" w:color="000000"/>
              <w:right w:val="single" w:sz="2" w:space="0" w:color="000000"/>
            </w:tcBorders>
          </w:tcPr>
          <w:p w14:paraId="0C92318D"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Прыжки через скакалку</w:t>
            </w:r>
          </w:p>
        </w:tc>
        <w:tc>
          <w:tcPr>
            <w:tcW w:w="992" w:type="dxa"/>
            <w:tcBorders>
              <w:top w:val="single" w:sz="2" w:space="0" w:color="000000"/>
              <w:left w:val="single" w:sz="2" w:space="0" w:color="000000"/>
              <w:bottom w:val="single" w:sz="2" w:space="0" w:color="000000"/>
              <w:right w:val="single" w:sz="2" w:space="0" w:color="000000"/>
            </w:tcBorders>
          </w:tcPr>
          <w:p w14:paraId="5F83A33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8189F1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39CEF3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692802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D4B2A3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853311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6B025C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19" w:type="dxa"/>
            <w:tcBorders>
              <w:top w:val="single" w:sz="2" w:space="0" w:color="000000"/>
              <w:left w:val="single" w:sz="2" w:space="0" w:color="000000"/>
              <w:bottom w:val="single" w:sz="2" w:space="0" w:color="000000"/>
              <w:right w:val="single" w:sz="2" w:space="0" w:color="000000"/>
            </w:tcBorders>
          </w:tcPr>
          <w:p w14:paraId="1EA57A64"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Ритмическая гимнастика</w:t>
            </w:r>
          </w:p>
        </w:tc>
        <w:tc>
          <w:tcPr>
            <w:tcW w:w="992" w:type="dxa"/>
            <w:tcBorders>
              <w:top w:val="single" w:sz="2" w:space="0" w:color="000000"/>
              <w:left w:val="single" w:sz="2" w:space="0" w:color="000000"/>
              <w:bottom w:val="single" w:sz="2" w:space="0" w:color="000000"/>
              <w:right w:val="single" w:sz="2" w:space="0" w:color="000000"/>
            </w:tcBorders>
          </w:tcPr>
          <w:p w14:paraId="4D550BE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2B71C0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5BBE4D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447800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6063CB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40F25D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A8EEA3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19" w:type="dxa"/>
            <w:tcBorders>
              <w:top w:val="single" w:sz="2" w:space="0" w:color="000000"/>
              <w:left w:val="single" w:sz="2" w:space="0" w:color="000000"/>
              <w:bottom w:val="single" w:sz="2" w:space="0" w:color="000000"/>
              <w:right w:val="single" w:sz="2" w:space="0" w:color="000000"/>
            </w:tcBorders>
          </w:tcPr>
          <w:p w14:paraId="67BC15EC" w14:textId="77777777" w:rsidR="003C4720" w:rsidRPr="00433E56" w:rsidRDefault="003C4720" w:rsidP="003C4720">
            <w:pPr>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Танцевальные упражнения из танца галоп</w:t>
            </w:r>
          </w:p>
        </w:tc>
        <w:tc>
          <w:tcPr>
            <w:tcW w:w="992" w:type="dxa"/>
            <w:tcBorders>
              <w:top w:val="single" w:sz="2" w:space="0" w:color="000000"/>
              <w:left w:val="single" w:sz="2" w:space="0" w:color="000000"/>
              <w:bottom w:val="single" w:sz="2" w:space="0" w:color="000000"/>
              <w:right w:val="single" w:sz="2" w:space="0" w:color="000000"/>
            </w:tcBorders>
          </w:tcPr>
          <w:p w14:paraId="35A1E5B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EF55A7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59B82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9DD21F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36C7D4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E2CD7C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42CB96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19" w:type="dxa"/>
            <w:tcBorders>
              <w:top w:val="single" w:sz="2" w:space="0" w:color="000000"/>
              <w:left w:val="single" w:sz="2" w:space="0" w:color="000000"/>
              <w:bottom w:val="single" w:sz="2" w:space="0" w:color="000000"/>
              <w:right w:val="single" w:sz="2" w:space="0" w:color="000000"/>
            </w:tcBorders>
          </w:tcPr>
          <w:p w14:paraId="32D057CA"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Танцевальные упражнения из танца полька</w:t>
            </w:r>
          </w:p>
        </w:tc>
        <w:tc>
          <w:tcPr>
            <w:tcW w:w="992" w:type="dxa"/>
            <w:tcBorders>
              <w:top w:val="single" w:sz="2" w:space="0" w:color="000000"/>
              <w:left w:val="single" w:sz="2" w:space="0" w:color="000000"/>
              <w:bottom w:val="single" w:sz="2" w:space="0" w:color="000000"/>
              <w:right w:val="single" w:sz="2" w:space="0" w:color="000000"/>
            </w:tcBorders>
          </w:tcPr>
          <w:p w14:paraId="7DC4B7E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CFD2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5C7061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F41906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14C7B8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7D7195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95E6A9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19" w:type="dxa"/>
            <w:tcBorders>
              <w:top w:val="single" w:sz="2" w:space="0" w:color="000000"/>
              <w:left w:val="single" w:sz="2" w:space="0" w:color="000000"/>
              <w:bottom w:val="single" w:sz="2" w:space="0" w:color="000000"/>
              <w:right w:val="single" w:sz="2" w:space="0" w:color="000000"/>
            </w:tcBorders>
          </w:tcPr>
          <w:p w14:paraId="562C34BD"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Прыжок в длину с разбега</w:t>
            </w:r>
          </w:p>
        </w:tc>
        <w:tc>
          <w:tcPr>
            <w:tcW w:w="992" w:type="dxa"/>
            <w:tcBorders>
              <w:top w:val="single" w:sz="2" w:space="0" w:color="000000"/>
              <w:left w:val="single" w:sz="2" w:space="0" w:color="000000"/>
              <w:bottom w:val="single" w:sz="2" w:space="0" w:color="000000"/>
              <w:right w:val="single" w:sz="2" w:space="0" w:color="000000"/>
            </w:tcBorders>
          </w:tcPr>
          <w:p w14:paraId="78F0299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078C4D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42492D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A2161E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DB585B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3CF2CE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1F4EFD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19" w:type="dxa"/>
            <w:tcBorders>
              <w:top w:val="single" w:sz="2" w:space="0" w:color="000000"/>
              <w:left w:val="single" w:sz="2" w:space="0" w:color="000000"/>
              <w:bottom w:val="single" w:sz="2" w:space="0" w:color="000000"/>
              <w:right w:val="single" w:sz="2" w:space="0" w:color="000000"/>
            </w:tcBorders>
          </w:tcPr>
          <w:p w14:paraId="1CA2940E"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Броски набивного мяча</w:t>
            </w:r>
          </w:p>
        </w:tc>
        <w:tc>
          <w:tcPr>
            <w:tcW w:w="992" w:type="dxa"/>
            <w:tcBorders>
              <w:top w:val="single" w:sz="2" w:space="0" w:color="000000"/>
              <w:left w:val="single" w:sz="2" w:space="0" w:color="000000"/>
              <w:bottom w:val="single" w:sz="2" w:space="0" w:color="000000"/>
              <w:right w:val="single" w:sz="2" w:space="0" w:color="000000"/>
            </w:tcBorders>
          </w:tcPr>
          <w:p w14:paraId="24169B5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252A3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751EE3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D2BAB9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F63696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F0A0C3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DFB1C6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19" w:type="dxa"/>
            <w:tcBorders>
              <w:top w:val="single" w:sz="2" w:space="0" w:color="000000"/>
              <w:left w:val="single" w:sz="2" w:space="0" w:color="000000"/>
              <w:bottom w:val="single" w:sz="2" w:space="0" w:color="000000"/>
              <w:right w:val="single" w:sz="2" w:space="0" w:color="000000"/>
            </w:tcBorders>
          </w:tcPr>
          <w:p w14:paraId="457E280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Челночный бег</w:t>
            </w:r>
          </w:p>
        </w:tc>
        <w:tc>
          <w:tcPr>
            <w:tcW w:w="992" w:type="dxa"/>
            <w:tcBorders>
              <w:top w:val="single" w:sz="2" w:space="0" w:color="000000"/>
              <w:left w:val="single" w:sz="2" w:space="0" w:color="000000"/>
              <w:bottom w:val="single" w:sz="2" w:space="0" w:color="000000"/>
              <w:right w:val="single" w:sz="2" w:space="0" w:color="000000"/>
            </w:tcBorders>
          </w:tcPr>
          <w:p w14:paraId="13D2C21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76C46D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FE599B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645E60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29591E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52E1790"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F83DC5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19" w:type="dxa"/>
            <w:tcBorders>
              <w:top w:val="single" w:sz="2" w:space="0" w:color="000000"/>
              <w:left w:val="single" w:sz="2" w:space="0" w:color="000000"/>
              <w:bottom w:val="single" w:sz="2" w:space="0" w:color="000000"/>
              <w:right w:val="single" w:sz="2" w:space="0" w:color="000000"/>
            </w:tcBorders>
          </w:tcPr>
          <w:p w14:paraId="50A8FC8D" w14:textId="77777777" w:rsidR="003C4720" w:rsidRPr="008759DA"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Бег с ускорением на короткую дистанцию</w:t>
            </w:r>
          </w:p>
        </w:tc>
        <w:tc>
          <w:tcPr>
            <w:tcW w:w="992" w:type="dxa"/>
            <w:tcBorders>
              <w:top w:val="single" w:sz="2" w:space="0" w:color="000000"/>
              <w:left w:val="single" w:sz="2" w:space="0" w:color="000000"/>
              <w:bottom w:val="single" w:sz="2" w:space="0" w:color="000000"/>
              <w:right w:val="single" w:sz="2" w:space="0" w:color="000000"/>
            </w:tcBorders>
          </w:tcPr>
          <w:p w14:paraId="7DED8C3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D2999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FF4F2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319DCC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237791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D19208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44ADAD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19" w:type="dxa"/>
            <w:tcBorders>
              <w:top w:val="single" w:sz="2" w:space="0" w:color="000000"/>
              <w:left w:val="single" w:sz="2" w:space="0" w:color="000000"/>
              <w:bottom w:val="single" w:sz="2" w:space="0" w:color="000000"/>
              <w:right w:val="single" w:sz="2" w:space="0" w:color="000000"/>
            </w:tcBorders>
          </w:tcPr>
          <w:p w14:paraId="16BA1052"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Беговые упражнения с координационной сложностью</w:t>
            </w:r>
          </w:p>
        </w:tc>
        <w:tc>
          <w:tcPr>
            <w:tcW w:w="992" w:type="dxa"/>
            <w:tcBorders>
              <w:top w:val="single" w:sz="2" w:space="0" w:color="000000"/>
              <w:left w:val="single" w:sz="2" w:space="0" w:color="000000"/>
              <w:bottom w:val="single" w:sz="2" w:space="0" w:color="000000"/>
              <w:right w:val="single" w:sz="2" w:space="0" w:color="000000"/>
            </w:tcBorders>
          </w:tcPr>
          <w:p w14:paraId="7B10E5B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248913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4F7C39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0188007"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6F4818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A3047B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801E62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19" w:type="dxa"/>
            <w:tcBorders>
              <w:top w:val="single" w:sz="2" w:space="0" w:color="000000"/>
              <w:left w:val="single" w:sz="2" w:space="0" w:color="000000"/>
              <w:bottom w:val="single" w:sz="2" w:space="0" w:color="000000"/>
              <w:right w:val="single" w:sz="2" w:space="0" w:color="000000"/>
            </w:tcBorders>
          </w:tcPr>
          <w:p w14:paraId="2BE87EAE"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 xml:space="preserve">Передвижение на лыжах одновременным </w:t>
            </w:r>
            <w:proofErr w:type="spellStart"/>
            <w:r w:rsidRPr="00077189">
              <w:rPr>
                <w:rFonts w:ascii="inherit" w:eastAsia="Times New Roman" w:hAnsi="inherit" w:cs="Times New Roman"/>
                <w:sz w:val="24"/>
                <w:szCs w:val="24"/>
                <w:lang w:eastAsia="ru-RU"/>
              </w:rPr>
              <w:t>двухшажным</w:t>
            </w:r>
            <w:proofErr w:type="spellEnd"/>
            <w:r w:rsidRPr="00077189">
              <w:rPr>
                <w:rFonts w:ascii="inherit" w:eastAsia="Times New Roman" w:hAnsi="inherit" w:cs="Times New Roman"/>
                <w:sz w:val="24"/>
                <w:szCs w:val="24"/>
                <w:lang w:eastAsia="ru-RU"/>
              </w:rPr>
              <w:t xml:space="preserve"> ходом</w:t>
            </w:r>
          </w:p>
        </w:tc>
        <w:tc>
          <w:tcPr>
            <w:tcW w:w="992" w:type="dxa"/>
            <w:tcBorders>
              <w:top w:val="single" w:sz="2" w:space="0" w:color="000000"/>
              <w:left w:val="single" w:sz="2" w:space="0" w:color="000000"/>
              <w:bottom w:val="single" w:sz="2" w:space="0" w:color="000000"/>
              <w:right w:val="single" w:sz="2" w:space="0" w:color="000000"/>
            </w:tcBorders>
          </w:tcPr>
          <w:p w14:paraId="1150986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F279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0297A0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23A5AA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3B537F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87174D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93CC4B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119" w:type="dxa"/>
            <w:tcBorders>
              <w:top w:val="single" w:sz="2" w:space="0" w:color="000000"/>
              <w:left w:val="single" w:sz="2" w:space="0" w:color="000000"/>
              <w:bottom w:val="single" w:sz="2" w:space="0" w:color="000000"/>
              <w:right w:val="single" w:sz="2" w:space="0" w:color="000000"/>
            </w:tcBorders>
          </w:tcPr>
          <w:p w14:paraId="1B52D2EF"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Повороты на лыжах способом переступания на месте</w:t>
            </w:r>
          </w:p>
        </w:tc>
        <w:tc>
          <w:tcPr>
            <w:tcW w:w="992" w:type="dxa"/>
            <w:tcBorders>
              <w:top w:val="single" w:sz="2" w:space="0" w:color="000000"/>
              <w:left w:val="single" w:sz="2" w:space="0" w:color="000000"/>
              <w:bottom w:val="single" w:sz="2" w:space="0" w:color="000000"/>
              <w:right w:val="single" w:sz="2" w:space="0" w:color="000000"/>
            </w:tcBorders>
          </w:tcPr>
          <w:p w14:paraId="5372CE6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664118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800CA3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15ABB7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0D64DC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BB3C9A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39C883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119" w:type="dxa"/>
            <w:tcBorders>
              <w:top w:val="single" w:sz="2" w:space="0" w:color="000000"/>
              <w:left w:val="single" w:sz="2" w:space="0" w:color="000000"/>
              <w:bottom w:val="single" w:sz="2" w:space="0" w:color="000000"/>
              <w:right w:val="single" w:sz="2" w:space="0" w:color="000000"/>
            </w:tcBorders>
          </w:tcPr>
          <w:p w14:paraId="7722889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Повороты на лыжах способом переступания в движении</w:t>
            </w:r>
          </w:p>
        </w:tc>
        <w:tc>
          <w:tcPr>
            <w:tcW w:w="992" w:type="dxa"/>
            <w:tcBorders>
              <w:top w:val="single" w:sz="2" w:space="0" w:color="000000"/>
              <w:left w:val="single" w:sz="2" w:space="0" w:color="000000"/>
              <w:bottom w:val="single" w:sz="2" w:space="0" w:color="000000"/>
              <w:right w:val="single" w:sz="2" w:space="0" w:color="000000"/>
            </w:tcBorders>
          </w:tcPr>
          <w:p w14:paraId="02DEBDD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625580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1AF524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DF5163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E61DEF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E99A0B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B4AF0C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119" w:type="dxa"/>
            <w:tcBorders>
              <w:top w:val="single" w:sz="2" w:space="0" w:color="000000"/>
              <w:left w:val="single" w:sz="2" w:space="0" w:color="000000"/>
              <w:bottom w:val="single" w:sz="2" w:space="0" w:color="000000"/>
              <w:right w:val="single" w:sz="2" w:space="0" w:color="000000"/>
            </w:tcBorders>
          </w:tcPr>
          <w:p w14:paraId="65046446"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Повороты на лыжах способом переступания</w:t>
            </w:r>
          </w:p>
        </w:tc>
        <w:tc>
          <w:tcPr>
            <w:tcW w:w="992" w:type="dxa"/>
            <w:tcBorders>
              <w:top w:val="single" w:sz="2" w:space="0" w:color="000000"/>
              <w:left w:val="single" w:sz="2" w:space="0" w:color="000000"/>
              <w:bottom w:val="single" w:sz="2" w:space="0" w:color="000000"/>
              <w:right w:val="single" w:sz="2" w:space="0" w:color="000000"/>
            </w:tcBorders>
          </w:tcPr>
          <w:p w14:paraId="7487CB0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88510E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3E658D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6EB11A9"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3116D4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130CA8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6B6A21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119" w:type="dxa"/>
            <w:tcBorders>
              <w:top w:val="single" w:sz="2" w:space="0" w:color="000000"/>
              <w:left w:val="single" w:sz="2" w:space="0" w:color="000000"/>
              <w:bottom w:val="single" w:sz="2" w:space="0" w:color="000000"/>
              <w:right w:val="single" w:sz="2" w:space="0" w:color="000000"/>
            </w:tcBorders>
          </w:tcPr>
          <w:p w14:paraId="4774DC2A"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Торможение на лыжах способом «плуг» при спуске с пологого склона</w:t>
            </w:r>
          </w:p>
        </w:tc>
        <w:tc>
          <w:tcPr>
            <w:tcW w:w="992" w:type="dxa"/>
            <w:tcBorders>
              <w:top w:val="single" w:sz="2" w:space="0" w:color="000000"/>
              <w:left w:val="single" w:sz="2" w:space="0" w:color="000000"/>
              <w:bottom w:val="single" w:sz="2" w:space="0" w:color="000000"/>
              <w:right w:val="single" w:sz="2" w:space="0" w:color="000000"/>
            </w:tcBorders>
          </w:tcPr>
          <w:p w14:paraId="692F1D9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F8FC8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9FE823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3D76AF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A2ED1B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30623F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7D65D7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3119" w:type="dxa"/>
            <w:tcBorders>
              <w:top w:val="single" w:sz="2" w:space="0" w:color="000000"/>
              <w:left w:val="single" w:sz="2" w:space="0" w:color="000000"/>
              <w:bottom w:val="single" w:sz="2" w:space="0" w:color="000000"/>
              <w:right w:val="single" w:sz="2" w:space="0" w:color="000000"/>
            </w:tcBorders>
          </w:tcPr>
          <w:p w14:paraId="05CD199F"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Скольжение с пологого склона с поворотами и торможением</w:t>
            </w:r>
          </w:p>
        </w:tc>
        <w:tc>
          <w:tcPr>
            <w:tcW w:w="992" w:type="dxa"/>
            <w:tcBorders>
              <w:top w:val="single" w:sz="2" w:space="0" w:color="000000"/>
              <w:left w:val="single" w:sz="2" w:space="0" w:color="000000"/>
              <w:bottom w:val="single" w:sz="2" w:space="0" w:color="000000"/>
              <w:right w:val="single" w:sz="2" w:space="0" w:color="000000"/>
            </w:tcBorders>
          </w:tcPr>
          <w:p w14:paraId="285C90D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22DB57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E98626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70351F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56C9E6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1CE35F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D9FBF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3119" w:type="dxa"/>
            <w:tcBorders>
              <w:top w:val="single" w:sz="2" w:space="0" w:color="000000"/>
              <w:left w:val="single" w:sz="2" w:space="0" w:color="000000"/>
              <w:bottom w:val="single" w:sz="2" w:space="0" w:color="000000"/>
              <w:right w:val="single" w:sz="2" w:space="0" w:color="000000"/>
            </w:tcBorders>
          </w:tcPr>
          <w:p w14:paraId="0475535A" w14:textId="77777777" w:rsidR="003C4720" w:rsidRPr="008759DA"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Скольжение с пологого склона с поворотами и торможением</w:t>
            </w:r>
          </w:p>
        </w:tc>
        <w:tc>
          <w:tcPr>
            <w:tcW w:w="992" w:type="dxa"/>
            <w:tcBorders>
              <w:top w:val="single" w:sz="2" w:space="0" w:color="000000"/>
              <w:left w:val="single" w:sz="2" w:space="0" w:color="000000"/>
              <w:bottom w:val="single" w:sz="2" w:space="0" w:color="000000"/>
              <w:right w:val="single" w:sz="2" w:space="0" w:color="000000"/>
            </w:tcBorders>
          </w:tcPr>
          <w:p w14:paraId="240B53C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19AAA7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58ADD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B5A365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EE3520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4F9A06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EF884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3119" w:type="dxa"/>
            <w:tcBorders>
              <w:top w:val="single" w:sz="2" w:space="0" w:color="000000"/>
              <w:left w:val="single" w:sz="2" w:space="0" w:color="000000"/>
              <w:bottom w:val="single" w:sz="2" w:space="0" w:color="000000"/>
              <w:right w:val="single" w:sz="2" w:space="0" w:color="000000"/>
            </w:tcBorders>
          </w:tcPr>
          <w:p w14:paraId="3F03827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Подвижные игры с элементами спортивных игр: парашютисты, стрелки</w:t>
            </w:r>
          </w:p>
        </w:tc>
        <w:tc>
          <w:tcPr>
            <w:tcW w:w="992" w:type="dxa"/>
            <w:tcBorders>
              <w:top w:val="single" w:sz="2" w:space="0" w:color="000000"/>
              <w:left w:val="single" w:sz="2" w:space="0" w:color="000000"/>
              <w:bottom w:val="single" w:sz="2" w:space="0" w:color="000000"/>
              <w:right w:val="single" w:sz="2" w:space="0" w:color="000000"/>
            </w:tcBorders>
          </w:tcPr>
          <w:p w14:paraId="04B1523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1AB13C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B222A9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8C9656F"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145271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1789FD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78B83B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3119" w:type="dxa"/>
            <w:tcBorders>
              <w:top w:val="single" w:sz="2" w:space="0" w:color="000000"/>
              <w:left w:val="single" w:sz="2" w:space="0" w:color="000000"/>
              <w:bottom w:val="single" w:sz="2" w:space="0" w:color="000000"/>
              <w:right w:val="single" w:sz="2" w:space="0" w:color="000000"/>
            </w:tcBorders>
          </w:tcPr>
          <w:p w14:paraId="1E488D00"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Спортивная игра баскетбол</w:t>
            </w:r>
          </w:p>
        </w:tc>
        <w:tc>
          <w:tcPr>
            <w:tcW w:w="992" w:type="dxa"/>
            <w:tcBorders>
              <w:top w:val="single" w:sz="2" w:space="0" w:color="000000"/>
              <w:left w:val="single" w:sz="2" w:space="0" w:color="000000"/>
              <w:bottom w:val="single" w:sz="2" w:space="0" w:color="000000"/>
              <w:right w:val="single" w:sz="2" w:space="0" w:color="000000"/>
            </w:tcBorders>
          </w:tcPr>
          <w:p w14:paraId="6055EF1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C2717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D87C4D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C97211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CDCE63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8DE260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B9845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3119" w:type="dxa"/>
            <w:tcBorders>
              <w:top w:val="single" w:sz="2" w:space="0" w:color="000000"/>
              <w:left w:val="single" w:sz="2" w:space="0" w:color="000000"/>
              <w:bottom w:val="single" w:sz="2" w:space="0" w:color="000000"/>
              <w:right w:val="single" w:sz="2" w:space="0" w:color="000000"/>
            </w:tcBorders>
          </w:tcPr>
          <w:p w14:paraId="2BAA916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Ведение баскетбольного мяча. Ловля и передача мяча двумя руками</w:t>
            </w:r>
          </w:p>
        </w:tc>
        <w:tc>
          <w:tcPr>
            <w:tcW w:w="992" w:type="dxa"/>
            <w:tcBorders>
              <w:top w:val="single" w:sz="2" w:space="0" w:color="000000"/>
              <w:left w:val="single" w:sz="2" w:space="0" w:color="000000"/>
              <w:bottom w:val="single" w:sz="2" w:space="0" w:color="000000"/>
              <w:right w:val="single" w:sz="2" w:space="0" w:color="000000"/>
            </w:tcBorders>
          </w:tcPr>
          <w:p w14:paraId="4997E25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2D42FD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13B9F4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75A104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5304BF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4568CB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D66C83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3119" w:type="dxa"/>
            <w:tcBorders>
              <w:top w:val="single" w:sz="2" w:space="0" w:color="000000"/>
              <w:left w:val="single" w:sz="2" w:space="0" w:color="000000"/>
              <w:bottom w:val="single" w:sz="2" w:space="0" w:color="000000"/>
              <w:right w:val="single" w:sz="2" w:space="0" w:color="000000"/>
            </w:tcBorders>
          </w:tcPr>
          <w:p w14:paraId="1B1AE93A"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Подвижные игры с приемами баскетбола</w:t>
            </w:r>
          </w:p>
        </w:tc>
        <w:tc>
          <w:tcPr>
            <w:tcW w:w="992" w:type="dxa"/>
            <w:tcBorders>
              <w:top w:val="single" w:sz="2" w:space="0" w:color="000000"/>
              <w:left w:val="single" w:sz="2" w:space="0" w:color="000000"/>
              <w:bottom w:val="single" w:sz="2" w:space="0" w:color="000000"/>
              <w:right w:val="single" w:sz="2" w:space="0" w:color="000000"/>
            </w:tcBorders>
          </w:tcPr>
          <w:p w14:paraId="72721F6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F2C6BC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62F30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B52064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4C7E98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320C87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76092C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119" w:type="dxa"/>
            <w:tcBorders>
              <w:top w:val="single" w:sz="2" w:space="0" w:color="000000"/>
              <w:left w:val="single" w:sz="2" w:space="0" w:color="000000"/>
              <w:bottom w:val="single" w:sz="2" w:space="0" w:color="000000"/>
              <w:right w:val="single" w:sz="2" w:space="0" w:color="000000"/>
            </w:tcBorders>
          </w:tcPr>
          <w:p w14:paraId="4EEAED4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Подвижные игры с приемами баскетбола</w:t>
            </w:r>
          </w:p>
        </w:tc>
        <w:tc>
          <w:tcPr>
            <w:tcW w:w="992" w:type="dxa"/>
            <w:tcBorders>
              <w:top w:val="single" w:sz="2" w:space="0" w:color="000000"/>
              <w:left w:val="single" w:sz="2" w:space="0" w:color="000000"/>
              <w:bottom w:val="single" w:sz="2" w:space="0" w:color="000000"/>
              <w:right w:val="single" w:sz="2" w:space="0" w:color="000000"/>
            </w:tcBorders>
          </w:tcPr>
          <w:p w14:paraId="259C82E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056727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F713E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674D297"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ABF976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4E7988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BB7F63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3119" w:type="dxa"/>
            <w:tcBorders>
              <w:top w:val="single" w:sz="2" w:space="0" w:color="000000"/>
              <w:left w:val="single" w:sz="2" w:space="0" w:color="000000"/>
              <w:bottom w:val="single" w:sz="2" w:space="0" w:color="000000"/>
              <w:right w:val="single" w:sz="2" w:space="0" w:color="000000"/>
            </w:tcBorders>
          </w:tcPr>
          <w:p w14:paraId="2B6D8C86"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Спортивная игра волейбол</w:t>
            </w:r>
          </w:p>
        </w:tc>
        <w:tc>
          <w:tcPr>
            <w:tcW w:w="992" w:type="dxa"/>
            <w:tcBorders>
              <w:top w:val="single" w:sz="2" w:space="0" w:color="000000"/>
              <w:left w:val="single" w:sz="2" w:space="0" w:color="000000"/>
              <w:bottom w:val="single" w:sz="2" w:space="0" w:color="000000"/>
              <w:right w:val="single" w:sz="2" w:space="0" w:color="000000"/>
            </w:tcBorders>
          </w:tcPr>
          <w:p w14:paraId="24B4C3C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5C76DA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EC5862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AB7E5F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BFD711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20FB0D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3D4515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3119" w:type="dxa"/>
            <w:tcBorders>
              <w:top w:val="single" w:sz="2" w:space="0" w:color="000000"/>
              <w:left w:val="single" w:sz="2" w:space="0" w:color="000000"/>
              <w:bottom w:val="single" w:sz="2" w:space="0" w:color="000000"/>
              <w:right w:val="single" w:sz="2" w:space="0" w:color="000000"/>
            </w:tcBorders>
          </w:tcPr>
          <w:p w14:paraId="53410A3C"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Спортивная игра волейбол</w:t>
            </w:r>
          </w:p>
        </w:tc>
        <w:tc>
          <w:tcPr>
            <w:tcW w:w="992" w:type="dxa"/>
            <w:tcBorders>
              <w:top w:val="single" w:sz="2" w:space="0" w:color="000000"/>
              <w:left w:val="single" w:sz="2" w:space="0" w:color="000000"/>
              <w:bottom w:val="single" w:sz="2" w:space="0" w:color="000000"/>
              <w:right w:val="single" w:sz="2" w:space="0" w:color="000000"/>
            </w:tcBorders>
          </w:tcPr>
          <w:p w14:paraId="0132904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BD54CD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0F14FD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4909C8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AD17F5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708E40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F011EE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119" w:type="dxa"/>
            <w:tcBorders>
              <w:top w:val="single" w:sz="2" w:space="0" w:color="000000"/>
              <w:left w:val="single" w:sz="2" w:space="0" w:color="000000"/>
              <w:bottom w:val="single" w:sz="2" w:space="0" w:color="000000"/>
              <w:right w:val="single" w:sz="2" w:space="0" w:color="000000"/>
            </w:tcBorders>
          </w:tcPr>
          <w:p w14:paraId="790C96B1"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Прямая нижняя подача, приём и передача мяча снизу двумя руками на месте и в движении</w:t>
            </w:r>
          </w:p>
        </w:tc>
        <w:tc>
          <w:tcPr>
            <w:tcW w:w="992" w:type="dxa"/>
            <w:tcBorders>
              <w:top w:val="single" w:sz="2" w:space="0" w:color="000000"/>
              <w:left w:val="single" w:sz="2" w:space="0" w:color="000000"/>
              <w:bottom w:val="single" w:sz="2" w:space="0" w:color="000000"/>
              <w:right w:val="single" w:sz="2" w:space="0" w:color="000000"/>
            </w:tcBorders>
          </w:tcPr>
          <w:p w14:paraId="72FE00F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578809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AEAE25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FFB407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4E4C29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1250DC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B20D8F4"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3119" w:type="dxa"/>
            <w:tcBorders>
              <w:top w:val="single" w:sz="2" w:space="0" w:color="000000"/>
              <w:left w:val="single" w:sz="2" w:space="0" w:color="000000"/>
              <w:bottom w:val="single" w:sz="2" w:space="0" w:color="000000"/>
              <w:right w:val="single" w:sz="2" w:space="0" w:color="000000"/>
            </w:tcBorders>
          </w:tcPr>
          <w:p w14:paraId="162FDE83"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Прямая нижняя подача, приём и передача мяча снизу двумя руками на месте и в движении</w:t>
            </w:r>
          </w:p>
        </w:tc>
        <w:tc>
          <w:tcPr>
            <w:tcW w:w="992" w:type="dxa"/>
            <w:tcBorders>
              <w:top w:val="single" w:sz="2" w:space="0" w:color="000000"/>
              <w:left w:val="single" w:sz="2" w:space="0" w:color="000000"/>
              <w:bottom w:val="single" w:sz="2" w:space="0" w:color="000000"/>
              <w:right w:val="single" w:sz="2" w:space="0" w:color="000000"/>
            </w:tcBorders>
          </w:tcPr>
          <w:p w14:paraId="4578013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7D3423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EA1254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71F1B8F"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F711AF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D38BFF5"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58FBD5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3119" w:type="dxa"/>
            <w:tcBorders>
              <w:top w:val="single" w:sz="2" w:space="0" w:color="000000"/>
              <w:left w:val="single" w:sz="2" w:space="0" w:color="000000"/>
              <w:bottom w:val="single" w:sz="2" w:space="0" w:color="000000"/>
              <w:right w:val="single" w:sz="2" w:space="0" w:color="000000"/>
            </w:tcBorders>
          </w:tcPr>
          <w:p w14:paraId="666008F9"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Прямая нижняя подача, приём и передача мяча снизу двумя руками на месте и в движении</w:t>
            </w:r>
          </w:p>
        </w:tc>
        <w:tc>
          <w:tcPr>
            <w:tcW w:w="992" w:type="dxa"/>
            <w:tcBorders>
              <w:top w:val="single" w:sz="2" w:space="0" w:color="000000"/>
              <w:left w:val="single" w:sz="2" w:space="0" w:color="000000"/>
              <w:bottom w:val="single" w:sz="2" w:space="0" w:color="000000"/>
              <w:right w:val="single" w:sz="2" w:space="0" w:color="000000"/>
            </w:tcBorders>
          </w:tcPr>
          <w:p w14:paraId="0D452C2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1BB72A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F2ABAD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54E0D0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E57112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A7DF76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528F0D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3119" w:type="dxa"/>
            <w:tcBorders>
              <w:top w:val="single" w:sz="2" w:space="0" w:color="000000"/>
              <w:left w:val="single" w:sz="2" w:space="0" w:color="000000"/>
              <w:bottom w:val="single" w:sz="2" w:space="0" w:color="000000"/>
              <w:right w:val="single" w:sz="2" w:space="0" w:color="000000"/>
            </w:tcBorders>
          </w:tcPr>
          <w:p w14:paraId="3EAC7C5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Спортивная игра футбол</w:t>
            </w:r>
          </w:p>
        </w:tc>
        <w:tc>
          <w:tcPr>
            <w:tcW w:w="992" w:type="dxa"/>
            <w:tcBorders>
              <w:top w:val="single" w:sz="2" w:space="0" w:color="000000"/>
              <w:left w:val="single" w:sz="2" w:space="0" w:color="000000"/>
              <w:bottom w:val="single" w:sz="2" w:space="0" w:color="000000"/>
              <w:right w:val="single" w:sz="2" w:space="0" w:color="000000"/>
            </w:tcBorders>
          </w:tcPr>
          <w:p w14:paraId="7A29EDF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59BF67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B4A773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2CC3FD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0BAD4A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529ABE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D89A66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3119" w:type="dxa"/>
            <w:tcBorders>
              <w:top w:val="single" w:sz="2" w:space="0" w:color="000000"/>
              <w:left w:val="single" w:sz="2" w:space="0" w:color="000000"/>
              <w:bottom w:val="single" w:sz="2" w:space="0" w:color="000000"/>
              <w:right w:val="single" w:sz="2" w:space="0" w:color="000000"/>
            </w:tcBorders>
          </w:tcPr>
          <w:p w14:paraId="34C191DD"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Подвижные игры с приемами футбола</w:t>
            </w:r>
          </w:p>
        </w:tc>
        <w:tc>
          <w:tcPr>
            <w:tcW w:w="992" w:type="dxa"/>
            <w:tcBorders>
              <w:top w:val="single" w:sz="2" w:space="0" w:color="000000"/>
              <w:left w:val="single" w:sz="2" w:space="0" w:color="000000"/>
              <w:bottom w:val="single" w:sz="2" w:space="0" w:color="000000"/>
              <w:right w:val="single" w:sz="2" w:space="0" w:color="000000"/>
            </w:tcBorders>
          </w:tcPr>
          <w:p w14:paraId="010599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EF0419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210314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23FD279"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57A700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A092E1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AB5203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3119" w:type="dxa"/>
            <w:tcBorders>
              <w:top w:val="single" w:sz="2" w:space="0" w:color="000000"/>
              <w:left w:val="single" w:sz="2" w:space="0" w:color="000000"/>
              <w:bottom w:val="single" w:sz="2" w:space="0" w:color="000000"/>
              <w:right w:val="single" w:sz="2" w:space="0" w:color="000000"/>
            </w:tcBorders>
          </w:tcPr>
          <w:p w14:paraId="11A314D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Подвижные игры с приемами футбола</w:t>
            </w:r>
          </w:p>
        </w:tc>
        <w:tc>
          <w:tcPr>
            <w:tcW w:w="992" w:type="dxa"/>
            <w:tcBorders>
              <w:top w:val="single" w:sz="2" w:space="0" w:color="000000"/>
              <w:left w:val="single" w:sz="2" w:space="0" w:color="000000"/>
              <w:bottom w:val="single" w:sz="2" w:space="0" w:color="000000"/>
              <w:right w:val="single" w:sz="2" w:space="0" w:color="000000"/>
            </w:tcBorders>
          </w:tcPr>
          <w:p w14:paraId="38632A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F67815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0D99D1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76BE42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11B93F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FC191E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D3B339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3119" w:type="dxa"/>
            <w:tcBorders>
              <w:top w:val="single" w:sz="2" w:space="0" w:color="000000"/>
              <w:left w:val="single" w:sz="2" w:space="0" w:color="000000"/>
              <w:bottom w:val="single" w:sz="2" w:space="0" w:color="000000"/>
              <w:right w:val="single" w:sz="2" w:space="0" w:color="000000"/>
            </w:tcBorders>
          </w:tcPr>
          <w:p w14:paraId="63377AB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Правила выполнения спортивных нормативов 2-3 ступени</w:t>
            </w:r>
          </w:p>
        </w:tc>
        <w:tc>
          <w:tcPr>
            <w:tcW w:w="992" w:type="dxa"/>
            <w:tcBorders>
              <w:top w:val="single" w:sz="2" w:space="0" w:color="000000"/>
              <w:left w:val="single" w:sz="2" w:space="0" w:color="000000"/>
              <w:bottom w:val="single" w:sz="2" w:space="0" w:color="000000"/>
              <w:right w:val="single" w:sz="2" w:space="0" w:color="000000"/>
            </w:tcBorders>
          </w:tcPr>
          <w:p w14:paraId="626B2A9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44F10C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8441F5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8729C5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FE5036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627F5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006A62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3119" w:type="dxa"/>
            <w:tcBorders>
              <w:top w:val="single" w:sz="2" w:space="0" w:color="000000"/>
              <w:left w:val="single" w:sz="2" w:space="0" w:color="000000"/>
              <w:bottom w:val="single" w:sz="2" w:space="0" w:color="000000"/>
              <w:right w:val="single" w:sz="2" w:space="0" w:color="000000"/>
            </w:tcBorders>
          </w:tcPr>
          <w:p w14:paraId="2A2012B6"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Правила ТБ на уроках. Сохранение и укрепление здоровья через ВФСК ГТО</w:t>
            </w:r>
          </w:p>
        </w:tc>
        <w:tc>
          <w:tcPr>
            <w:tcW w:w="992" w:type="dxa"/>
            <w:tcBorders>
              <w:top w:val="single" w:sz="2" w:space="0" w:color="000000"/>
              <w:left w:val="single" w:sz="2" w:space="0" w:color="000000"/>
              <w:bottom w:val="single" w:sz="2" w:space="0" w:color="000000"/>
              <w:right w:val="single" w:sz="2" w:space="0" w:color="000000"/>
            </w:tcBorders>
          </w:tcPr>
          <w:p w14:paraId="2B7A97F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9250CB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D65997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DBDC4B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430BA2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CA8406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9BC6C0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3119" w:type="dxa"/>
            <w:tcBorders>
              <w:top w:val="single" w:sz="2" w:space="0" w:color="000000"/>
              <w:left w:val="single" w:sz="2" w:space="0" w:color="000000"/>
              <w:bottom w:val="single" w:sz="2" w:space="0" w:color="000000"/>
              <w:right w:val="single" w:sz="2" w:space="0" w:color="000000"/>
            </w:tcBorders>
          </w:tcPr>
          <w:p w14:paraId="0C89E5B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213EAA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C113EC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CA238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65009C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792FAB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9E54E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DBA882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3119" w:type="dxa"/>
            <w:tcBorders>
              <w:top w:val="single" w:sz="2" w:space="0" w:color="000000"/>
              <w:left w:val="single" w:sz="2" w:space="0" w:color="000000"/>
              <w:bottom w:val="single" w:sz="2" w:space="0" w:color="000000"/>
              <w:right w:val="single" w:sz="2" w:space="0" w:color="000000"/>
            </w:tcBorders>
          </w:tcPr>
          <w:p w14:paraId="7807165D"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42F1DCE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3B4722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C8BC25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8AA853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0C4E55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1726CD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12CF5A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3119" w:type="dxa"/>
            <w:tcBorders>
              <w:top w:val="single" w:sz="2" w:space="0" w:color="000000"/>
              <w:left w:val="single" w:sz="2" w:space="0" w:color="000000"/>
              <w:bottom w:val="single" w:sz="2" w:space="0" w:color="000000"/>
              <w:right w:val="single" w:sz="2" w:space="0" w:color="000000"/>
            </w:tcBorders>
          </w:tcPr>
          <w:p w14:paraId="24D883D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992" w:type="dxa"/>
            <w:tcBorders>
              <w:top w:val="single" w:sz="2" w:space="0" w:color="000000"/>
              <w:left w:val="single" w:sz="2" w:space="0" w:color="000000"/>
              <w:bottom w:val="single" w:sz="2" w:space="0" w:color="000000"/>
              <w:right w:val="single" w:sz="2" w:space="0" w:color="000000"/>
            </w:tcBorders>
          </w:tcPr>
          <w:p w14:paraId="2146EB8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8C78A9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A1D95A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C041C9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4C9814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B44D85D"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DC77130"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c>
          <w:tcPr>
            <w:tcW w:w="3119" w:type="dxa"/>
            <w:tcBorders>
              <w:top w:val="single" w:sz="2" w:space="0" w:color="000000"/>
              <w:left w:val="single" w:sz="2" w:space="0" w:color="000000"/>
              <w:bottom w:val="single" w:sz="2" w:space="0" w:color="000000"/>
              <w:right w:val="single" w:sz="2" w:space="0" w:color="000000"/>
            </w:tcBorders>
          </w:tcPr>
          <w:p w14:paraId="474E37E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992" w:type="dxa"/>
            <w:tcBorders>
              <w:top w:val="single" w:sz="2" w:space="0" w:color="000000"/>
              <w:left w:val="single" w:sz="2" w:space="0" w:color="000000"/>
              <w:bottom w:val="single" w:sz="2" w:space="0" w:color="000000"/>
              <w:right w:val="single" w:sz="2" w:space="0" w:color="000000"/>
            </w:tcBorders>
          </w:tcPr>
          <w:p w14:paraId="1EC336E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21D957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3FC628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5DB76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A50DD4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E3BB2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B2D21C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3119" w:type="dxa"/>
            <w:tcBorders>
              <w:top w:val="single" w:sz="2" w:space="0" w:color="000000"/>
              <w:left w:val="single" w:sz="2" w:space="0" w:color="000000"/>
              <w:bottom w:val="single" w:sz="2" w:space="0" w:color="000000"/>
              <w:right w:val="single" w:sz="2" w:space="0" w:color="000000"/>
            </w:tcBorders>
          </w:tcPr>
          <w:p w14:paraId="5D75BFC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w:t>
            </w:r>
            <w:r>
              <w:rPr>
                <w:rFonts w:ascii="inherit" w:eastAsia="Times New Roman" w:hAnsi="inherit" w:cs="Times New Roman"/>
                <w:sz w:val="24"/>
                <w:szCs w:val="24"/>
                <w:lang w:eastAsia="ru-RU"/>
              </w:rPr>
              <w:t xml:space="preserve">а комплекса ГТО. </w:t>
            </w:r>
            <w:r w:rsidRPr="00077189">
              <w:rPr>
                <w:rFonts w:ascii="inherit" w:eastAsia="Times New Roman" w:hAnsi="inherit" w:cs="Times New Roman"/>
                <w:sz w:val="24"/>
                <w:szCs w:val="24"/>
                <w:lang w:eastAsia="ru-RU"/>
              </w:rPr>
              <w:t>Подводящие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094A67F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6835D8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8A8B67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B6E22E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B3D6F4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0DC4D8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18FD3B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3119" w:type="dxa"/>
            <w:tcBorders>
              <w:top w:val="single" w:sz="2" w:space="0" w:color="000000"/>
              <w:left w:val="single" w:sz="2" w:space="0" w:color="000000"/>
              <w:bottom w:val="single" w:sz="2" w:space="0" w:color="000000"/>
              <w:right w:val="single" w:sz="2" w:space="0" w:color="000000"/>
            </w:tcBorders>
          </w:tcPr>
          <w:p w14:paraId="15BAA3D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Кросс на 2 км. Подводящие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342C796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93B09E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8F81C2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15C6B8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1958A0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72AFE4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E966BD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3119" w:type="dxa"/>
            <w:tcBorders>
              <w:top w:val="single" w:sz="2" w:space="0" w:color="000000"/>
              <w:left w:val="single" w:sz="2" w:space="0" w:color="000000"/>
              <w:bottom w:val="single" w:sz="2" w:space="0" w:color="000000"/>
              <w:right w:val="single" w:sz="2" w:space="0" w:color="000000"/>
            </w:tcBorders>
          </w:tcPr>
          <w:p w14:paraId="3BB2E081"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585B9BD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D756A6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C80DF1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6FA7899"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1F1753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B1F7AC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76992D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3119" w:type="dxa"/>
            <w:tcBorders>
              <w:top w:val="single" w:sz="2" w:space="0" w:color="000000"/>
              <w:left w:val="single" w:sz="2" w:space="0" w:color="000000"/>
              <w:bottom w:val="single" w:sz="2" w:space="0" w:color="000000"/>
              <w:right w:val="single" w:sz="2" w:space="0" w:color="000000"/>
            </w:tcBorders>
          </w:tcPr>
          <w:p w14:paraId="5833A3B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501C7A3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F8AA9C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59F86B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400E5E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1801E8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491C68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1B51EF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3119" w:type="dxa"/>
            <w:tcBorders>
              <w:top w:val="single" w:sz="2" w:space="0" w:color="000000"/>
              <w:left w:val="single" w:sz="2" w:space="0" w:color="000000"/>
              <w:bottom w:val="single" w:sz="2" w:space="0" w:color="000000"/>
              <w:right w:val="single" w:sz="2" w:space="0" w:color="000000"/>
            </w:tcBorders>
          </w:tcPr>
          <w:p w14:paraId="7C72F12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609A612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D8EC6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961FD7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F454CFF"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0A77DC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44D0CFD"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77B58D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3119" w:type="dxa"/>
            <w:tcBorders>
              <w:top w:val="single" w:sz="2" w:space="0" w:color="000000"/>
              <w:left w:val="single" w:sz="2" w:space="0" w:color="000000"/>
              <w:bottom w:val="single" w:sz="2" w:space="0" w:color="000000"/>
              <w:right w:val="single" w:sz="2" w:space="0" w:color="000000"/>
            </w:tcBorders>
          </w:tcPr>
          <w:p w14:paraId="620C9B87"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18B77F4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29BB77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AD9374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A2B693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E70B14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E71A93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AF821D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3119" w:type="dxa"/>
            <w:tcBorders>
              <w:top w:val="single" w:sz="2" w:space="0" w:color="000000"/>
              <w:left w:val="single" w:sz="2" w:space="0" w:color="000000"/>
              <w:bottom w:val="single" w:sz="2" w:space="0" w:color="000000"/>
              <w:right w:val="single" w:sz="2" w:space="0" w:color="000000"/>
            </w:tcBorders>
          </w:tcPr>
          <w:p w14:paraId="6C3756CC"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2209CF9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D6CA01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B46E8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A58150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02B769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824B50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9768B4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3119" w:type="dxa"/>
            <w:tcBorders>
              <w:top w:val="single" w:sz="2" w:space="0" w:color="000000"/>
              <w:left w:val="single" w:sz="2" w:space="0" w:color="000000"/>
              <w:bottom w:val="single" w:sz="2" w:space="0" w:color="000000"/>
              <w:right w:val="single" w:sz="2" w:space="0" w:color="000000"/>
            </w:tcBorders>
          </w:tcPr>
          <w:p w14:paraId="33CB4318"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17D9D10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A35B7B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9D4BE3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19237A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16E865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5D78F3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341F6A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3119" w:type="dxa"/>
            <w:tcBorders>
              <w:top w:val="single" w:sz="2" w:space="0" w:color="000000"/>
              <w:left w:val="single" w:sz="2" w:space="0" w:color="000000"/>
              <w:bottom w:val="single" w:sz="2" w:space="0" w:color="000000"/>
              <w:right w:val="single" w:sz="2" w:space="0" w:color="000000"/>
            </w:tcBorders>
          </w:tcPr>
          <w:p w14:paraId="04A0638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1816D30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EA9F0E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88CC84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BED3D1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74E672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88E64A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99F1C1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c>
          <w:tcPr>
            <w:tcW w:w="3119" w:type="dxa"/>
            <w:tcBorders>
              <w:top w:val="single" w:sz="2" w:space="0" w:color="000000"/>
              <w:left w:val="single" w:sz="2" w:space="0" w:color="000000"/>
              <w:bottom w:val="single" w:sz="2" w:space="0" w:color="000000"/>
              <w:right w:val="single" w:sz="2" w:space="0" w:color="000000"/>
            </w:tcBorders>
          </w:tcPr>
          <w:p w14:paraId="08053450"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4AB49D0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DF8153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151CCE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A2D593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8C42A0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4AED2B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9B84764"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c>
          <w:tcPr>
            <w:tcW w:w="3119" w:type="dxa"/>
            <w:tcBorders>
              <w:top w:val="single" w:sz="2" w:space="0" w:color="000000"/>
              <w:left w:val="single" w:sz="2" w:space="0" w:color="000000"/>
              <w:bottom w:val="single" w:sz="2" w:space="0" w:color="000000"/>
              <w:right w:val="single" w:sz="2" w:space="0" w:color="000000"/>
            </w:tcBorders>
          </w:tcPr>
          <w:p w14:paraId="1D97905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A87FD6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E10C53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46B7BD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A79E5C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170EFD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6222D2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1D5AF3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3119" w:type="dxa"/>
            <w:tcBorders>
              <w:top w:val="single" w:sz="2" w:space="0" w:color="000000"/>
              <w:left w:val="single" w:sz="2" w:space="0" w:color="000000"/>
              <w:bottom w:val="single" w:sz="2" w:space="0" w:color="000000"/>
              <w:right w:val="single" w:sz="2" w:space="0" w:color="000000"/>
            </w:tcBorders>
          </w:tcPr>
          <w:p w14:paraId="4DB06FF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04C3D7B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836FC1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071E72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CBEADF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A24F04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155300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82A2F5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3119" w:type="dxa"/>
            <w:tcBorders>
              <w:top w:val="single" w:sz="2" w:space="0" w:color="000000"/>
              <w:left w:val="single" w:sz="2" w:space="0" w:color="000000"/>
              <w:bottom w:val="single" w:sz="2" w:space="0" w:color="000000"/>
              <w:right w:val="single" w:sz="2" w:space="0" w:color="000000"/>
            </w:tcBorders>
          </w:tcPr>
          <w:p w14:paraId="3566189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w:t>
            </w:r>
            <w:r>
              <w:rPr>
                <w:rFonts w:ascii="inherit" w:eastAsia="Times New Roman" w:hAnsi="inherit" w:cs="Times New Roman"/>
                <w:sz w:val="24"/>
                <w:szCs w:val="24"/>
                <w:lang w:eastAsia="ru-RU"/>
              </w:rPr>
              <w:t>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28C9E4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43D70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403737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370542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759F69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EE7A175"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C207973"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3119" w:type="dxa"/>
            <w:tcBorders>
              <w:top w:val="single" w:sz="2" w:space="0" w:color="000000"/>
              <w:left w:val="single" w:sz="2" w:space="0" w:color="000000"/>
              <w:bottom w:val="single" w:sz="2" w:space="0" w:color="000000"/>
              <w:right w:val="single" w:sz="2" w:space="0" w:color="000000"/>
            </w:tcBorders>
          </w:tcPr>
          <w:p w14:paraId="14E002C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w:t>
            </w:r>
            <w:r>
              <w:rPr>
                <w:rFonts w:ascii="inherit" w:eastAsia="Times New Roman" w:hAnsi="inherit" w:cs="Times New Roman"/>
                <w:sz w:val="24"/>
                <w:szCs w:val="24"/>
                <w:lang w:eastAsia="ru-RU"/>
              </w:rPr>
              <w:t>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70D64E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8941A6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4C5FB6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A4A35F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C04601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CA368D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729E172"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3119" w:type="dxa"/>
            <w:tcBorders>
              <w:top w:val="single" w:sz="2" w:space="0" w:color="000000"/>
              <w:left w:val="single" w:sz="2" w:space="0" w:color="000000"/>
              <w:bottom w:val="single" w:sz="2" w:space="0" w:color="000000"/>
              <w:right w:val="single" w:sz="2" w:space="0" w:color="000000"/>
            </w:tcBorders>
          </w:tcPr>
          <w:p w14:paraId="6CBA810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49F475E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25C1E1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2FA7BB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E6A14BF"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6AAAC5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2A6730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3F9E00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3119" w:type="dxa"/>
            <w:tcBorders>
              <w:top w:val="single" w:sz="2" w:space="0" w:color="000000"/>
              <w:left w:val="single" w:sz="2" w:space="0" w:color="000000"/>
              <w:bottom w:val="single" w:sz="2" w:space="0" w:color="000000"/>
              <w:right w:val="single" w:sz="2" w:space="0" w:color="000000"/>
            </w:tcBorders>
          </w:tcPr>
          <w:p w14:paraId="2413C01D"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24BDD7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1EEEDC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623C0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8F9D7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498BD6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782EB6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697BB3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3119" w:type="dxa"/>
            <w:tcBorders>
              <w:top w:val="single" w:sz="2" w:space="0" w:color="000000"/>
              <w:left w:val="single" w:sz="2" w:space="0" w:color="000000"/>
              <w:bottom w:val="single" w:sz="2" w:space="0" w:color="000000"/>
              <w:right w:val="single" w:sz="2" w:space="0" w:color="000000"/>
            </w:tcBorders>
          </w:tcPr>
          <w:p w14:paraId="05F7225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74ED8E9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88424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066ED0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7A0AA4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9B1DD4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C04D64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48E670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3119" w:type="dxa"/>
            <w:tcBorders>
              <w:top w:val="single" w:sz="2" w:space="0" w:color="000000"/>
              <w:left w:val="single" w:sz="2" w:space="0" w:color="000000"/>
              <w:bottom w:val="single" w:sz="2" w:space="0" w:color="000000"/>
              <w:right w:val="single" w:sz="2" w:space="0" w:color="000000"/>
            </w:tcBorders>
          </w:tcPr>
          <w:p w14:paraId="7613346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9CD805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BC0B93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B8E03E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23903C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053703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9B0DE7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09D5C0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c>
          <w:tcPr>
            <w:tcW w:w="3119" w:type="dxa"/>
            <w:tcBorders>
              <w:top w:val="single" w:sz="2" w:space="0" w:color="000000"/>
              <w:left w:val="single" w:sz="2" w:space="0" w:color="000000"/>
              <w:bottom w:val="single" w:sz="2" w:space="0" w:color="000000"/>
              <w:right w:val="single" w:sz="2" w:space="0" w:color="000000"/>
            </w:tcBorders>
          </w:tcPr>
          <w:p w14:paraId="4FDF4FA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и метание мяча весом 150г.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44FFA9D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F234D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85B9B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D64099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1CFBDC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0D5228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153BDF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p>
        </w:tc>
        <w:tc>
          <w:tcPr>
            <w:tcW w:w="3119" w:type="dxa"/>
            <w:tcBorders>
              <w:top w:val="single" w:sz="2" w:space="0" w:color="000000"/>
              <w:left w:val="single" w:sz="2" w:space="0" w:color="000000"/>
              <w:bottom w:val="single" w:sz="2" w:space="0" w:color="000000"/>
              <w:right w:val="single" w:sz="2" w:space="0" w:color="000000"/>
            </w:tcBorders>
          </w:tcPr>
          <w:p w14:paraId="54ABB03B"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Метание теннисного мяча, и метание мяча весом 150г.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99498C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4B6FAB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ABD1D3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415AB0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E50122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08CD1A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B9A967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p>
        </w:tc>
        <w:tc>
          <w:tcPr>
            <w:tcW w:w="3119" w:type="dxa"/>
            <w:tcBorders>
              <w:top w:val="single" w:sz="2" w:space="0" w:color="000000"/>
              <w:left w:val="single" w:sz="2" w:space="0" w:color="000000"/>
              <w:bottom w:val="single" w:sz="2" w:space="0" w:color="000000"/>
              <w:right w:val="single" w:sz="2" w:space="0" w:color="000000"/>
            </w:tcBorders>
          </w:tcPr>
          <w:p w14:paraId="248A617E"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992" w:type="dxa"/>
            <w:tcBorders>
              <w:top w:val="single" w:sz="2" w:space="0" w:color="000000"/>
              <w:left w:val="single" w:sz="2" w:space="0" w:color="000000"/>
              <w:bottom w:val="single" w:sz="2" w:space="0" w:color="000000"/>
              <w:right w:val="single" w:sz="2" w:space="0" w:color="000000"/>
            </w:tcBorders>
          </w:tcPr>
          <w:p w14:paraId="6BCADCB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08320D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18EC9F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DE6F2F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004506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0F392F5"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55334B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3119" w:type="dxa"/>
            <w:tcBorders>
              <w:top w:val="single" w:sz="2" w:space="0" w:color="000000"/>
              <w:left w:val="single" w:sz="2" w:space="0" w:color="000000"/>
              <w:bottom w:val="single" w:sz="2" w:space="0" w:color="000000"/>
              <w:right w:val="single" w:sz="2" w:space="0" w:color="000000"/>
            </w:tcBorders>
          </w:tcPr>
          <w:p w14:paraId="341AAD98"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992" w:type="dxa"/>
            <w:tcBorders>
              <w:top w:val="single" w:sz="2" w:space="0" w:color="000000"/>
              <w:left w:val="single" w:sz="2" w:space="0" w:color="000000"/>
              <w:bottom w:val="single" w:sz="2" w:space="0" w:color="000000"/>
              <w:right w:val="single" w:sz="2" w:space="0" w:color="000000"/>
            </w:tcBorders>
          </w:tcPr>
          <w:p w14:paraId="7E827AE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EB101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79B028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0BCA81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08888C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4BE925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B598CF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3119" w:type="dxa"/>
            <w:tcBorders>
              <w:top w:val="single" w:sz="2" w:space="0" w:color="000000"/>
              <w:left w:val="single" w:sz="2" w:space="0" w:color="000000"/>
              <w:bottom w:val="single" w:sz="2" w:space="0" w:color="000000"/>
              <w:right w:val="single" w:sz="2" w:space="0" w:color="000000"/>
            </w:tcBorders>
          </w:tcPr>
          <w:p w14:paraId="75825A1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Соревнования «А ты сдал нормы ГТО?», с соблюдением правил и техники выполнения испытаний (тестов) 2-3 ступени</w:t>
            </w:r>
          </w:p>
        </w:tc>
        <w:tc>
          <w:tcPr>
            <w:tcW w:w="992" w:type="dxa"/>
            <w:tcBorders>
              <w:top w:val="single" w:sz="2" w:space="0" w:color="000000"/>
              <w:left w:val="single" w:sz="2" w:space="0" w:color="000000"/>
              <w:bottom w:val="single" w:sz="2" w:space="0" w:color="000000"/>
              <w:right w:val="single" w:sz="2" w:space="0" w:color="000000"/>
            </w:tcBorders>
          </w:tcPr>
          <w:p w14:paraId="24C612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DC80C4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E8CFDC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1F0954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59BCAC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766DC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E0155A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w:t>
            </w:r>
          </w:p>
        </w:tc>
        <w:tc>
          <w:tcPr>
            <w:tcW w:w="3119" w:type="dxa"/>
            <w:tcBorders>
              <w:top w:val="single" w:sz="2" w:space="0" w:color="000000"/>
              <w:left w:val="single" w:sz="2" w:space="0" w:color="000000"/>
              <w:bottom w:val="single" w:sz="2" w:space="0" w:color="000000"/>
              <w:right w:val="single" w:sz="2" w:space="0" w:color="000000"/>
            </w:tcBorders>
          </w:tcPr>
          <w:p w14:paraId="54406C31" w14:textId="77777777" w:rsidR="003C4720" w:rsidRPr="00B10C3C" w:rsidRDefault="003C4720" w:rsidP="003C4720">
            <w:pPr>
              <w:spacing w:after="0"/>
              <w:rPr>
                <w:rFonts w:ascii="Times New Roman" w:eastAsia="Times New Roman" w:hAnsi="Times New Roman" w:cs="Times New Roman"/>
                <w:sz w:val="24"/>
                <w:szCs w:val="24"/>
                <w:lang w:eastAsia="ru-RU"/>
              </w:rPr>
            </w:pPr>
            <w:r w:rsidRPr="00B10C3C">
              <w:rPr>
                <w:rFonts w:ascii="Times New Roman" w:hAnsi="Times New Roman" w:cs="Times New Roman"/>
                <w:color w:val="000000" w:themeColor="text1"/>
                <w:sz w:val="24"/>
                <w:szCs w:val="24"/>
              </w:rPr>
              <w:t>Сдача контрольных нормативов ГТО</w:t>
            </w:r>
          </w:p>
        </w:tc>
        <w:tc>
          <w:tcPr>
            <w:tcW w:w="992" w:type="dxa"/>
            <w:tcBorders>
              <w:top w:val="single" w:sz="2" w:space="0" w:color="000000"/>
              <w:left w:val="single" w:sz="2" w:space="0" w:color="000000"/>
              <w:bottom w:val="single" w:sz="2" w:space="0" w:color="000000"/>
              <w:right w:val="single" w:sz="2" w:space="0" w:color="000000"/>
            </w:tcBorders>
          </w:tcPr>
          <w:p w14:paraId="4683834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E50B8E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9D1410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BB90A6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4D0EF3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B8402D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05EE9F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c>
          <w:tcPr>
            <w:tcW w:w="3119" w:type="dxa"/>
            <w:tcBorders>
              <w:top w:val="single" w:sz="2" w:space="0" w:color="000000"/>
              <w:left w:val="single" w:sz="2" w:space="0" w:color="000000"/>
              <w:bottom w:val="single" w:sz="2" w:space="0" w:color="000000"/>
              <w:right w:val="single" w:sz="2" w:space="0" w:color="000000"/>
            </w:tcBorders>
          </w:tcPr>
          <w:p w14:paraId="0442DE83" w14:textId="77777777" w:rsidR="003C4720" w:rsidRPr="00B10C3C" w:rsidRDefault="003C4720" w:rsidP="003C4720">
            <w:pPr>
              <w:spacing w:after="0"/>
              <w:rPr>
                <w:rFonts w:ascii="Times New Roman" w:eastAsia="Times New Roman" w:hAnsi="Times New Roman" w:cs="Times New Roman"/>
                <w:sz w:val="24"/>
                <w:szCs w:val="24"/>
                <w:lang w:eastAsia="ru-RU"/>
              </w:rPr>
            </w:pPr>
            <w:r w:rsidRPr="00B10C3C">
              <w:rPr>
                <w:rFonts w:ascii="Times New Roman" w:hAnsi="Times New Roman" w:cs="Times New Roman"/>
                <w:color w:val="000000" w:themeColor="text1"/>
                <w:sz w:val="24"/>
                <w:szCs w:val="24"/>
              </w:rPr>
              <w:t>Сдача контрольных нормативов ГТО</w:t>
            </w:r>
          </w:p>
        </w:tc>
        <w:tc>
          <w:tcPr>
            <w:tcW w:w="992" w:type="dxa"/>
            <w:tcBorders>
              <w:top w:val="single" w:sz="2" w:space="0" w:color="000000"/>
              <w:left w:val="single" w:sz="2" w:space="0" w:color="000000"/>
              <w:bottom w:val="single" w:sz="2" w:space="0" w:color="000000"/>
              <w:right w:val="single" w:sz="2" w:space="0" w:color="000000"/>
            </w:tcBorders>
          </w:tcPr>
          <w:p w14:paraId="145EEE2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8E4231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323150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3EA880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7726B1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BC8D0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26DBAA3"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3119" w:type="dxa"/>
            <w:tcBorders>
              <w:top w:val="single" w:sz="2" w:space="0" w:color="000000"/>
              <w:left w:val="single" w:sz="2" w:space="0" w:color="000000"/>
              <w:bottom w:val="single" w:sz="2" w:space="0" w:color="000000"/>
              <w:right w:val="single" w:sz="2" w:space="0" w:color="000000"/>
            </w:tcBorders>
          </w:tcPr>
          <w:p w14:paraId="669DD275" w14:textId="77777777" w:rsidR="003C4720" w:rsidRPr="00B10C3C" w:rsidRDefault="003C4720" w:rsidP="003C472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Резервный урок</w:t>
            </w:r>
          </w:p>
        </w:tc>
        <w:tc>
          <w:tcPr>
            <w:tcW w:w="992" w:type="dxa"/>
            <w:tcBorders>
              <w:top w:val="single" w:sz="2" w:space="0" w:color="000000"/>
              <w:left w:val="single" w:sz="2" w:space="0" w:color="000000"/>
              <w:bottom w:val="single" w:sz="2" w:space="0" w:color="000000"/>
              <w:right w:val="single" w:sz="2" w:space="0" w:color="000000"/>
            </w:tcBorders>
          </w:tcPr>
          <w:p w14:paraId="4F9FCB2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040E87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523D70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AFD1CA9"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B412F3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8E3C091" w14:textId="77777777" w:rsidTr="003C4720">
        <w:tc>
          <w:tcPr>
            <w:tcW w:w="3936" w:type="dxa"/>
            <w:gridSpan w:val="2"/>
            <w:tcBorders>
              <w:top w:val="single" w:sz="2" w:space="0" w:color="000000"/>
              <w:left w:val="single" w:sz="2" w:space="0" w:color="000000"/>
              <w:bottom w:val="single" w:sz="2" w:space="0" w:color="000000"/>
              <w:right w:val="single" w:sz="2" w:space="0" w:color="000000"/>
            </w:tcBorders>
          </w:tcPr>
          <w:p w14:paraId="727ADC65" w14:textId="77777777" w:rsidR="003C4720" w:rsidRDefault="003C4720" w:rsidP="003C4720">
            <w:pPr>
              <w:spacing w:after="0"/>
              <w:rPr>
                <w:rFonts w:ascii="Times New Roman" w:eastAsia="Times New Roman" w:hAnsi="Times New Roman" w:cs="Times New Roman"/>
                <w:sz w:val="24"/>
                <w:szCs w:val="24"/>
                <w:lang w:eastAsia="ru-RU"/>
              </w:rPr>
            </w:pPr>
            <w:r w:rsidRPr="006A6677">
              <w:rPr>
                <w:rFonts w:ascii="Times New Roman" w:hAnsi="Times New Roman"/>
                <w:color w:val="000000"/>
                <w:sz w:val="24"/>
              </w:rPr>
              <w:t>ОБЩЕЕ КОЛИЧЕСТВО ЧАСОВ ПО ПРОГРАММЕ</w:t>
            </w:r>
          </w:p>
        </w:tc>
        <w:tc>
          <w:tcPr>
            <w:tcW w:w="5737" w:type="dxa"/>
            <w:gridSpan w:val="5"/>
            <w:tcBorders>
              <w:top w:val="single" w:sz="2" w:space="0" w:color="000000"/>
              <w:left w:val="single" w:sz="2" w:space="0" w:color="000000"/>
              <w:bottom w:val="single" w:sz="2" w:space="0" w:color="000000"/>
              <w:right w:val="single" w:sz="2" w:space="0" w:color="000000"/>
            </w:tcBorders>
          </w:tcPr>
          <w:p w14:paraId="6E65F7E3" w14:textId="77777777" w:rsidR="003C4720" w:rsidRPr="004C7D28" w:rsidRDefault="003C4720" w:rsidP="003C4720">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 часов</w:t>
            </w:r>
          </w:p>
        </w:tc>
      </w:tr>
    </w:tbl>
    <w:p w14:paraId="345F5351"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480C1FB2"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1428BE44" w14:textId="77777777" w:rsidR="008A41DE" w:rsidRPr="003C4720" w:rsidRDefault="008A41DE" w:rsidP="0046178B">
      <w:pPr>
        <w:spacing w:after="0" w:line="240" w:lineRule="auto"/>
        <w:rPr>
          <w:rFonts w:ascii="Times New Roman" w:eastAsia="Times New Roman" w:hAnsi="Times New Roman" w:cs="Times New Roman"/>
          <w:b/>
          <w:bCs/>
          <w:caps/>
          <w:color w:val="000000"/>
          <w:sz w:val="32"/>
          <w:szCs w:val="21"/>
          <w:lang w:eastAsia="ru-RU"/>
        </w:rPr>
      </w:pPr>
    </w:p>
    <w:p w14:paraId="7A17FEEE"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059BF490"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4B01F4C7"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2518668A"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3422735B"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28B03EE1"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0C6908E5"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3486F3C9" w14:textId="77777777" w:rsidR="006D13B0" w:rsidRDefault="006D13B0" w:rsidP="0046178B">
      <w:pPr>
        <w:spacing w:after="0" w:line="240" w:lineRule="auto"/>
        <w:rPr>
          <w:rFonts w:ascii="Times New Roman" w:eastAsia="Times New Roman" w:hAnsi="Times New Roman" w:cs="Times New Roman"/>
          <w:b/>
          <w:bCs/>
          <w:caps/>
          <w:color w:val="000000"/>
          <w:sz w:val="32"/>
          <w:szCs w:val="21"/>
          <w:lang w:eastAsia="ru-RU"/>
        </w:rPr>
      </w:pPr>
    </w:p>
    <w:p w14:paraId="38434182" w14:textId="77777777" w:rsidR="003C4720" w:rsidRDefault="003C4720" w:rsidP="0046178B">
      <w:pPr>
        <w:spacing w:after="0" w:line="240" w:lineRule="auto"/>
        <w:rPr>
          <w:rFonts w:ascii="Times New Roman" w:eastAsia="Times New Roman" w:hAnsi="Times New Roman" w:cs="Times New Roman"/>
          <w:b/>
          <w:bCs/>
          <w:caps/>
          <w:color w:val="000000"/>
          <w:sz w:val="32"/>
          <w:szCs w:val="21"/>
          <w:lang w:eastAsia="ru-RU"/>
        </w:rPr>
      </w:pPr>
      <w:r w:rsidRPr="003C4720">
        <w:rPr>
          <w:rFonts w:ascii="Times New Roman" w:eastAsia="Times New Roman" w:hAnsi="Times New Roman" w:cs="Times New Roman"/>
          <w:b/>
          <w:bCs/>
          <w:caps/>
          <w:color w:val="000000"/>
          <w:sz w:val="32"/>
          <w:szCs w:val="21"/>
          <w:lang w:eastAsia="ru-RU"/>
        </w:rPr>
        <w:t>4 класс</w:t>
      </w:r>
    </w:p>
    <w:p w14:paraId="0734E9C1" w14:textId="77777777" w:rsidR="003C4720" w:rsidRPr="003C4720" w:rsidRDefault="003C4720" w:rsidP="0046178B">
      <w:pPr>
        <w:spacing w:after="0" w:line="240" w:lineRule="auto"/>
        <w:rPr>
          <w:rFonts w:ascii="Times New Roman" w:eastAsia="Times New Roman" w:hAnsi="Times New Roman" w:cs="Times New Roman"/>
          <w:b/>
          <w:bCs/>
          <w:caps/>
          <w:color w:val="000000"/>
          <w:sz w:val="32"/>
          <w:szCs w:val="21"/>
          <w:lang w:eastAsia="ru-RU"/>
        </w:rPr>
      </w:pPr>
    </w:p>
    <w:tbl>
      <w:tblPr>
        <w:tblpPr w:leftFromText="180" w:rightFromText="180" w:vertAnchor="text" w:horzAnchor="margin" w:tblpX="74" w:tblpY="97"/>
        <w:tblW w:w="9673" w:type="dxa"/>
        <w:tblLayout w:type="fixed"/>
        <w:tblLook w:val="04A0" w:firstRow="1" w:lastRow="0" w:firstColumn="1" w:lastColumn="0" w:noHBand="0" w:noVBand="1"/>
      </w:tblPr>
      <w:tblGrid>
        <w:gridCol w:w="817"/>
        <w:gridCol w:w="3119"/>
        <w:gridCol w:w="992"/>
        <w:gridCol w:w="992"/>
        <w:gridCol w:w="992"/>
        <w:gridCol w:w="1451"/>
        <w:gridCol w:w="1310"/>
      </w:tblGrid>
      <w:tr w:rsidR="003C4720" w:rsidRPr="00B10C3C" w14:paraId="55822AC3" w14:textId="77777777" w:rsidTr="003C4720">
        <w:trPr>
          <w:trHeight w:val="260"/>
        </w:trPr>
        <w:tc>
          <w:tcPr>
            <w:tcW w:w="817" w:type="dxa"/>
            <w:vMerge w:val="restart"/>
            <w:tcBorders>
              <w:top w:val="single" w:sz="2" w:space="0" w:color="000000"/>
              <w:left w:val="single" w:sz="2" w:space="0" w:color="000000"/>
              <w:bottom w:val="single" w:sz="2" w:space="0" w:color="000000"/>
              <w:right w:val="single" w:sz="2" w:space="0" w:color="000000"/>
            </w:tcBorders>
          </w:tcPr>
          <w:p w14:paraId="13F83635"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 п/п</w:t>
            </w:r>
          </w:p>
        </w:tc>
        <w:tc>
          <w:tcPr>
            <w:tcW w:w="3119" w:type="dxa"/>
            <w:vMerge w:val="restart"/>
            <w:tcBorders>
              <w:top w:val="single" w:sz="2" w:space="0" w:color="000000"/>
              <w:left w:val="single" w:sz="2" w:space="0" w:color="000000"/>
              <w:right w:val="single" w:sz="2" w:space="0" w:color="000000"/>
            </w:tcBorders>
          </w:tcPr>
          <w:p w14:paraId="34443F5C" w14:textId="77777777" w:rsidR="003C4720" w:rsidRPr="00B10C3C" w:rsidRDefault="003C4720" w:rsidP="003C4720">
            <w:pPr>
              <w:jc w:val="center"/>
              <w:rPr>
                <w:rFonts w:ascii="Times New Roman" w:hAnsi="Times New Roman" w:cs="Times New Roman"/>
                <w:b/>
                <w:color w:val="000000" w:themeColor="text1"/>
                <w:sz w:val="24"/>
                <w:szCs w:val="24"/>
              </w:rPr>
            </w:pPr>
            <w:r w:rsidRPr="00B10C3C">
              <w:rPr>
                <w:rFonts w:ascii="Times New Roman" w:hAnsi="Times New Roman" w:cs="Times New Roman"/>
                <w:b/>
                <w:color w:val="000000" w:themeColor="text1"/>
                <w:sz w:val="24"/>
                <w:szCs w:val="24"/>
              </w:rPr>
              <w:t>Раздел.</w:t>
            </w:r>
            <w:r>
              <w:rPr>
                <w:rFonts w:ascii="Times New Roman" w:hAnsi="Times New Roman" w:cs="Times New Roman"/>
                <w:b/>
                <w:color w:val="000000" w:themeColor="text1"/>
                <w:sz w:val="24"/>
                <w:szCs w:val="24"/>
              </w:rPr>
              <w:t xml:space="preserve"> Тема урока</w:t>
            </w:r>
          </w:p>
        </w:tc>
        <w:tc>
          <w:tcPr>
            <w:tcW w:w="2976" w:type="dxa"/>
            <w:gridSpan w:val="3"/>
            <w:tcBorders>
              <w:top w:val="single" w:sz="2" w:space="0" w:color="000000"/>
              <w:left w:val="single" w:sz="2" w:space="0" w:color="000000"/>
              <w:bottom w:val="single" w:sz="2" w:space="0" w:color="000000"/>
              <w:right w:val="single" w:sz="2" w:space="0" w:color="000000"/>
            </w:tcBorders>
          </w:tcPr>
          <w:p w14:paraId="393F776D"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Количество часов</w:t>
            </w:r>
          </w:p>
        </w:tc>
        <w:tc>
          <w:tcPr>
            <w:tcW w:w="1451" w:type="dxa"/>
            <w:vMerge w:val="restart"/>
            <w:tcBorders>
              <w:top w:val="single" w:sz="2" w:space="0" w:color="000000"/>
              <w:left w:val="single" w:sz="2" w:space="0" w:color="000000"/>
              <w:right w:val="single" w:sz="2" w:space="0" w:color="000000"/>
            </w:tcBorders>
          </w:tcPr>
          <w:p w14:paraId="52D5639E" w14:textId="77777777" w:rsidR="003C4720" w:rsidRPr="00B10C3C" w:rsidRDefault="003C4720" w:rsidP="003C4720">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Дата проведения</w:t>
            </w:r>
          </w:p>
        </w:tc>
        <w:tc>
          <w:tcPr>
            <w:tcW w:w="1310" w:type="dxa"/>
            <w:tcBorders>
              <w:top w:val="single" w:sz="2" w:space="0" w:color="000000"/>
              <w:left w:val="single" w:sz="2" w:space="0" w:color="000000"/>
              <w:right w:val="single" w:sz="2" w:space="0" w:color="000000"/>
            </w:tcBorders>
          </w:tcPr>
          <w:p w14:paraId="5F5B8820" w14:textId="77777777" w:rsidR="003C4720" w:rsidRDefault="003C4720" w:rsidP="003C4720">
            <w:pPr>
              <w:rPr>
                <w:rFonts w:ascii="Times New Roman" w:hAnsi="Times New Roman" w:cs="Times New Roman"/>
                <w:b/>
                <w:color w:val="000000" w:themeColor="text1"/>
                <w:sz w:val="24"/>
                <w:szCs w:val="24"/>
              </w:rPr>
            </w:pPr>
          </w:p>
        </w:tc>
      </w:tr>
      <w:tr w:rsidR="003C4720" w:rsidRPr="00B10C3C" w14:paraId="2BBCE90E" w14:textId="77777777" w:rsidTr="006D13B0">
        <w:trPr>
          <w:trHeight w:val="2028"/>
        </w:trPr>
        <w:tc>
          <w:tcPr>
            <w:tcW w:w="817" w:type="dxa"/>
            <w:vMerge/>
            <w:tcBorders>
              <w:top w:val="single" w:sz="2" w:space="0" w:color="000000"/>
              <w:left w:val="single" w:sz="2" w:space="0" w:color="000000"/>
              <w:bottom w:val="single" w:sz="2" w:space="0" w:color="000000"/>
              <w:right w:val="single" w:sz="2" w:space="0" w:color="000000"/>
            </w:tcBorders>
          </w:tcPr>
          <w:p w14:paraId="7DAF4D55" w14:textId="77777777" w:rsidR="003C4720" w:rsidRPr="00B10C3C" w:rsidRDefault="003C4720" w:rsidP="003C4720">
            <w:pPr>
              <w:rPr>
                <w:rFonts w:ascii="Times New Roman" w:hAnsi="Times New Roman" w:cs="Times New Roman"/>
                <w:color w:val="000000" w:themeColor="text1"/>
                <w:sz w:val="24"/>
                <w:szCs w:val="24"/>
              </w:rPr>
            </w:pPr>
          </w:p>
        </w:tc>
        <w:tc>
          <w:tcPr>
            <w:tcW w:w="3119" w:type="dxa"/>
            <w:vMerge/>
            <w:tcBorders>
              <w:left w:val="single" w:sz="2" w:space="0" w:color="000000"/>
              <w:bottom w:val="single" w:sz="2" w:space="0" w:color="000000"/>
              <w:right w:val="single" w:sz="2" w:space="0" w:color="000000"/>
            </w:tcBorders>
          </w:tcPr>
          <w:p w14:paraId="4936B58E" w14:textId="77777777" w:rsidR="003C4720" w:rsidRPr="00B10C3C" w:rsidRDefault="003C4720" w:rsidP="003C4720">
            <w:pPr>
              <w:rPr>
                <w:rFonts w:ascii="Times New Roman" w:hAnsi="Times New Roman" w:cs="Times New Roman"/>
                <w:color w:val="000000" w:themeColor="text1"/>
                <w:sz w:val="24"/>
                <w:szCs w:val="24"/>
              </w:rPr>
            </w:pPr>
          </w:p>
        </w:tc>
        <w:tc>
          <w:tcPr>
            <w:tcW w:w="992" w:type="dxa"/>
            <w:tcBorders>
              <w:top w:val="single" w:sz="2" w:space="0" w:color="000000"/>
              <w:left w:val="single" w:sz="2" w:space="0" w:color="000000"/>
              <w:bottom w:val="single" w:sz="2" w:space="0" w:color="000000"/>
              <w:right w:val="single" w:sz="2" w:space="0" w:color="000000"/>
            </w:tcBorders>
          </w:tcPr>
          <w:p w14:paraId="52DFF635" w14:textId="77777777" w:rsidR="003C4720" w:rsidRPr="004C1843" w:rsidRDefault="003C4720" w:rsidP="003C4720">
            <w:pPr>
              <w:jc w:val="center"/>
              <w:rPr>
                <w:rFonts w:ascii="Times New Roman" w:hAnsi="Times New Roman" w:cs="Times New Roman"/>
                <w:b/>
                <w:color w:val="000000" w:themeColor="text1"/>
                <w:sz w:val="24"/>
                <w:szCs w:val="24"/>
              </w:rPr>
            </w:pPr>
            <w:r w:rsidRPr="004C1843">
              <w:rPr>
                <w:rFonts w:ascii="Times New Roman" w:hAnsi="Times New Roman" w:cs="Times New Roman"/>
                <w:b/>
                <w:color w:val="000000" w:themeColor="text1"/>
                <w:sz w:val="24"/>
                <w:szCs w:val="24"/>
              </w:rPr>
              <w:t>всего</w:t>
            </w:r>
          </w:p>
        </w:tc>
        <w:tc>
          <w:tcPr>
            <w:tcW w:w="992" w:type="dxa"/>
            <w:tcBorders>
              <w:top w:val="single" w:sz="2" w:space="0" w:color="000000"/>
              <w:left w:val="single" w:sz="2" w:space="0" w:color="000000"/>
              <w:bottom w:val="single" w:sz="2" w:space="0" w:color="000000"/>
              <w:right w:val="single" w:sz="2" w:space="0" w:color="000000"/>
            </w:tcBorders>
          </w:tcPr>
          <w:p w14:paraId="74F51F2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к</w:t>
            </w:r>
            <w:r w:rsidRPr="000B6566">
              <w:rPr>
                <w:rFonts w:ascii="Times New Roman" w:hAnsi="Times New Roman" w:cs="Times New Roman"/>
                <w:b/>
                <w:color w:val="000000" w:themeColor="text1"/>
                <w:sz w:val="24"/>
                <w:szCs w:val="24"/>
              </w:rPr>
              <w:t>онтрольные работы</w:t>
            </w:r>
          </w:p>
        </w:tc>
        <w:tc>
          <w:tcPr>
            <w:tcW w:w="992" w:type="dxa"/>
            <w:tcBorders>
              <w:top w:val="single" w:sz="2" w:space="0" w:color="000000"/>
              <w:left w:val="single" w:sz="2" w:space="0" w:color="000000"/>
              <w:bottom w:val="single" w:sz="2" w:space="0" w:color="000000"/>
              <w:right w:val="single" w:sz="2" w:space="0" w:color="000000"/>
            </w:tcBorders>
          </w:tcPr>
          <w:p w14:paraId="7AB8009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п</w:t>
            </w:r>
            <w:r w:rsidRPr="000B6566">
              <w:rPr>
                <w:rFonts w:ascii="Times New Roman" w:hAnsi="Times New Roman" w:cs="Times New Roman"/>
                <w:b/>
                <w:color w:val="000000" w:themeColor="text1"/>
                <w:sz w:val="24"/>
                <w:szCs w:val="24"/>
              </w:rPr>
              <w:t>рактические работы</w:t>
            </w:r>
          </w:p>
        </w:tc>
        <w:tc>
          <w:tcPr>
            <w:tcW w:w="1451" w:type="dxa"/>
            <w:vMerge/>
            <w:tcBorders>
              <w:left w:val="single" w:sz="2" w:space="0" w:color="000000"/>
              <w:bottom w:val="single" w:sz="2" w:space="0" w:color="000000"/>
              <w:right w:val="single" w:sz="2" w:space="0" w:color="000000"/>
            </w:tcBorders>
          </w:tcPr>
          <w:p w14:paraId="7FFB855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left w:val="single" w:sz="2" w:space="0" w:color="000000"/>
              <w:bottom w:val="single" w:sz="2" w:space="0" w:color="000000"/>
              <w:right w:val="single" w:sz="2" w:space="0" w:color="000000"/>
            </w:tcBorders>
          </w:tcPr>
          <w:p w14:paraId="6F36FE0B" w14:textId="77777777" w:rsidR="003C4720" w:rsidRPr="006D13B0" w:rsidRDefault="003C4720" w:rsidP="006D13B0">
            <w:pPr>
              <w:spacing w:after="0"/>
            </w:pPr>
            <w:proofErr w:type="spellStart"/>
            <w:r w:rsidRPr="004C1843">
              <w:rPr>
                <w:rFonts w:ascii="Times New Roman" w:hAnsi="Times New Roman"/>
                <w:b/>
                <w:color w:val="000000"/>
                <w:sz w:val="24"/>
              </w:rPr>
              <w:t>Электронныецифровыеобразовательныересурсы</w:t>
            </w:r>
            <w:proofErr w:type="spellEnd"/>
          </w:p>
        </w:tc>
      </w:tr>
      <w:tr w:rsidR="003C4720" w:rsidRPr="00B10C3C" w14:paraId="135A4B69" w14:textId="77777777" w:rsidTr="003C4720">
        <w:trPr>
          <w:trHeight w:val="609"/>
        </w:trPr>
        <w:tc>
          <w:tcPr>
            <w:tcW w:w="817" w:type="dxa"/>
            <w:tcBorders>
              <w:top w:val="single" w:sz="2" w:space="0" w:color="000000"/>
              <w:left w:val="single" w:sz="2" w:space="0" w:color="000000"/>
              <w:bottom w:val="single" w:sz="2" w:space="0" w:color="000000"/>
              <w:right w:val="single" w:sz="2" w:space="0" w:color="000000"/>
            </w:tcBorders>
          </w:tcPr>
          <w:p w14:paraId="094577B6"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3119" w:type="dxa"/>
            <w:tcBorders>
              <w:top w:val="single" w:sz="2" w:space="0" w:color="000000"/>
              <w:left w:val="single" w:sz="2" w:space="0" w:color="000000"/>
              <w:bottom w:val="single" w:sz="2" w:space="0" w:color="000000"/>
              <w:right w:val="single" w:sz="2" w:space="0" w:color="000000"/>
            </w:tcBorders>
          </w:tcPr>
          <w:p w14:paraId="490E2861" w14:textId="77777777" w:rsidR="003C4720"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Из истории развития физической культуры в России</w:t>
            </w:r>
            <w:r>
              <w:rPr>
                <w:rFonts w:ascii="inherit" w:eastAsia="Times New Roman" w:hAnsi="inherit" w:cs="Times New Roman"/>
                <w:sz w:val="24"/>
                <w:szCs w:val="24"/>
                <w:lang w:eastAsia="ru-RU"/>
              </w:rPr>
              <w:t>.</w:t>
            </w:r>
          </w:p>
          <w:p w14:paraId="3F2FF1F9" w14:textId="77777777" w:rsidR="003C4720" w:rsidRPr="00B10C3C" w:rsidRDefault="003C4720" w:rsidP="003C4720">
            <w:pPr>
              <w:spacing w:after="0"/>
              <w:rPr>
                <w:rFonts w:ascii="Times New Roman" w:hAnsi="Times New Roman" w:cs="Times New Roman"/>
                <w:color w:val="000000" w:themeColor="text1"/>
                <w:sz w:val="24"/>
                <w:szCs w:val="24"/>
              </w:rPr>
            </w:pPr>
            <w:r w:rsidRPr="00077189">
              <w:rPr>
                <w:rFonts w:ascii="inherit" w:eastAsia="Times New Roman" w:hAnsi="inherit" w:cs="Times New Roman"/>
                <w:sz w:val="24"/>
                <w:szCs w:val="24"/>
                <w:lang w:eastAsia="ru-RU"/>
              </w:rPr>
              <w:t>Из истории развития национальных видов спорта</w:t>
            </w:r>
          </w:p>
        </w:tc>
        <w:tc>
          <w:tcPr>
            <w:tcW w:w="992" w:type="dxa"/>
            <w:tcBorders>
              <w:top w:val="single" w:sz="2" w:space="0" w:color="000000"/>
              <w:left w:val="single" w:sz="2" w:space="0" w:color="000000"/>
              <w:bottom w:val="single" w:sz="2" w:space="0" w:color="000000"/>
              <w:right w:val="single" w:sz="2" w:space="0" w:color="000000"/>
            </w:tcBorders>
          </w:tcPr>
          <w:p w14:paraId="2D62A40A"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C3BF185"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2AD45A5"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C55ABFA"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DB351E9"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5A4297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A0BC70D" w14:textId="77777777" w:rsidR="003C4720" w:rsidRPr="00B10C3C" w:rsidRDefault="003C4720" w:rsidP="003C4720">
            <w:pPr>
              <w:spacing w:after="0"/>
              <w:jc w:val="center"/>
              <w:rPr>
                <w:rFonts w:ascii="Times New Roman" w:hAnsi="Times New Roman" w:cs="Times New Roman"/>
                <w:color w:val="000000" w:themeColor="text1"/>
                <w:sz w:val="24"/>
                <w:szCs w:val="24"/>
              </w:rPr>
            </w:pPr>
            <w:r w:rsidRPr="00B10C3C">
              <w:rPr>
                <w:rFonts w:ascii="Times New Roman" w:hAnsi="Times New Roman" w:cs="Times New Roman"/>
                <w:color w:val="000000" w:themeColor="text1"/>
                <w:sz w:val="24"/>
                <w:szCs w:val="24"/>
              </w:rPr>
              <w:t>2</w:t>
            </w:r>
          </w:p>
        </w:tc>
        <w:tc>
          <w:tcPr>
            <w:tcW w:w="3119" w:type="dxa"/>
            <w:tcBorders>
              <w:top w:val="single" w:sz="2" w:space="0" w:color="000000"/>
              <w:left w:val="single" w:sz="2" w:space="0" w:color="000000"/>
              <w:bottom w:val="single" w:sz="2" w:space="0" w:color="000000"/>
              <w:right w:val="single" w:sz="2" w:space="0" w:color="000000"/>
            </w:tcBorders>
          </w:tcPr>
          <w:p w14:paraId="00DFF147" w14:textId="77777777" w:rsidR="003C4720" w:rsidRPr="00B10C3C" w:rsidRDefault="003C4720" w:rsidP="003C4720">
            <w:pPr>
              <w:spacing w:after="0"/>
              <w:rPr>
                <w:rFonts w:ascii="Times New Roman" w:hAnsi="Times New Roman" w:cs="Times New Roman"/>
                <w:color w:val="000000" w:themeColor="text1"/>
                <w:sz w:val="24"/>
                <w:szCs w:val="24"/>
              </w:rPr>
            </w:pPr>
            <w:r w:rsidRPr="00077189">
              <w:rPr>
                <w:rFonts w:ascii="inherit" w:eastAsia="Times New Roman" w:hAnsi="inherit" w:cs="Times New Roman"/>
                <w:sz w:val="24"/>
                <w:szCs w:val="24"/>
                <w:lang w:eastAsia="ru-RU"/>
              </w:rPr>
              <w:t>Самостоятельная физическая подготовка</w:t>
            </w:r>
          </w:p>
        </w:tc>
        <w:tc>
          <w:tcPr>
            <w:tcW w:w="992" w:type="dxa"/>
            <w:tcBorders>
              <w:top w:val="single" w:sz="2" w:space="0" w:color="000000"/>
              <w:left w:val="single" w:sz="2" w:space="0" w:color="000000"/>
              <w:bottom w:val="single" w:sz="2" w:space="0" w:color="000000"/>
              <w:right w:val="single" w:sz="2" w:space="0" w:color="000000"/>
            </w:tcBorders>
          </w:tcPr>
          <w:p w14:paraId="2A37E312"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D0EFECF"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352254E" w14:textId="77777777" w:rsidR="003C4720" w:rsidRPr="00B10C3C" w:rsidRDefault="003C4720" w:rsidP="003C4720">
            <w:pPr>
              <w:spacing w:after="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16DD1E5" w14:textId="77777777" w:rsidR="003C4720" w:rsidRPr="00B10C3C" w:rsidRDefault="003C4720" w:rsidP="003C4720">
            <w:pPr>
              <w:spacing w:after="0"/>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D19E647" w14:textId="77777777" w:rsidR="003C4720" w:rsidRPr="00B10C3C" w:rsidRDefault="003C4720" w:rsidP="003C4720">
            <w:pPr>
              <w:spacing w:after="0"/>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9CEF0D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5D6EA9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3119" w:type="dxa"/>
            <w:tcBorders>
              <w:top w:val="single" w:sz="2" w:space="0" w:color="000000"/>
              <w:left w:val="single" w:sz="2" w:space="0" w:color="000000"/>
              <w:bottom w:val="single" w:sz="2" w:space="0" w:color="000000"/>
              <w:right w:val="single" w:sz="2" w:space="0" w:color="000000"/>
            </w:tcBorders>
          </w:tcPr>
          <w:p w14:paraId="30F22CBF"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Влияние занятий физической подготовкой на работу систем организма</w:t>
            </w:r>
          </w:p>
        </w:tc>
        <w:tc>
          <w:tcPr>
            <w:tcW w:w="992" w:type="dxa"/>
            <w:tcBorders>
              <w:top w:val="single" w:sz="2" w:space="0" w:color="000000"/>
              <w:left w:val="single" w:sz="2" w:space="0" w:color="000000"/>
              <w:bottom w:val="single" w:sz="2" w:space="0" w:color="000000"/>
              <w:right w:val="single" w:sz="2" w:space="0" w:color="000000"/>
            </w:tcBorders>
          </w:tcPr>
          <w:p w14:paraId="55AB745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D9A854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BF872B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556134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22F409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FEC156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2F9993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3119" w:type="dxa"/>
            <w:tcBorders>
              <w:top w:val="single" w:sz="2" w:space="0" w:color="000000"/>
              <w:left w:val="single" w:sz="2" w:space="0" w:color="000000"/>
              <w:bottom w:val="single" w:sz="2" w:space="0" w:color="000000"/>
              <w:right w:val="single" w:sz="2" w:space="0" w:color="000000"/>
            </w:tcBorders>
          </w:tcPr>
          <w:p w14:paraId="2C7755D4" w14:textId="77777777" w:rsidR="003C4720" w:rsidRPr="00D35EEE"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Оценка годовой динамики показателей физического развития и физической подготовленности</w:t>
            </w:r>
          </w:p>
        </w:tc>
        <w:tc>
          <w:tcPr>
            <w:tcW w:w="992" w:type="dxa"/>
            <w:tcBorders>
              <w:top w:val="single" w:sz="2" w:space="0" w:color="000000"/>
              <w:left w:val="single" w:sz="2" w:space="0" w:color="000000"/>
              <w:bottom w:val="single" w:sz="2" w:space="0" w:color="000000"/>
              <w:right w:val="single" w:sz="2" w:space="0" w:color="000000"/>
            </w:tcBorders>
          </w:tcPr>
          <w:p w14:paraId="79247C1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7BA0CB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785F04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86028B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C07BD0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EBD01F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EFEECE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3119" w:type="dxa"/>
            <w:tcBorders>
              <w:top w:val="single" w:sz="2" w:space="0" w:color="000000"/>
              <w:left w:val="single" w:sz="2" w:space="0" w:color="000000"/>
              <w:bottom w:val="single" w:sz="2" w:space="0" w:color="000000"/>
              <w:right w:val="single" w:sz="2" w:space="0" w:color="000000"/>
            </w:tcBorders>
          </w:tcPr>
          <w:p w14:paraId="64D37937" w14:textId="77777777" w:rsidR="003C4720"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Правила предупреждения травм на уроках физической культуры</w:t>
            </w:r>
            <w:r>
              <w:rPr>
                <w:rFonts w:ascii="inherit" w:eastAsia="Times New Roman" w:hAnsi="inherit" w:cs="Times New Roman"/>
                <w:sz w:val="24"/>
                <w:szCs w:val="24"/>
                <w:lang w:eastAsia="ru-RU"/>
              </w:rPr>
              <w:t>.</w:t>
            </w:r>
          </w:p>
          <w:p w14:paraId="1FDE134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Оказание первой помощи на занятиях физической культуры</w:t>
            </w:r>
          </w:p>
        </w:tc>
        <w:tc>
          <w:tcPr>
            <w:tcW w:w="992" w:type="dxa"/>
            <w:tcBorders>
              <w:top w:val="single" w:sz="2" w:space="0" w:color="000000"/>
              <w:left w:val="single" w:sz="2" w:space="0" w:color="000000"/>
              <w:bottom w:val="single" w:sz="2" w:space="0" w:color="000000"/>
              <w:right w:val="single" w:sz="2" w:space="0" w:color="000000"/>
            </w:tcBorders>
          </w:tcPr>
          <w:p w14:paraId="2595DAD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0F93A5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4407D2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90D9DE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A6E90F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9A3F2F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4023D1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3119" w:type="dxa"/>
            <w:tcBorders>
              <w:top w:val="single" w:sz="2" w:space="0" w:color="000000"/>
              <w:left w:val="single" w:sz="2" w:space="0" w:color="000000"/>
              <w:bottom w:val="single" w:sz="2" w:space="0" w:color="000000"/>
              <w:right w:val="single" w:sz="2" w:space="0" w:color="000000"/>
            </w:tcBorders>
          </w:tcPr>
          <w:p w14:paraId="64EDC689" w14:textId="77777777" w:rsidR="003C4720" w:rsidRPr="00D35EEE"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Упражнения для профилактики нарушения осанки и снижения массы тела</w:t>
            </w:r>
          </w:p>
        </w:tc>
        <w:tc>
          <w:tcPr>
            <w:tcW w:w="992" w:type="dxa"/>
            <w:tcBorders>
              <w:top w:val="single" w:sz="2" w:space="0" w:color="000000"/>
              <w:left w:val="single" w:sz="2" w:space="0" w:color="000000"/>
              <w:bottom w:val="single" w:sz="2" w:space="0" w:color="000000"/>
              <w:right w:val="single" w:sz="2" w:space="0" w:color="000000"/>
            </w:tcBorders>
          </w:tcPr>
          <w:p w14:paraId="10E65E4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0BC4BF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2BC4CE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CE0117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B0AD54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DFC394D"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1AD194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3119" w:type="dxa"/>
            <w:tcBorders>
              <w:top w:val="single" w:sz="2" w:space="0" w:color="000000"/>
              <w:left w:val="single" w:sz="2" w:space="0" w:color="000000"/>
              <w:bottom w:val="single" w:sz="2" w:space="0" w:color="000000"/>
              <w:right w:val="single" w:sz="2" w:space="0" w:color="000000"/>
            </w:tcBorders>
          </w:tcPr>
          <w:p w14:paraId="48AF44B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Закаливание организма</w:t>
            </w:r>
          </w:p>
        </w:tc>
        <w:tc>
          <w:tcPr>
            <w:tcW w:w="992" w:type="dxa"/>
            <w:tcBorders>
              <w:top w:val="single" w:sz="2" w:space="0" w:color="000000"/>
              <w:left w:val="single" w:sz="2" w:space="0" w:color="000000"/>
              <w:bottom w:val="single" w:sz="2" w:space="0" w:color="000000"/>
              <w:right w:val="single" w:sz="2" w:space="0" w:color="000000"/>
            </w:tcBorders>
          </w:tcPr>
          <w:p w14:paraId="06EBA9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9C019C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9A9D5E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37F433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441DE5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7852CA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02F1C8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3119" w:type="dxa"/>
            <w:tcBorders>
              <w:top w:val="single" w:sz="2" w:space="0" w:color="000000"/>
              <w:left w:val="single" w:sz="2" w:space="0" w:color="000000"/>
              <w:bottom w:val="single" w:sz="2" w:space="0" w:color="000000"/>
              <w:right w:val="single" w:sz="2" w:space="0" w:color="000000"/>
            </w:tcBorders>
          </w:tcPr>
          <w:p w14:paraId="6A676EC4"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Предупреждение травм при выполнении гимнастических и акробатических упражнений</w:t>
            </w:r>
          </w:p>
        </w:tc>
        <w:tc>
          <w:tcPr>
            <w:tcW w:w="992" w:type="dxa"/>
            <w:tcBorders>
              <w:top w:val="single" w:sz="2" w:space="0" w:color="000000"/>
              <w:left w:val="single" w:sz="2" w:space="0" w:color="000000"/>
              <w:bottom w:val="single" w:sz="2" w:space="0" w:color="000000"/>
              <w:right w:val="single" w:sz="2" w:space="0" w:color="000000"/>
            </w:tcBorders>
          </w:tcPr>
          <w:p w14:paraId="1D1146B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AD2E1C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72D50F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087BEE4"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2B2FC4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B8CDE7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B0DC12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3119" w:type="dxa"/>
            <w:tcBorders>
              <w:top w:val="single" w:sz="2" w:space="0" w:color="000000"/>
              <w:left w:val="single" w:sz="2" w:space="0" w:color="000000"/>
              <w:bottom w:val="single" w:sz="2" w:space="0" w:color="000000"/>
              <w:right w:val="single" w:sz="2" w:space="0" w:color="000000"/>
            </w:tcBorders>
          </w:tcPr>
          <w:p w14:paraId="79B6E201"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Акробатическая комбинация</w:t>
            </w:r>
          </w:p>
        </w:tc>
        <w:tc>
          <w:tcPr>
            <w:tcW w:w="992" w:type="dxa"/>
            <w:tcBorders>
              <w:top w:val="single" w:sz="2" w:space="0" w:color="000000"/>
              <w:left w:val="single" w:sz="2" w:space="0" w:color="000000"/>
              <w:bottom w:val="single" w:sz="2" w:space="0" w:color="000000"/>
              <w:right w:val="single" w:sz="2" w:space="0" w:color="000000"/>
            </w:tcBorders>
          </w:tcPr>
          <w:p w14:paraId="78094A7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77A3B5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743C53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DF26AF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7FE22E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362B5E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63F551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3119" w:type="dxa"/>
            <w:tcBorders>
              <w:top w:val="single" w:sz="2" w:space="0" w:color="000000"/>
              <w:left w:val="single" w:sz="2" w:space="0" w:color="000000"/>
              <w:bottom w:val="single" w:sz="2" w:space="0" w:color="000000"/>
              <w:right w:val="single" w:sz="2" w:space="0" w:color="000000"/>
            </w:tcBorders>
          </w:tcPr>
          <w:p w14:paraId="06AF6537" w14:textId="77777777" w:rsidR="003C4720" w:rsidRPr="00433E56" w:rsidRDefault="003C4720" w:rsidP="003C4720">
            <w:pPr>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 xml:space="preserve">Опорной прыжок через гимнастического козла с разбега способом </w:t>
            </w:r>
            <w:proofErr w:type="spellStart"/>
            <w:r w:rsidRPr="00077189">
              <w:rPr>
                <w:rFonts w:ascii="inherit" w:eastAsia="Times New Roman" w:hAnsi="inherit" w:cs="Times New Roman"/>
                <w:sz w:val="24"/>
                <w:szCs w:val="24"/>
                <w:lang w:eastAsia="ru-RU"/>
              </w:rPr>
              <w:t>напрыгивания</w:t>
            </w:r>
            <w:proofErr w:type="spellEnd"/>
          </w:p>
        </w:tc>
        <w:tc>
          <w:tcPr>
            <w:tcW w:w="992" w:type="dxa"/>
            <w:tcBorders>
              <w:top w:val="single" w:sz="2" w:space="0" w:color="000000"/>
              <w:left w:val="single" w:sz="2" w:space="0" w:color="000000"/>
              <w:bottom w:val="single" w:sz="2" w:space="0" w:color="000000"/>
              <w:right w:val="single" w:sz="2" w:space="0" w:color="000000"/>
            </w:tcBorders>
          </w:tcPr>
          <w:p w14:paraId="11CAA20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5B5F4F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083006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CB2EEA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77AF70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66A47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CE874B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3119" w:type="dxa"/>
            <w:tcBorders>
              <w:top w:val="single" w:sz="2" w:space="0" w:color="000000"/>
              <w:left w:val="single" w:sz="2" w:space="0" w:color="000000"/>
              <w:bottom w:val="single" w:sz="2" w:space="0" w:color="000000"/>
              <w:right w:val="single" w:sz="2" w:space="0" w:color="000000"/>
            </w:tcBorders>
          </w:tcPr>
          <w:p w14:paraId="0CD38E78"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Поводящие упражнения для обучения опорному прыжку</w:t>
            </w:r>
          </w:p>
        </w:tc>
        <w:tc>
          <w:tcPr>
            <w:tcW w:w="992" w:type="dxa"/>
            <w:tcBorders>
              <w:top w:val="single" w:sz="2" w:space="0" w:color="000000"/>
              <w:left w:val="single" w:sz="2" w:space="0" w:color="000000"/>
              <w:bottom w:val="single" w:sz="2" w:space="0" w:color="000000"/>
              <w:right w:val="single" w:sz="2" w:space="0" w:color="000000"/>
            </w:tcBorders>
          </w:tcPr>
          <w:p w14:paraId="2B0D453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72554F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E38E5C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7D4455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5759F2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E41BAB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8C0E75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w:t>
            </w:r>
          </w:p>
        </w:tc>
        <w:tc>
          <w:tcPr>
            <w:tcW w:w="3119" w:type="dxa"/>
            <w:tcBorders>
              <w:top w:val="single" w:sz="2" w:space="0" w:color="000000"/>
              <w:left w:val="single" w:sz="2" w:space="0" w:color="000000"/>
              <w:bottom w:val="single" w:sz="2" w:space="0" w:color="000000"/>
              <w:right w:val="single" w:sz="2" w:space="0" w:color="000000"/>
            </w:tcBorders>
          </w:tcPr>
          <w:p w14:paraId="7B76BFB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Обучение опорному прыжку</w:t>
            </w:r>
          </w:p>
        </w:tc>
        <w:tc>
          <w:tcPr>
            <w:tcW w:w="992" w:type="dxa"/>
            <w:tcBorders>
              <w:top w:val="single" w:sz="2" w:space="0" w:color="000000"/>
              <w:left w:val="single" w:sz="2" w:space="0" w:color="000000"/>
              <w:bottom w:val="single" w:sz="2" w:space="0" w:color="000000"/>
              <w:right w:val="single" w:sz="2" w:space="0" w:color="000000"/>
            </w:tcBorders>
          </w:tcPr>
          <w:p w14:paraId="15A630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399577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CBE471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ABA917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26BD7C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202AE5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AA40A7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3119" w:type="dxa"/>
            <w:tcBorders>
              <w:top w:val="single" w:sz="2" w:space="0" w:color="000000"/>
              <w:left w:val="single" w:sz="2" w:space="0" w:color="000000"/>
              <w:bottom w:val="single" w:sz="2" w:space="0" w:color="000000"/>
              <w:right w:val="single" w:sz="2" w:space="0" w:color="000000"/>
            </w:tcBorders>
          </w:tcPr>
          <w:p w14:paraId="623356B8"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Упражнения на гимнастической перекладине</w:t>
            </w:r>
          </w:p>
        </w:tc>
        <w:tc>
          <w:tcPr>
            <w:tcW w:w="992" w:type="dxa"/>
            <w:tcBorders>
              <w:top w:val="single" w:sz="2" w:space="0" w:color="000000"/>
              <w:left w:val="single" w:sz="2" w:space="0" w:color="000000"/>
              <w:bottom w:val="single" w:sz="2" w:space="0" w:color="000000"/>
              <w:right w:val="single" w:sz="2" w:space="0" w:color="000000"/>
            </w:tcBorders>
          </w:tcPr>
          <w:p w14:paraId="6692AD9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41AE83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74AE50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F4080E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89EDFF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AA7ACE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BE829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3119" w:type="dxa"/>
            <w:tcBorders>
              <w:top w:val="single" w:sz="2" w:space="0" w:color="000000"/>
              <w:left w:val="single" w:sz="2" w:space="0" w:color="000000"/>
              <w:bottom w:val="single" w:sz="2" w:space="0" w:color="000000"/>
              <w:right w:val="single" w:sz="2" w:space="0" w:color="000000"/>
            </w:tcBorders>
          </w:tcPr>
          <w:p w14:paraId="548A66A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Висы и упоры на низкой гимнастической перекладине</w:t>
            </w:r>
          </w:p>
        </w:tc>
        <w:tc>
          <w:tcPr>
            <w:tcW w:w="992" w:type="dxa"/>
            <w:tcBorders>
              <w:top w:val="single" w:sz="2" w:space="0" w:color="000000"/>
              <w:left w:val="single" w:sz="2" w:space="0" w:color="000000"/>
              <w:bottom w:val="single" w:sz="2" w:space="0" w:color="000000"/>
              <w:right w:val="single" w:sz="2" w:space="0" w:color="000000"/>
            </w:tcBorders>
          </w:tcPr>
          <w:p w14:paraId="5C90477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613832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59BCCA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507202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D6A1B5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026114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DA0DAA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3119" w:type="dxa"/>
            <w:tcBorders>
              <w:top w:val="single" w:sz="2" w:space="0" w:color="000000"/>
              <w:left w:val="single" w:sz="2" w:space="0" w:color="000000"/>
              <w:bottom w:val="single" w:sz="2" w:space="0" w:color="000000"/>
              <w:right w:val="single" w:sz="2" w:space="0" w:color="000000"/>
            </w:tcBorders>
          </w:tcPr>
          <w:p w14:paraId="2EF13679" w14:textId="77777777" w:rsidR="003C4720" w:rsidRPr="008759DA"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Танцевальные упражн</w:t>
            </w:r>
            <w:r>
              <w:rPr>
                <w:rFonts w:ascii="inherit" w:eastAsia="Times New Roman" w:hAnsi="inherit" w:cs="Times New Roman"/>
                <w:sz w:val="24"/>
                <w:szCs w:val="24"/>
                <w:lang w:eastAsia="ru-RU"/>
              </w:rPr>
              <w:t>ения «Летка-</w:t>
            </w:r>
            <w:proofErr w:type="spellStart"/>
            <w:r>
              <w:rPr>
                <w:rFonts w:ascii="inherit" w:eastAsia="Times New Roman" w:hAnsi="inherit" w:cs="Times New Roman"/>
                <w:sz w:val="24"/>
                <w:szCs w:val="24"/>
                <w:lang w:eastAsia="ru-RU"/>
              </w:rPr>
              <w:t>енка</w:t>
            </w:r>
            <w:proofErr w:type="spellEnd"/>
            <w:r>
              <w:rPr>
                <w:rFonts w:ascii="inherit" w:eastAsia="Times New Roman" w:hAnsi="inherit" w:cs="Times New Roman"/>
                <w:sz w:val="24"/>
                <w:szCs w:val="24"/>
                <w:lang w:eastAsia="ru-RU"/>
              </w:rPr>
              <w:t>»</w:t>
            </w:r>
          </w:p>
        </w:tc>
        <w:tc>
          <w:tcPr>
            <w:tcW w:w="992" w:type="dxa"/>
            <w:tcBorders>
              <w:top w:val="single" w:sz="2" w:space="0" w:color="000000"/>
              <w:left w:val="single" w:sz="2" w:space="0" w:color="000000"/>
              <w:bottom w:val="single" w:sz="2" w:space="0" w:color="000000"/>
              <w:right w:val="single" w:sz="2" w:space="0" w:color="000000"/>
            </w:tcBorders>
          </w:tcPr>
          <w:p w14:paraId="76C398D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8CA9A7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F94898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06D69D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0816C5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73CCA9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F71E28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16</w:t>
            </w:r>
          </w:p>
        </w:tc>
        <w:tc>
          <w:tcPr>
            <w:tcW w:w="3119" w:type="dxa"/>
            <w:tcBorders>
              <w:top w:val="single" w:sz="2" w:space="0" w:color="000000"/>
              <w:left w:val="single" w:sz="2" w:space="0" w:color="000000"/>
              <w:bottom w:val="single" w:sz="2" w:space="0" w:color="000000"/>
              <w:right w:val="single" w:sz="2" w:space="0" w:color="000000"/>
            </w:tcBorders>
          </w:tcPr>
          <w:p w14:paraId="7F0C3A0B"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Предупреждение травм на занятиях лёгкой атлетикой</w:t>
            </w:r>
          </w:p>
        </w:tc>
        <w:tc>
          <w:tcPr>
            <w:tcW w:w="992" w:type="dxa"/>
            <w:tcBorders>
              <w:top w:val="single" w:sz="2" w:space="0" w:color="000000"/>
              <w:left w:val="single" w:sz="2" w:space="0" w:color="000000"/>
              <w:bottom w:val="single" w:sz="2" w:space="0" w:color="000000"/>
              <w:right w:val="single" w:sz="2" w:space="0" w:color="000000"/>
            </w:tcBorders>
          </w:tcPr>
          <w:p w14:paraId="131BB28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89BD81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DBE441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747471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47E959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FDD6100"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234164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w:t>
            </w:r>
          </w:p>
        </w:tc>
        <w:tc>
          <w:tcPr>
            <w:tcW w:w="3119" w:type="dxa"/>
            <w:tcBorders>
              <w:top w:val="single" w:sz="2" w:space="0" w:color="000000"/>
              <w:left w:val="single" w:sz="2" w:space="0" w:color="000000"/>
              <w:bottom w:val="single" w:sz="2" w:space="0" w:color="000000"/>
              <w:right w:val="single" w:sz="2" w:space="0" w:color="000000"/>
            </w:tcBorders>
          </w:tcPr>
          <w:p w14:paraId="7347C0C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Упражнения в прыжках в высоту с разбега</w:t>
            </w:r>
          </w:p>
        </w:tc>
        <w:tc>
          <w:tcPr>
            <w:tcW w:w="992" w:type="dxa"/>
            <w:tcBorders>
              <w:top w:val="single" w:sz="2" w:space="0" w:color="000000"/>
              <w:left w:val="single" w:sz="2" w:space="0" w:color="000000"/>
              <w:bottom w:val="single" w:sz="2" w:space="0" w:color="000000"/>
              <w:right w:val="single" w:sz="2" w:space="0" w:color="000000"/>
            </w:tcBorders>
          </w:tcPr>
          <w:p w14:paraId="22BBF0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EF9023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1D740C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9DD576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B6FECD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5D12B7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ADF0AA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w:t>
            </w:r>
          </w:p>
        </w:tc>
        <w:tc>
          <w:tcPr>
            <w:tcW w:w="3119" w:type="dxa"/>
            <w:tcBorders>
              <w:top w:val="single" w:sz="2" w:space="0" w:color="000000"/>
              <w:left w:val="single" w:sz="2" w:space="0" w:color="000000"/>
              <w:bottom w:val="single" w:sz="2" w:space="0" w:color="000000"/>
              <w:right w:val="single" w:sz="2" w:space="0" w:color="000000"/>
            </w:tcBorders>
          </w:tcPr>
          <w:p w14:paraId="29A77CDC"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Прыжок в высоту с разбега способом перешагивания</w:t>
            </w:r>
          </w:p>
        </w:tc>
        <w:tc>
          <w:tcPr>
            <w:tcW w:w="992" w:type="dxa"/>
            <w:tcBorders>
              <w:top w:val="single" w:sz="2" w:space="0" w:color="000000"/>
              <w:left w:val="single" w:sz="2" w:space="0" w:color="000000"/>
              <w:bottom w:val="single" w:sz="2" w:space="0" w:color="000000"/>
              <w:right w:val="single" w:sz="2" w:space="0" w:color="000000"/>
            </w:tcBorders>
          </w:tcPr>
          <w:p w14:paraId="196DCA8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3FE94C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89D541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6AF644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1A79A2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C1648F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47CA27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19</w:t>
            </w:r>
          </w:p>
        </w:tc>
        <w:tc>
          <w:tcPr>
            <w:tcW w:w="3119" w:type="dxa"/>
            <w:tcBorders>
              <w:top w:val="single" w:sz="2" w:space="0" w:color="000000"/>
              <w:left w:val="single" w:sz="2" w:space="0" w:color="000000"/>
              <w:bottom w:val="single" w:sz="2" w:space="0" w:color="000000"/>
              <w:right w:val="single" w:sz="2" w:space="0" w:color="000000"/>
            </w:tcBorders>
          </w:tcPr>
          <w:p w14:paraId="1C72425F"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Беговые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6668E96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1CE619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583BE6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A2BF3E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339664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BBAA06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DFA70B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20</w:t>
            </w:r>
          </w:p>
        </w:tc>
        <w:tc>
          <w:tcPr>
            <w:tcW w:w="3119" w:type="dxa"/>
            <w:tcBorders>
              <w:top w:val="single" w:sz="2" w:space="0" w:color="000000"/>
              <w:left w:val="single" w:sz="2" w:space="0" w:color="000000"/>
              <w:bottom w:val="single" w:sz="2" w:space="0" w:color="000000"/>
              <w:right w:val="single" w:sz="2" w:space="0" w:color="000000"/>
            </w:tcBorders>
          </w:tcPr>
          <w:p w14:paraId="4BC30AC6"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Метание малого мяча на дальность</w:t>
            </w:r>
          </w:p>
        </w:tc>
        <w:tc>
          <w:tcPr>
            <w:tcW w:w="992" w:type="dxa"/>
            <w:tcBorders>
              <w:top w:val="single" w:sz="2" w:space="0" w:color="000000"/>
              <w:left w:val="single" w:sz="2" w:space="0" w:color="000000"/>
              <w:bottom w:val="single" w:sz="2" w:space="0" w:color="000000"/>
              <w:right w:val="single" w:sz="2" w:space="0" w:color="000000"/>
            </w:tcBorders>
          </w:tcPr>
          <w:p w14:paraId="148136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C07696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363A29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060116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087906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126C05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1A9182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21</w:t>
            </w:r>
          </w:p>
        </w:tc>
        <w:tc>
          <w:tcPr>
            <w:tcW w:w="3119" w:type="dxa"/>
            <w:tcBorders>
              <w:top w:val="single" w:sz="2" w:space="0" w:color="000000"/>
              <w:left w:val="single" w:sz="2" w:space="0" w:color="000000"/>
              <w:bottom w:val="single" w:sz="2" w:space="0" w:color="000000"/>
              <w:right w:val="single" w:sz="2" w:space="0" w:color="000000"/>
            </w:tcBorders>
          </w:tcPr>
          <w:p w14:paraId="1F0FECCE"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Предупреждение травм на занятиях лыжной подготовкой</w:t>
            </w:r>
          </w:p>
        </w:tc>
        <w:tc>
          <w:tcPr>
            <w:tcW w:w="992" w:type="dxa"/>
            <w:tcBorders>
              <w:top w:val="single" w:sz="2" w:space="0" w:color="000000"/>
              <w:left w:val="single" w:sz="2" w:space="0" w:color="000000"/>
              <w:bottom w:val="single" w:sz="2" w:space="0" w:color="000000"/>
              <w:right w:val="single" w:sz="2" w:space="0" w:color="000000"/>
            </w:tcBorders>
          </w:tcPr>
          <w:p w14:paraId="40FC588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BDC132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4D75AD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4C3DEB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944D83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275D14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6ADC31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w:t>
            </w:r>
          </w:p>
        </w:tc>
        <w:tc>
          <w:tcPr>
            <w:tcW w:w="3119" w:type="dxa"/>
            <w:tcBorders>
              <w:top w:val="single" w:sz="2" w:space="0" w:color="000000"/>
              <w:left w:val="single" w:sz="2" w:space="0" w:color="000000"/>
              <w:bottom w:val="single" w:sz="2" w:space="0" w:color="000000"/>
              <w:right w:val="single" w:sz="2" w:space="0" w:color="000000"/>
            </w:tcBorders>
          </w:tcPr>
          <w:p w14:paraId="6321278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Передвижение на лыжах одновременным одношажным ходом: подводящие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09F5993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E04B26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53CA27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232481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E035F8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ED2354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CEBA4C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p>
        </w:tc>
        <w:tc>
          <w:tcPr>
            <w:tcW w:w="3119" w:type="dxa"/>
            <w:tcBorders>
              <w:top w:val="single" w:sz="2" w:space="0" w:color="000000"/>
              <w:left w:val="single" w:sz="2" w:space="0" w:color="000000"/>
              <w:bottom w:val="single" w:sz="2" w:space="0" w:color="000000"/>
              <w:right w:val="single" w:sz="2" w:space="0" w:color="000000"/>
            </w:tcBorders>
          </w:tcPr>
          <w:p w14:paraId="371E5C43" w14:textId="77777777" w:rsidR="003C4720" w:rsidRPr="008759DA"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Имитационные упражнения в передвижении на лыжах</w:t>
            </w:r>
          </w:p>
        </w:tc>
        <w:tc>
          <w:tcPr>
            <w:tcW w:w="992" w:type="dxa"/>
            <w:tcBorders>
              <w:top w:val="single" w:sz="2" w:space="0" w:color="000000"/>
              <w:left w:val="single" w:sz="2" w:space="0" w:color="000000"/>
              <w:bottom w:val="single" w:sz="2" w:space="0" w:color="000000"/>
              <w:right w:val="single" w:sz="2" w:space="0" w:color="000000"/>
            </w:tcBorders>
          </w:tcPr>
          <w:p w14:paraId="22C63F9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A8382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2440D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7B97FB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26459B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CB7398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1525A9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24</w:t>
            </w:r>
          </w:p>
        </w:tc>
        <w:tc>
          <w:tcPr>
            <w:tcW w:w="3119" w:type="dxa"/>
            <w:tcBorders>
              <w:top w:val="single" w:sz="2" w:space="0" w:color="000000"/>
              <w:left w:val="single" w:sz="2" w:space="0" w:color="000000"/>
              <w:bottom w:val="single" w:sz="2" w:space="0" w:color="000000"/>
              <w:right w:val="single" w:sz="2" w:space="0" w:color="000000"/>
            </w:tcBorders>
          </w:tcPr>
          <w:p w14:paraId="0F6AC22E"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Передвижение на лыжах одновременным одношажным ходом с небольшого склона</w:t>
            </w:r>
          </w:p>
        </w:tc>
        <w:tc>
          <w:tcPr>
            <w:tcW w:w="992" w:type="dxa"/>
            <w:tcBorders>
              <w:top w:val="single" w:sz="2" w:space="0" w:color="000000"/>
              <w:left w:val="single" w:sz="2" w:space="0" w:color="000000"/>
              <w:bottom w:val="single" w:sz="2" w:space="0" w:color="000000"/>
              <w:right w:val="single" w:sz="2" w:space="0" w:color="000000"/>
            </w:tcBorders>
          </w:tcPr>
          <w:p w14:paraId="0DA8185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4BA428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8962F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4ACC72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361744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C28A38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C262F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25</w:t>
            </w:r>
          </w:p>
        </w:tc>
        <w:tc>
          <w:tcPr>
            <w:tcW w:w="3119" w:type="dxa"/>
            <w:tcBorders>
              <w:top w:val="single" w:sz="2" w:space="0" w:color="000000"/>
              <w:left w:val="single" w:sz="2" w:space="0" w:color="000000"/>
              <w:bottom w:val="single" w:sz="2" w:space="0" w:color="000000"/>
              <w:right w:val="single" w:sz="2" w:space="0" w:color="000000"/>
            </w:tcBorders>
          </w:tcPr>
          <w:p w14:paraId="2FF47F72"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Передвижение одношажным одновременным ходом по фазам движения и в полной координации</w:t>
            </w:r>
          </w:p>
        </w:tc>
        <w:tc>
          <w:tcPr>
            <w:tcW w:w="992" w:type="dxa"/>
            <w:tcBorders>
              <w:top w:val="single" w:sz="2" w:space="0" w:color="000000"/>
              <w:left w:val="single" w:sz="2" w:space="0" w:color="000000"/>
              <w:bottom w:val="single" w:sz="2" w:space="0" w:color="000000"/>
              <w:right w:val="single" w:sz="2" w:space="0" w:color="000000"/>
            </w:tcBorders>
          </w:tcPr>
          <w:p w14:paraId="51C9FEC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D3FBAE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0F2535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B73EA27"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8EAA0D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D8249C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E15789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26</w:t>
            </w:r>
          </w:p>
        </w:tc>
        <w:tc>
          <w:tcPr>
            <w:tcW w:w="3119" w:type="dxa"/>
            <w:tcBorders>
              <w:top w:val="single" w:sz="2" w:space="0" w:color="000000"/>
              <w:left w:val="single" w:sz="2" w:space="0" w:color="000000"/>
              <w:bottom w:val="single" w:sz="2" w:space="0" w:color="000000"/>
              <w:right w:val="single" w:sz="2" w:space="0" w:color="000000"/>
            </w:tcBorders>
          </w:tcPr>
          <w:p w14:paraId="38BFDB7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Предупреждение травматизма на занятиях подвижными играми</w:t>
            </w:r>
          </w:p>
        </w:tc>
        <w:tc>
          <w:tcPr>
            <w:tcW w:w="992" w:type="dxa"/>
            <w:tcBorders>
              <w:top w:val="single" w:sz="2" w:space="0" w:color="000000"/>
              <w:left w:val="single" w:sz="2" w:space="0" w:color="000000"/>
              <w:bottom w:val="single" w:sz="2" w:space="0" w:color="000000"/>
              <w:right w:val="single" w:sz="2" w:space="0" w:color="000000"/>
            </w:tcBorders>
          </w:tcPr>
          <w:p w14:paraId="335387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687CB3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28BC3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6DD291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D7D5DB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8BCC4C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A55CFA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27</w:t>
            </w:r>
          </w:p>
        </w:tc>
        <w:tc>
          <w:tcPr>
            <w:tcW w:w="3119" w:type="dxa"/>
            <w:tcBorders>
              <w:top w:val="single" w:sz="2" w:space="0" w:color="000000"/>
              <w:left w:val="single" w:sz="2" w:space="0" w:color="000000"/>
              <w:bottom w:val="single" w:sz="2" w:space="0" w:color="000000"/>
              <w:right w:val="single" w:sz="2" w:space="0" w:color="000000"/>
            </w:tcBorders>
          </w:tcPr>
          <w:p w14:paraId="190D2573"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Разучивание подвижн</w:t>
            </w:r>
            <w:r>
              <w:rPr>
                <w:rFonts w:ascii="inherit" w:eastAsia="Times New Roman" w:hAnsi="inherit" w:cs="Times New Roman"/>
                <w:sz w:val="24"/>
                <w:szCs w:val="24"/>
                <w:lang w:eastAsia="ru-RU"/>
              </w:rPr>
              <w:t>ой игры «Запрещенное движение»</w:t>
            </w:r>
          </w:p>
        </w:tc>
        <w:tc>
          <w:tcPr>
            <w:tcW w:w="992" w:type="dxa"/>
            <w:tcBorders>
              <w:top w:val="single" w:sz="2" w:space="0" w:color="000000"/>
              <w:left w:val="single" w:sz="2" w:space="0" w:color="000000"/>
              <w:bottom w:val="single" w:sz="2" w:space="0" w:color="000000"/>
              <w:right w:val="single" w:sz="2" w:space="0" w:color="000000"/>
            </w:tcBorders>
          </w:tcPr>
          <w:p w14:paraId="28625B1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04D183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8A6927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94D46E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4A4FE4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47BEB1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CD633A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28</w:t>
            </w:r>
          </w:p>
        </w:tc>
        <w:tc>
          <w:tcPr>
            <w:tcW w:w="3119" w:type="dxa"/>
            <w:tcBorders>
              <w:top w:val="single" w:sz="2" w:space="0" w:color="000000"/>
              <w:left w:val="single" w:sz="2" w:space="0" w:color="000000"/>
              <w:bottom w:val="single" w:sz="2" w:space="0" w:color="000000"/>
              <w:right w:val="single" w:sz="2" w:space="0" w:color="000000"/>
            </w:tcBorders>
          </w:tcPr>
          <w:p w14:paraId="308959D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Разучивание п</w:t>
            </w:r>
            <w:r>
              <w:rPr>
                <w:rFonts w:ascii="inherit" w:eastAsia="Times New Roman" w:hAnsi="inherit" w:cs="Times New Roman"/>
                <w:sz w:val="24"/>
                <w:szCs w:val="24"/>
                <w:lang w:eastAsia="ru-RU"/>
              </w:rPr>
              <w:t>одвижной игры «Подвижная цель»</w:t>
            </w:r>
          </w:p>
        </w:tc>
        <w:tc>
          <w:tcPr>
            <w:tcW w:w="992" w:type="dxa"/>
            <w:tcBorders>
              <w:top w:val="single" w:sz="2" w:space="0" w:color="000000"/>
              <w:left w:val="single" w:sz="2" w:space="0" w:color="000000"/>
              <w:bottom w:val="single" w:sz="2" w:space="0" w:color="000000"/>
              <w:right w:val="single" w:sz="2" w:space="0" w:color="000000"/>
            </w:tcBorders>
          </w:tcPr>
          <w:p w14:paraId="2047D5A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DC7E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BE800E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E76D55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FE2379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AA1F06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0F754D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29</w:t>
            </w:r>
          </w:p>
        </w:tc>
        <w:tc>
          <w:tcPr>
            <w:tcW w:w="3119" w:type="dxa"/>
            <w:tcBorders>
              <w:top w:val="single" w:sz="2" w:space="0" w:color="000000"/>
              <w:left w:val="single" w:sz="2" w:space="0" w:color="000000"/>
              <w:bottom w:val="single" w:sz="2" w:space="0" w:color="000000"/>
              <w:right w:val="single" w:sz="2" w:space="0" w:color="000000"/>
            </w:tcBorders>
          </w:tcPr>
          <w:p w14:paraId="1B7E4A0B"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Разучивание п</w:t>
            </w:r>
            <w:r>
              <w:rPr>
                <w:rFonts w:ascii="inherit" w:eastAsia="Times New Roman" w:hAnsi="inherit" w:cs="Times New Roman"/>
                <w:sz w:val="24"/>
                <w:szCs w:val="24"/>
                <w:lang w:eastAsia="ru-RU"/>
              </w:rPr>
              <w:t>одвижной игры «Подвижная цель»</w:t>
            </w:r>
          </w:p>
        </w:tc>
        <w:tc>
          <w:tcPr>
            <w:tcW w:w="992" w:type="dxa"/>
            <w:tcBorders>
              <w:top w:val="single" w:sz="2" w:space="0" w:color="000000"/>
              <w:left w:val="single" w:sz="2" w:space="0" w:color="000000"/>
              <w:bottom w:val="single" w:sz="2" w:space="0" w:color="000000"/>
              <w:right w:val="single" w:sz="2" w:space="0" w:color="000000"/>
            </w:tcBorders>
          </w:tcPr>
          <w:p w14:paraId="56EB59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DD8EEA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647DBE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DCCDE7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77FBDD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B622F1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190E52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30</w:t>
            </w:r>
          </w:p>
        </w:tc>
        <w:tc>
          <w:tcPr>
            <w:tcW w:w="3119" w:type="dxa"/>
            <w:tcBorders>
              <w:top w:val="single" w:sz="2" w:space="0" w:color="000000"/>
              <w:left w:val="single" w:sz="2" w:space="0" w:color="000000"/>
              <w:bottom w:val="single" w:sz="2" w:space="0" w:color="000000"/>
              <w:right w:val="single" w:sz="2" w:space="0" w:color="000000"/>
            </w:tcBorders>
          </w:tcPr>
          <w:p w14:paraId="0EB3F06C"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Разучивание подвижной игры «Эстафет</w:t>
            </w:r>
            <w:r>
              <w:rPr>
                <w:rFonts w:ascii="inherit" w:eastAsia="Times New Roman" w:hAnsi="inherit" w:cs="Times New Roman"/>
                <w:sz w:val="24"/>
                <w:szCs w:val="24"/>
                <w:lang w:eastAsia="ru-RU"/>
              </w:rPr>
              <w:t>а с ведением футбольного мяча»</w:t>
            </w:r>
          </w:p>
        </w:tc>
        <w:tc>
          <w:tcPr>
            <w:tcW w:w="992" w:type="dxa"/>
            <w:tcBorders>
              <w:top w:val="single" w:sz="2" w:space="0" w:color="000000"/>
              <w:left w:val="single" w:sz="2" w:space="0" w:color="000000"/>
              <w:bottom w:val="single" w:sz="2" w:space="0" w:color="000000"/>
              <w:right w:val="single" w:sz="2" w:space="0" w:color="000000"/>
            </w:tcBorders>
          </w:tcPr>
          <w:p w14:paraId="281B1E4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3644DE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A0C4EF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53D086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1775E1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A4995F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0B553C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p>
        </w:tc>
        <w:tc>
          <w:tcPr>
            <w:tcW w:w="3119" w:type="dxa"/>
            <w:tcBorders>
              <w:top w:val="single" w:sz="2" w:space="0" w:color="000000"/>
              <w:left w:val="single" w:sz="2" w:space="0" w:color="000000"/>
              <w:bottom w:val="single" w:sz="2" w:space="0" w:color="000000"/>
              <w:right w:val="single" w:sz="2" w:space="0" w:color="000000"/>
            </w:tcBorders>
          </w:tcPr>
          <w:p w14:paraId="275CF1F6"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Разучивание п</w:t>
            </w:r>
            <w:r>
              <w:rPr>
                <w:rFonts w:ascii="inherit" w:eastAsia="Times New Roman" w:hAnsi="inherit" w:cs="Times New Roman"/>
                <w:sz w:val="24"/>
                <w:szCs w:val="24"/>
                <w:lang w:eastAsia="ru-RU"/>
              </w:rPr>
              <w:t>одвижной игры «Паровая машина»</w:t>
            </w:r>
          </w:p>
        </w:tc>
        <w:tc>
          <w:tcPr>
            <w:tcW w:w="992" w:type="dxa"/>
            <w:tcBorders>
              <w:top w:val="single" w:sz="2" w:space="0" w:color="000000"/>
              <w:left w:val="single" w:sz="2" w:space="0" w:color="000000"/>
              <w:bottom w:val="single" w:sz="2" w:space="0" w:color="000000"/>
              <w:right w:val="single" w:sz="2" w:space="0" w:color="000000"/>
            </w:tcBorders>
          </w:tcPr>
          <w:p w14:paraId="33BB21F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D12D2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610337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692CBF8"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8A7D95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BCCB60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40B7AA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p>
        </w:tc>
        <w:tc>
          <w:tcPr>
            <w:tcW w:w="3119" w:type="dxa"/>
            <w:tcBorders>
              <w:top w:val="single" w:sz="2" w:space="0" w:color="000000"/>
              <w:left w:val="single" w:sz="2" w:space="0" w:color="000000"/>
              <w:bottom w:val="single" w:sz="2" w:space="0" w:color="000000"/>
              <w:right w:val="single" w:sz="2" w:space="0" w:color="000000"/>
            </w:tcBorders>
          </w:tcPr>
          <w:p w14:paraId="576D228C"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Разучивание п</w:t>
            </w:r>
            <w:r>
              <w:rPr>
                <w:rFonts w:ascii="inherit" w:eastAsia="Times New Roman" w:hAnsi="inherit" w:cs="Times New Roman"/>
                <w:sz w:val="24"/>
                <w:szCs w:val="24"/>
                <w:lang w:eastAsia="ru-RU"/>
              </w:rPr>
              <w:t>одвижной игры «Паровая машина»</w:t>
            </w:r>
          </w:p>
        </w:tc>
        <w:tc>
          <w:tcPr>
            <w:tcW w:w="992" w:type="dxa"/>
            <w:tcBorders>
              <w:top w:val="single" w:sz="2" w:space="0" w:color="000000"/>
              <w:left w:val="single" w:sz="2" w:space="0" w:color="000000"/>
              <w:bottom w:val="single" w:sz="2" w:space="0" w:color="000000"/>
              <w:right w:val="single" w:sz="2" w:space="0" w:color="000000"/>
            </w:tcBorders>
          </w:tcPr>
          <w:p w14:paraId="10D3327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143143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56C0CF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D39A73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7D1844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C2078B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7708F73"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w:t>
            </w:r>
          </w:p>
        </w:tc>
        <w:tc>
          <w:tcPr>
            <w:tcW w:w="3119" w:type="dxa"/>
            <w:tcBorders>
              <w:top w:val="single" w:sz="2" w:space="0" w:color="000000"/>
              <w:left w:val="single" w:sz="2" w:space="0" w:color="000000"/>
              <w:bottom w:val="single" w:sz="2" w:space="0" w:color="000000"/>
              <w:right w:val="single" w:sz="2" w:space="0" w:color="000000"/>
            </w:tcBorders>
          </w:tcPr>
          <w:p w14:paraId="143C053F"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Разучивани</w:t>
            </w:r>
            <w:r>
              <w:rPr>
                <w:rFonts w:ascii="inherit" w:eastAsia="Times New Roman" w:hAnsi="inherit" w:cs="Times New Roman"/>
                <w:sz w:val="24"/>
                <w:szCs w:val="24"/>
                <w:lang w:eastAsia="ru-RU"/>
              </w:rPr>
              <w:t>е подвижной игры «Гонка лодок»</w:t>
            </w:r>
          </w:p>
        </w:tc>
        <w:tc>
          <w:tcPr>
            <w:tcW w:w="992" w:type="dxa"/>
            <w:tcBorders>
              <w:top w:val="single" w:sz="2" w:space="0" w:color="000000"/>
              <w:left w:val="single" w:sz="2" w:space="0" w:color="000000"/>
              <w:bottom w:val="single" w:sz="2" w:space="0" w:color="000000"/>
              <w:right w:val="single" w:sz="2" w:space="0" w:color="000000"/>
            </w:tcBorders>
          </w:tcPr>
          <w:p w14:paraId="5DA20CE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CD559D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FE4BD9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5490E1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EAE347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24742E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4C43ED3"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34</w:t>
            </w:r>
          </w:p>
        </w:tc>
        <w:tc>
          <w:tcPr>
            <w:tcW w:w="3119" w:type="dxa"/>
            <w:tcBorders>
              <w:top w:val="single" w:sz="2" w:space="0" w:color="000000"/>
              <w:left w:val="single" w:sz="2" w:space="0" w:color="000000"/>
              <w:bottom w:val="single" w:sz="2" w:space="0" w:color="000000"/>
              <w:right w:val="single" w:sz="2" w:space="0" w:color="000000"/>
            </w:tcBorders>
          </w:tcPr>
          <w:p w14:paraId="27AB1AE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Упражнения из игры волейбол</w:t>
            </w:r>
          </w:p>
        </w:tc>
        <w:tc>
          <w:tcPr>
            <w:tcW w:w="992" w:type="dxa"/>
            <w:tcBorders>
              <w:top w:val="single" w:sz="2" w:space="0" w:color="000000"/>
              <w:left w:val="single" w:sz="2" w:space="0" w:color="000000"/>
              <w:bottom w:val="single" w:sz="2" w:space="0" w:color="000000"/>
              <w:right w:val="single" w:sz="2" w:space="0" w:color="000000"/>
            </w:tcBorders>
          </w:tcPr>
          <w:p w14:paraId="6A33689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13FE81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BB834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CA3ED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DD8D3E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2B0240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2DE71E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w:t>
            </w:r>
          </w:p>
        </w:tc>
        <w:tc>
          <w:tcPr>
            <w:tcW w:w="3119" w:type="dxa"/>
            <w:tcBorders>
              <w:top w:val="single" w:sz="2" w:space="0" w:color="000000"/>
              <w:left w:val="single" w:sz="2" w:space="0" w:color="000000"/>
              <w:bottom w:val="single" w:sz="2" w:space="0" w:color="000000"/>
              <w:right w:val="single" w:sz="2" w:space="0" w:color="000000"/>
            </w:tcBorders>
          </w:tcPr>
          <w:p w14:paraId="0AC4B0E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Упражнения из игры баскетбол</w:t>
            </w:r>
          </w:p>
        </w:tc>
        <w:tc>
          <w:tcPr>
            <w:tcW w:w="992" w:type="dxa"/>
            <w:tcBorders>
              <w:top w:val="single" w:sz="2" w:space="0" w:color="000000"/>
              <w:left w:val="single" w:sz="2" w:space="0" w:color="000000"/>
              <w:bottom w:val="single" w:sz="2" w:space="0" w:color="000000"/>
              <w:right w:val="single" w:sz="2" w:space="0" w:color="000000"/>
            </w:tcBorders>
          </w:tcPr>
          <w:p w14:paraId="36C2EBF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EE3A4C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E35EAD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57E437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7F0245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FEFA3B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A641B3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w:t>
            </w:r>
          </w:p>
        </w:tc>
        <w:tc>
          <w:tcPr>
            <w:tcW w:w="3119" w:type="dxa"/>
            <w:tcBorders>
              <w:top w:val="single" w:sz="2" w:space="0" w:color="000000"/>
              <w:left w:val="single" w:sz="2" w:space="0" w:color="000000"/>
              <w:bottom w:val="single" w:sz="2" w:space="0" w:color="000000"/>
              <w:right w:val="single" w:sz="2" w:space="0" w:color="000000"/>
            </w:tcBorders>
          </w:tcPr>
          <w:p w14:paraId="3D7580B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Упражнения из игры футбол</w:t>
            </w:r>
          </w:p>
        </w:tc>
        <w:tc>
          <w:tcPr>
            <w:tcW w:w="992" w:type="dxa"/>
            <w:tcBorders>
              <w:top w:val="single" w:sz="2" w:space="0" w:color="000000"/>
              <w:left w:val="single" w:sz="2" w:space="0" w:color="000000"/>
              <w:bottom w:val="single" w:sz="2" w:space="0" w:color="000000"/>
              <w:right w:val="single" w:sz="2" w:space="0" w:color="000000"/>
            </w:tcBorders>
          </w:tcPr>
          <w:p w14:paraId="5FD80E5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AA6D2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B2B4E2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7633E3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5566F1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BCB652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76944DB"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w:t>
            </w:r>
          </w:p>
        </w:tc>
        <w:tc>
          <w:tcPr>
            <w:tcW w:w="3119" w:type="dxa"/>
            <w:tcBorders>
              <w:top w:val="single" w:sz="2" w:space="0" w:color="000000"/>
              <w:left w:val="single" w:sz="2" w:space="0" w:color="000000"/>
              <w:bottom w:val="single" w:sz="2" w:space="0" w:color="000000"/>
              <w:right w:val="single" w:sz="2" w:space="0" w:color="000000"/>
            </w:tcBorders>
          </w:tcPr>
          <w:p w14:paraId="5C834C11"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Правила выполнения спортивных нормативов 3 ступени</w:t>
            </w:r>
          </w:p>
        </w:tc>
        <w:tc>
          <w:tcPr>
            <w:tcW w:w="992" w:type="dxa"/>
            <w:tcBorders>
              <w:top w:val="single" w:sz="2" w:space="0" w:color="000000"/>
              <w:left w:val="single" w:sz="2" w:space="0" w:color="000000"/>
              <w:bottom w:val="single" w:sz="2" w:space="0" w:color="000000"/>
              <w:right w:val="single" w:sz="2" w:space="0" w:color="000000"/>
            </w:tcBorders>
          </w:tcPr>
          <w:p w14:paraId="3409FF1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8C0A2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D6EF44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9E2DE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4354805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BC2900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4F3D504"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38</w:t>
            </w:r>
          </w:p>
        </w:tc>
        <w:tc>
          <w:tcPr>
            <w:tcW w:w="3119" w:type="dxa"/>
            <w:tcBorders>
              <w:top w:val="single" w:sz="2" w:space="0" w:color="000000"/>
              <w:left w:val="single" w:sz="2" w:space="0" w:color="000000"/>
              <w:bottom w:val="single" w:sz="2" w:space="0" w:color="000000"/>
              <w:right w:val="single" w:sz="2" w:space="0" w:color="000000"/>
            </w:tcBorders>
          </w:tcPr>
          <w:p w14:paraId="793FEA78"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Правила ТБ на уроках. Здоровье и ЗОЖ. ГТО в наше время</w:t>
            </w:r>
          </w:p>
        </w:tc>
        <w:tc>
          <w:tcPr>
            <w:tcW w:w="992" w:type="dxa"/>
            <w:tcBorders>
              <w:top w:val="single" w:sz="2" w:space="0" w:color="000000"/>
              <w:left w:val="single" w:sz="2" w:space="0" w:color="000000"/>
              <w:bottom w:val="single" w:sz="2" w:space="0" w:color="000000"/>
              <w:right w:val="single" w:sz="2" w:space="0" w:color="000000"/>
            </w:tcBorders>
          </w:tcPr>
          <w:p w14:paraId="2412ECA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50D0A8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05A74D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940A5F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02A8F2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7A7299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21C339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39</w:t>
            </w:r>
          </w:p>
        </w:tc>
        <w:tc>
          <w:tcPr>
            <w:tcW w:w="3119" w:type="dxa"/>
            <w:tcBorders>
              <w:top w:val="single" w:sz="2" w:space="0" w:color="000000"/>
              <w:left w:val="single" w:sz="2" w:space="0" w:color="000000"/>
              <w:bottom w:val="single" w:sz="2" w:space="0" w:color="000000"/>
              <w:right w:val="single" w:sz="2" w:space="0" w:color="000000"/>
            </w:tcBorders>
          </w:tcPr>
          <w:p w14:paraId="0EF4C41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5F124BD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BF55B0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EB17A5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9AF96A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032605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A115D90"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2F2ADD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40</w:t>
            </w:r>
          </w:p>
        </w:tc>
        <w:tc>
          <w:tcPr>
            <w:tcW w:w="3119" w:type="dxa"/>
            <w:tcBorders>
              <w:top w:val="single" w:sz="2" w:space="0" w:color="000000"/>
              <w:left w:val="single" w:sz="2" w:space="0" w:color="000000"/>
              <w:bottom w:val="single" w:sz="2" w:space="0" w:color="000000"/>
              <w:right w:val="single" w:sz="2" w:space="0" w:color="000000"/>
            </w:tcBorders>
          </w:tcPr>
          <w:p w14:paraId="5302F45B" w14:textId="77777777" w:rsidR="003C4720" w:rsidRPr="004E254C"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30м. Эстафеты</w:t>
            </w:r>
          </w:p>
        </w:tc>
        <w:tc>
          <w:tcPr>
            <w:tcW w:w="992" w:type="dxa"/>
            <w:tcBorders>
              <w:top w:val="single" w:sz="2" w:space="0" w:color="000000"/>
              <w:left w:val="single" w:sz="2" w:space="0" w:color="000000"/>
              <w:bottom w:val="single" w:sz="2" w:space="0" w:color="000000"/>
              <w:right w:val="single" w:sz="2" w:space="0" w:color="000000"/>
            </w:tcBorders>
          </w:tcPr>
          <w:p w14:paraId="3365213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9B768B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C38D70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B9DD0E7"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06411F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C134D5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73F1F54"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41</w:t>
            </w:r>
          </w:p>
        </w:tc>
        <w:tc>
          <w:tcPr>
            <w:tcW w:w="3119" w:type="dxa"/>
            <w:tcBorders>
              <w:top w:val="single" w:sz="2" w:space="0" w:color="000000"/>
              <w:left w:val="single" w:sz="2" w:space="0" w:color="000000"/>
              <w:bottom w:val="single" w:sz="2" w:space="0" w:color="000000"/>
              <w:right w:val="single" w:sz="2" w:space="0" w:color="000000"/>
            </w:tcBorders>
          </w:tcPr>
          <w:p w14:paraId="3BA19C5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992" w:type="dxa"/>
            <w:tcBorders>
              <w:top w:val="single" w:sz="2" w:space="0" w:color="000000"/>
              <w:left w:val="single" w:sz="2" w:space="0" w:color="000000"/>
              <w:bottom w:val="single" w:sz="2" w:space="0" w:color="000000"/>
              <w:right w:val="single" w:sz="2" w:space="0" w:color="000000"/>
            </w:tcBorders>
          </w:tcPr>
          <w:p w14:paraId="41F74B7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717AF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2B02C8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BA9F0E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18C3D2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533AD1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B8B281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42</w:t>
            </w:r>
          </w:p>
        </w:tc>
        <w:tc>
          <w:tcPr>
            <w:tcW w:w="3119" w:type="dxa"/>
            <w:tcBorders>
              <w:top w:val="single" w:sz="2" w:space="0" w:color="000000"/>
              <w:left w:val="single" w:sz="2" w:space="0" w:color="000000"/>
              <w:bottom w:val="single" w:sz="2" w:space="0" w:color="000000"/>
              <w:right w:val="single" w:sz="2" w:space="0" w:color="000000"/>
            </w:tcBorders>
          </w:tcPr>
          <w:p w14:paraId="248F1078"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1000м</w:t>
            </w:r>
          </w:p>
        </w:tc>
        <w:tc>
          <w:tcPr>
            <w:tcW w:w="992" w:type="dxa"/>
            <w:tcBorders>
              <w:top w:val="single" w:sz="2" w:space="0" w:color="000000"/>
              <w:left w:val="single" w:sz="2" w:space="0" w:color="000000"/>
              <w:bottom w:val="single" w:sz="2" w:space="0" w:color="000000"/>
              <w:right w:val="single" w:sz="2" w:space="0" w:color="000000"/>
            </w:tcBorders>
          </w:tcPr>
          <w:p w14:paraId="1F7791F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927069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935D87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1BDBA0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6974B62"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E321B3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A8437E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43</w:t>
            </w:r>
          </w:p>
        </w:tc>
        <w:tc>
          <w:tcPr>
            <w:tcW w:w="3119" w:type="dxa"/>
            <w:tcBorders>
              <w:top w:val="single" w:sz="2" w:space="0" w:color="000000"/>
              <w:left w:val="single" w:sz="2" w:space="0" w:color="000000"/>
              <w:bottom w:val="single" w:sz="2" w:space="0" w:color="000000"/>
              <w:right w:val="single" w:sz="2" w:space="0" w:color="000000"/>
            </w:tcBorders>
          </w:tcPr>
          <w:p w14:paraId="1D62609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Кросс на 2 км. Подводящие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621FF3A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ED3C22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CCC6CF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97D4A6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69CF36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C1550B5"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34B0FA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44</w:t>
            </w:r>
          </w:p>
        </w:tc>
        <w:tc>
          <w:tcPr>
            <w:tcW w:w="3119" w:type="dxa"/>
            <w:tcBorders>
              <w:top w:val="single" w:sz="2" w:space="0" w:color="000000"/>
              <w:left w:val="single" w:sz="2" w:space="0" w:color="000000"/>
              <w:bottom w:val="single" w:sz="2" w:space="0" w:color="000000"/>
              <w:right w:val="single" w:sz="2" w:space="0" w:color="000000"/>
            </w:tcBorders>
          </w:tcPr>
          <w:p w14:paraId="21A4717B"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Кросс на 2 км. Подводящие упражнения</w:t>
            </w:r>
          </w:p>
        </w:tc>
        <w:tc>
          <w:tcPr>
            <w:tcW w:w="992" w:type="dxa"/>
            <w:tcBorders>
              <w:top w:val="single" w:sz="2" w:space="0" w:color="000000"/>
              <w:left w:val="single" w:sz="2" w:space="0" w:color="000000"/>
              <w:bottom w:val="single" w:sz="2" w:space="0" w:color="000000"/>
              <w:right w:val="single" w:sz="2" w:space="0" w:color="000000"/>
            </w:tcBorders>
          </w:tcPr>
          <w:p w14:paraId="3CA2403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7876C1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14A282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4F29DA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A961E4E"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BB495EB"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8C5F657"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45</w:t>
            </w:r>
          </w:p>
        </w:tc>
        <w:tc>
          <w:tcPr>
            <w:tcW w:w="3119" w:type="dxa"/>
            <w:tcBorders>
              <w:top w:val="single" w:sz="2" w:space="0" w:color="000000"/>
              <w:left w:val="single" w:sz="2" w:space="0" w:color="000000"/>
              <w:bottom w:val="single" w:sz="2" w:space="0" w:color="000000"/>
              <w:right w:val="single" w:sz="2" w:space="0" w:color="000000"/>
            </w:tcBorders>
          </w:tcPr>
          <w:p w14:paraId="4D881F2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7A1EFF5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1235A77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F66160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A682BA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95EFA4A"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7BBCA9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9E8123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w:t>
            </w:r>
          </w:p>
        </w:tc>
        <w:tc>
          <w:tcPr>
            <w:tcW w:w="3119" w:type="dxa"/>
            <w:tcBorders>
              <w:top w:val="single" w:sz="2" w:space="0" w:color="000000"/>
              <w:left w:val="single" w:sz="2" w:space="0" w:color="000000"/>
              <w:bottom w:val="single" w:sz="2" w:space="0" w:color="000000"/>
              <w:right w:val="single" w:sz="2" w:space="0" w:color="000000"/>
            </w:tcBorders>
          </w:tcPr>
          <w:p w14:paraId="570FAA83"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Бег на лыжах 1 км. Эстафеты</w:t>
            </w:r>
          </w:p>
        </w:tc>
        <w:tc>
          <w:tcPr>
            <w:tcW w:w="992" w:type="dxa"/>
            <w:tcBorders>
              <w:top w:val="single" w:sz="2" w:space="0" w:color="000000"/>
              <w:left w:val="single" w:sz="2" w:space="0" w:color="000000"/>
              <w:bottom w:val="single" w:sz="2" w:space="0" w:color="000000"/>
              <w:right w:val="single" w:sz="2" w:space="0" w:color="000000"/>
            </w:tcBorders>
          </w:tcPr>
          <w:p w14:paraId="0F0D380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92B7FF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4D8361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5A0D02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55E24F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83C4F7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A575CDE"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47</w:t>
            </w:r>
          </w:p>
        </w:tc>
        <w:tc>
          <w:tcPr>
            <w:tcW w:w="3119" w:type="dxa"/>
            <w:tcBorders>
              <w:top w:val="single" w:sz="2" w:space="0" w:color="000000"/>
              <w:left w:val="single" w:sz="2" w:space="0" w:color="000000"/>
              <w:bottom w:val="single" w:sz="2" w:space="0" w:color="000000"/>
              <w:right w:val="single" w:sz="2" w:space="0" w:color="000000"/>
            </w:tcBorders>
          </w:tcPr>
          <w:p w14:paraId="649286F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6450952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277212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F3FDE8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0481F69"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9E9C521"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0B703DB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CC259B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48</w:t>
            </w:r>
          </w:p>
        </w:tc>
        <w:tc>
          <w:tcPr>
            <w:tcW w:w="3119" w:type="dxa"/>
            <w:tcBorders>
              <w:top w:val="single" w:sz="2" w:space="0" w:color="000000"/>
              <w:left w:val="single" w:sz="2" w:space="0" w:color="000000"/>
              <w:bottom w:val="single" w:sz="2" w:space="0" w:color="000000"/>
              <w:right w:val="single" w:sz="2" w:space="0" w:color="000000"/>
            </w:tcBorders>
          </w:tcPr>
          <w:p w14:paraId="16F852CB"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92" w:type="dxa"/>
            <w:tcBorders>
              <w:top w:val="single" w:sz="2" w:space="0" w:color="000000"/>
              <w:left w:val="single" w:sz="2" w:space="0" w:color="000000"/>
              <w:bottom w:val="single" w:sz="2" w:space="0" w:color="000000"/>
              <w:right w:val="single" w:sz="2" w:space="0" w:color="000000"/>
            </w:tcBorders>
          </w:tcPr>
          <w:p w14:paraId="4F8CE7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B9FA41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6670FE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ADABD7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4A2FA7C"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21781F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BFD5B9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w:t>
            </w:r>
          </w:p>
        </w:tc>
        <w:tc>
          <w:tcPr>
            <w:tcW w:w="3119" w:type="dxa"/>
            <w:tcBorders>
              <w:top w:val="single" w:sz="2" w:space="0" w:color="000000"/>
              <w:left w:val="single" w:sz="2" w:space="0" w:color="000000"/>
              <w:bottom w:val="single" w:sz="2" w:space="0" w:color="000000"/>
              <w:right w:val="single" w:sz="2" w:space="0" w:color="000000"/>
            </w:tcBorders>
          </w:tcPr>
          <w:p w14:paraId="71AEB6B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56A3AF9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094277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EBB0AD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89C020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40655D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0148429"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AE142A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50</w:t>
            </w:r>
          </w:p>
        </w:tc>
        <w:tc>
          <w:tcPr>
            <w:tcW w:w="3119" w:type="dxa"/>
            <w:tcBorders>
              <w:top w:val="single" w:sz="2" w:space="0" w:color="000000"/>
              <w:left w:val="single" w:sz="2" w:space="0" w:color="000000"/>
              <w:bottom w:val="single" w:sz="2" w:space="0" w:color="000000"/>
              <w:right w:val="single" w:sz="2" w:space="0" w:color="000000"/>
            </w:tcBorders>
          </w:tcPr>
          <w:p w14:paraId="3EC813A2"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Подтягивание из виса лежа на низкой перекладине 90см. Эстафеты</w:t>
            </w:r>
          </w:p>
        </w:tc>
        <w:tc>
          <w:tcPr>
            <w:tcW w:w="992" w:type="dxa"/>
            <w:tcBorders>
              <w:top w:val="single" w:sz="2" w:space="0" w:color="000000"/>
              <w:left w:val="single" w:sz="2" w:space="0" w:color="000000"/>
              <w:bottom w:val="single" w:sz="2" w:space="0" w:color="000000"/>
              <w:right w:val="single" w:sz="2" w:space="0" w:color="000000"/>
            </w:tcBorders>
          </w:tcPr>
          <w:p w14:paraId="1CA6027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7B8AC0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2AC4F7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5772BBDD"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79DE98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94CBE8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E1EE18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3119" w:type="dxa"/>
            <w:tcBorders>
              <w:top w:val="single" w:sz="2" w:space="0" w:color="000000"/>
              <w:left w:val="single" w:sz="2" w:space="0" w:color="000000"/>
              <w:bottom w:val="single" w:sz="2" w:space="0" w:color="000000"/>
              <w:right w:val="single" w:sz="2" w:space="0" w:color="000000"/>
            </w:tcBorders>
          </w:tcPr>
          <w:p w14:paraId="21BDC5B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0856CBA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4CECAA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C409F5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62CA09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918D915"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C4D0B0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4035972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p>
        </w:tc>
        <w:tc>
          <w:tcPr>
            <w:tcW w:w="3119" w:type="dxa"/>
            <w:tcBorders>
              <w:top w:val="single" w:sz="2" w:space="0" w:color="000000"/>
              <w:left w:val="single" w:sz="2" w:space="0" w:color="000000"/>
              <w:bottom w:val="single" w:sz="2" w:space="0" w:color="000000"/>
              <w:right w:val="single" w:sz="2" w:space="0" w:color="000000"/>
            </w:tcBorders>
          </w:tcPr>
          <w:p w14:paraId="62F4C520" w14:textId="77777777" w:rsidR="003C4720" w:rsidRPr="00D9031F" w:rsidRDefault="003C4720" w:rsidP="003C4720">
            <w:pPr>
              <w:spacing w:after="0"/>
              <w:rPr>
                <w:rFonts w:ascii="inherit" w:eastAsia="Times New Roman" w:hAnsi="inherit"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633B568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6738D8C"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A0A348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8D5ACA"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DE098A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F3ECAE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2AC9C2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p>
        </w:tc>
        <w:tc>
          <w:tcPr>
            <w:tcW w:w="3119" w:type="dxa"/>
            <w:tcBorders>
              <w:top w:val="single" w:sz="2" w:space="0" w:color="000000"/>
              <w:left w:val="single" w:sz="2" w:space="0" w:color="000000"/>
              <w:bottom w:val="single" w:sz="2" w:space="0" w:color="000000"/>
              <w:right w:val="single" w:sz="2" w:space="0" w:color="000000"/>
            </w:tcBorders>
          </w:tcPr>
          <w:p w14:paraId="12F050C7"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2857A16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4D7043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7C8B29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9789FE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39A3DB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F2EE3F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6FA106D"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p>
        </w:tc>
        <w:tc>
          <w:tcPr>
            <w:tcW w:w="3119" w:type="dxa"/>
            <w:tcBorders>
              <w:top w:val="single" w:sz="2" w:space="0" w:color="000000"/>
              <w:left w:val="single" w:sz="2" w:space="0" w:color="000000"/>
              <w:bottom w:val="single" w:sz="2" w:space="0" w:color="000000"/>
              <w:right w:val="single" w:sz="2" w:space="0" w:color="000000"/>
            </w:tcBorders>
          </w:tcPr>
          <w:p w14:paraId="1254F4A6"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Наклон вперед из положения стоя на гимнастической скамье.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603A4FF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81B3B8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7C89B9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605C400"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63D0D2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334DE9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4EB6CA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p>
        </w:tc>
        <w:tc>
          <w:tcPr>
            <w:tcW w:w="3119" w:type="dxa"/>
            <w:tcBorders>
              <w:top w:val="single" w:sz="2" w:space="0" w:color="000000"/>
              <w:left w:val="single" w:sz="2" w:space="0" w:color="000000"/>
              <w:bottom w:val="single" w:sz="2" w:space="0" w:color="000000"/>
              <w:right w:val="single" w:sz="2" w:space="0" w:color="000000"/>
            </w:tcBorders>
          </w:tcPr>
          <w:p w14:paraId="56B4A6F9"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6B7689E7"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3D954EE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240050E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B2D749B"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9DF365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8FA23D2"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E4BC355"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56</w:t>
            </w:r>
          </w:p>
        </w:tc>
        <w:tc>
          <w:tcPr>
            <w:tcW w:w="3119" w:type="dxa"/>
            <w:tcBorders>
              <w:top w:val="single" w:sz="2" w:space="0" w:color="000000"/>
              <w:left w:val="single" w:sz="2" w:space="0" w:color="000000"/>
              <w:bottom w:val="single" w:sz="2" w:space="0" w:color="000000"/>
              <w:right w:val="single" w:sz="2" w:space="0" w:color="000000"/>
            </w:tcBorders>
          </w:tcPr>
          <w:p w14:paraId="3B917F7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Прыжок в длину с места толчком двумя ногами. Эстафеты</w:t>
            </w:r>
          </w:p>
        </w:tc>
        <w:tc>
          <w:tcPr>
            <w:tcW w:w="992" w:type="dxa"/>
            <w:tcBorders>
              <w:top w:val="single" w:sz="2" w:space="0" w:color="000000"/>
              <w:left w:val="single" w:sz="2" w:space="0" w:color="000000"/>
              <w:bottom w:val="single" w:sz="2" w:space="0" w:color="000000"/>
              <w:right w:val="single" w:sz="2" w:space="0" w:color="000000"/>
            </w:tcBorders>
          </w:tcPr>
          <w:p w14:paraId="57D43ED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47C92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A0A604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B1B4C5F"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14D992D"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9D57AE1"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F3D0C4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57</w:t>
            </w:r>
          </w:p>
        </w:tc>
        <w:tc>
          <w:tcPr>
            <w:tcW w:w="3119" w:type="dxa"/>
            <w:tcBorders>
              <w:top w:val="single" w:sz="2" w:space="0" w:color="000000"/>
              <w:left w:val="single" w:sz="2" w:space="0" w:color="000000"/>
              <w:bottom w:val="single" w:sz="2" w:space="0" w:color="000000"/>
              <w:right w:val="single" w:sz="2" w:space="0" w:color="000000"/>
            </w:tcBorders>
          </w:tcPr>
          <w:p w14:paraId="140CC33B"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48AA743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E3859C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2D85F2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1C69EA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BC042F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9EE9736"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DD80DB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3119" w:type="dxa"/>
            <w:tcBorders>
              <w:top w:val="single" w:sz="2" w:space="0" w:color="000000"/>
              <w:left w:val="single" w:sz="2" w:space="0" w:color="000000"/>
              <w:bottom w:val="single" w:sz="2" w:space="0" w:color="000000"/>
              <w:right w:val="single" w:sz="2" w:space="0" w:color="000000"/>
            </w:tcBorders>
          </w:tcPr>
          <w:p w14:paraId="3491EDD5"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Поднимание туловища из положения лежа на спине.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D5DD68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3FAC95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770AC41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3120DF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16AE5B3B"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7AE6D73C" w14:textId="77777777" w:rsidTr="003C4720">
        <w:tc>
          <w:tcPr>
            <w:tcW w:w="817" w:type="dxa"/>
            <w:tcBorders>
              <w:top w:val="single" w:sz="2" w:space="0" w:color="000000"/>
              <w:left w:val="single" w:sz="2" w:space="0" w:color="000000"/>
              <w:bottom w:val="single" w:sz="2" w:space="0" w:color="000000"/>
              <w:right w:val="single" w:sz="2" w:space="0" w:color="000000"/>
            </w:tcBorders>
          </w:tcPr>
          <w:p w14:paraId="112BD5FA"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59</w:t>
            </w:r>
          </w:p>
        </w:tc>
        <w:tc>
          <w:tcPr>
            <w:tcW w:w="3119" w:type="dxa"/>
            <w:tcBorders>
              <w:top w:val="single" w:sz="2" w:space="0" w:color="000000"/>
              <w:left w:val="single" w:sz="2" w:space="0" w:color="000000"/>
              <w:bottom w:val="single" w:sz="2" w:space="0" w:color="000000"/>
              <w:right w:val="single" w:sz="2" w:space="0" w:color="000000"/>
            </w:tcBorders>
          </w:tcPr>
          <w:p w14:paraId="59BC85C0"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Метание мяча весом 150г.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3063FDD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070E6BA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F44251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044F5A71"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34D6349"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966A05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04DC1269"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3119" w:type="dxa"/>
            <w:tcBorders>
              <w:top w:val="single" w:sz="2" w:space="0" w:color="000000"/>
              <w:left w:val="single" w:sz="2" w:space="0" w:color="000000"/>
              <w:bottom w:val="single" w:sz="2" w:space="0" w:color="000000"/>
              <w:right w:val="single" w:sz="2" w:space="0" w:color="000000"/>
            </w:tcBorders>
          </w:tcPr>
          <w:p w14:paraId="09BAF222"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Метание мяча весом 150г.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63E7A75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490C90A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215FF6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0F4F19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6FE5AE8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2262143" w14:textId="77777777" w:rsidTr="003C4720">
        <w:tc>
          <w:tcPr>
            <w:tcW w:w="817" w:type="dxa"/>
            <w:tcBorders>
              <w:top w:val="single" w:sz="2" w:space="0" w:color="000000"/>
              <w:left w:val="single" w:sz="2" w:space="0" w:color="000000"/>
              <w:bottom w:val="single" w:sz="2" w:space="0" w:color="000000"/>
              <w:right w:val="single" w:sz="2" w:space="0" w:color="000000"/>
            </w:tcBorders>
          </w:tcPr>
          <w:p w14:paraId="5121A46F"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p>
        </w:tc>
        <w:tc>
          <w:tcPr>
            <w:tcW w:w="3119" w:type="dxa"/>
            <w:tcBorders>
              <w:top w:val="single" w:sz="2" w:space="0" w:color="000000"/>
              <w:left w:val="single" w:sz="2" w:space="0" w:color="000000"/>
              <w:bottom w:val="single" w:sz="2" w:space="0" w:color="000000"/>
              <w:right w:val="single" w:sz="2" w:space="0" w:color="000000"/>
            </w:tcBorders>
          </w:tcPr>
          <w:p w14:paraId="12AE2213"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992" w:type="dxa"/>
            <w:tcBorders>
              <w:top w:val="single" w:sz="2" w:space="0" w:color="000000"/>
              <w:left w:val="single" w:sz="2" w:space="0" w:color="000000"/>
              <w:bottom w:val="single" w:sz="2" w:space="0" w:color="000000"/>
              <w:right w:val="single" w:sz="2" w:space="0" w:color="000000"/>
            </w:tcBorders>
          </w:tcPr>
          <w:p w14:paraId="3D5DEE0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7811BB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0F113CE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359782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A643A87"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C2CC6AF"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BD6E77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p>
        </w:tc>
        <w:tc>
          <w:tcPr>
            <w:tcW w:w="3119" w:type="dxa"/>
            <w:tcBorders>
              <w:top w:val="single" w:sz="2" w:space="0" w:color="000000"/>
              <w:left w:val="single" w:sz="2" w:space="0" w:color="000000"/>
              <w:bottom w:val="single" w:sz="2" w:space="0" w:color="000000"/>
              <w:right w:val="single" w:sz="2" w:space="0" w:color="000000"/>
            </w:tcBorders>
          </w:tcPr>
          <w:p w14:paraId="7E7AE884"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Челночный бег 3*10м. Эстафеты</w:t>
            </w:r>
          </w:p>
        </w:tc>
        <w:tc>
          <w:tcPr>
            <w:tcW w:w="992" w:type="dxa"/>
            <w:tcBorders>
              <w:top w:val="single" w:sz="2" w:space="0" w:color="000000"/>
              <w:left w:val="single" w:sz="2" w:space="0" w:color="000000"/>
              <w:bottom w:val="single" w:sz="2" w:space="0" w:color="000000"/>
              <w:right w:val="single" w:sz="2" w:space="0" w:color="000000"/>
            </w:tcBorders>
          </w:tcPr>
          <w:p w14:paraId="4C370EF5"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745A25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457205E6"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4259332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30D316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6C6EAAEE"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CCEFD11"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p>
        </w:tc>
        <w:tc>
          <w:tcPr>
            <w:tcW w:w="3119" w:type="dxa"/>
            <w:tcBorders>
              <w:top w:val="single" w:sz="2" w:space="0" w:color="000000"/>
              <w:left w:val="single" w:sz="2" w:space="0" w:color="000000"/>
              <w:bottom w:val="single" w:sz="2" w:space="0" w:color="000000"/>
              <w:right w:val="single" w:sz="2" w:space="0" w:color="000000"/>
            </w:tcBorders>
          </w:tcPr>
          <w:p w14:paraId="6BCF58AE"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Плавание 50м.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0C89ED7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2266E6FD"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0B830B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5315D75"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1DB12D8"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F745267"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CA04AB8"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3119" w:type="dxa"/>
            <w:tcBorders>
              <w:top w:val="single" w:sz="2" w:space="0" w:color="000000"/>
              <w:left w:val="single" w:sz="2" w:space="0" w:color="000000"/>
              <w:bottom w:val="single" w:sz="2" w:space="0" w:color="000000"/>
              <w:right w:val="single" w:sz="2" w:space="0" w:color="000000"/>
            </w:tcBorders>
          </w:tcPr>
          <w:p w14:paraId="5C5F622A"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Освоение правил и техники выполнения норматива комплекса ГТО. Плавание 50м. Подвижные игры</w:t>
            </w:r>
          </w:p>
        </w:tc>
        <w:tc>
          <w:tcPr>
            <w:tcW w:w="992" w:type="dxa"/>
            <w:tcBorders>
              <w:top w:val="single" w:sz="2" w:space="0" w:color="000000"/>
              <w:left w:val="single" w:sz="2" w:space="0" w:color="000000"/>
              <w:bottom w:val="single" w:sz="2" w:space="0" w:color="000000"/>
              <w:right w:val="single" w:sz="2" w:space="0" w:color="000000"/>
            </w:tcBorders>
          </w:tcPr>
          <w:p w14:paraId="5245BFB2"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8D7F2B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F875BA0"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36D300B6"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57CF1C0F"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1322487A" w14:textId="77777777" w:rsidTr="003C4720">
        <w:tc>
          <w:tcPr>
            <w:tcW w:w="817" w:type="dxa"/>
            <w:tcBorders>
              <w:top w:val="single" w:sz="2" w:space="0" w:color="000000"/>
              <w:left w:val="single" w:sz="2" w:space="0" w:color="000000"/>
              <w:bottom w:val="single" w:sz="2" w:space="0" w:color="000000"/>
              <w:right w:val="single" w:sz="2" w:space="0" w:color="000000"/>
            </w:tcBorders>
          </w:tcPr>
          <w:p w14:paraId="6C8A02EC"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65</w:t>
            </w:r>
          </w:p>
        </w:tc>
        <w:tc>
          <w:tcPr>
            <w:tcW w:w="3119" w:type="dxa"/>
            <w:tcBorders>
              <w:top w:val="single" w:sz="2" w:space="0" w:color="000000"/>
              <w:left w:val="single" w:sz="2" w:space="0" w:color="000000"/>
              <w:bottom w:val="single" w:sz="2" w:space="0" w:color="000000"/>
              <w:right w:val="single" w:sz="2" w:space="0" w:color="000000"/>
            </w:tcBorders>
          </w:tcPr>
          <w:p w14:paraId="059EF8D8" w14:textId="77777777" w:rsidR="003C4720" w:rsidRPr="00B10C3C" w:rsidRDefault="003C4720" w:rsidP="003C4720">
            <w:pPr>
              <w:spacing w:after="0"/>
              <w:rPr>
                <w:rFonts w:ascii="Times New Roman" w:eastAsia="Times New Roman" w:hAnsi="Times New Roman" w:cs="Times New Roman"/>
                <w:sz w:val="24"/>
                <w:szCs w:val="24"/>
                <w:lang w:eastAsia="ru-RU"/>
              </w:rPr>
            </w:pPr>
            <w:r w:rsidRPr="00077189">
              <w:rPr>
                <w:rFonts w:ascii="inherit" w:eastAsia="Times New Roman" w:hAnsi="inherit" w:cs="Times New Roman"/>
                <w:sz w:val="24"/>
                <w:szCs w:val="24"/>
                <w:lang w:eastAsia="ru-RU"/>
              </w:rPr>
              <w:t>Праздник «Большие гонки», посвященный ГТО и ЗОЖ, с соблюдением правил и техники выполнения испытаний (тестов) 3 ступени</w:t>
            </w:r>
          </w:p>
        </w:tc>
        <w:tc>
          <w:tcPr>
            <w:tcW w:w="992" w:type="dxa"/>
            <w:tcBorders>
              <w:top w:val="single" w:sz="2" w:space="0" w:color="000000"/>
              <w:left w:val="single" w:sz="2" w:space="0" w:color="000000"/>
              <w:bottom w:val="single" w:sz="2" w:space="0" w:color="000000"/>
              <w:right w:val="single" w:sz="2" w:space="0" w:color="000000"/>
            </w:tcBorders>
          </w:tcPr>
          <w:p w14:paraId="3EBD3988"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C54DFA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5F162F2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711B4793"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3E95C7E4"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31C04AA8" w14:textId="77777777" w:rsidTr="003C4720">
        <w:tc>
          <w:tcPr>
            <w:tcW w:w="817" w:type="dxa"/>
            <w:tcBorders>
              <w:top w:val="single" w:sz="2" w:space="0" w:color="000000"/>
              <w:left w:val="single" w:sz="2" w:space="0" w:color="000000"/>
              <w:bottom w:val="single" w:sz="2" w:space="0" w:color="000000"/>
              <w:right w:val="single" w:sz="2" w:space="0" w:color="000000"/>
            </w:tcBorders>
          </w:tcPr>
          <w:p w14:paraId="2543313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66</w:t>
            </w:r>
          </w:p>
        </w:tc>
        <w:tc>
          <w:tcPr>
            <w:tcW w:w="3119" w:type="dxa"/>
            <w:tcBorders>
              <w:top w:val="single" w:sz="2" w:space="0" w:color="000000"/>
              <w:left w:val="single" w:sz="2" w:space="0" w:color="000000"/>
              <w:bottom w:val="single" w:sz="2" w:space="0" w:color="000000"/>
              <w:right w:val="single" w:sz="2" w:space="0" w:color="000000"/>
            </w:tcBorders>
          </w:tcPr>
          <w:p w14:paraId="1DC3A3A2" w14:textId="77777777" w:rsidR="003C4720" w:rsidRPr="00B10C3C" w:rsidRDefault="003C4720" w:rsidP="003C4720">
            <w:pPr>
              <w:spacing w:after="0"/>
              <w:rPr>
                <w:rFonts w:ascii="Times New Roman" w:eastAsia="Times New Roman" w:hAnsi="Times New Roman" w:cs="Times New Roman"/>
                <w:sz w:val="24"/>
                <w:szCs w:val="24"/>
                <w:lang w:eastAsia="ru-RU"/>
              </w:rPr>
            </w:pPr>
            <w:r w:rsidRPr="00B10C3C">
              <w:rPr>
                <w:rFonts w:ascii="Times New Roman" w:hAnsi="Times New Roman" w:cs="Times New Roman"/>
                <w:color w:val="000000" w:themeColor="text1"/>
                <w:sz w:val="24"/>
                <w:szCs w:val="24"/>
              </w:rPr>
              <w:t>Сдача контрольных нормативов ГТО</w:t>
            </w:r>
          </w:p>
        </w:tc>
        <w:tc>
          <w:tcPr>
            <w:tcW w:w="992" w:type="dxa"/>
            <w:tcBorders>
              <w:top w:val="single" w:sz="2" w:space="0" w:color="000000"/>
              <w:left w:val="single" w:sz="2" w:space="0" w:color="000000"/>
              <w:bottom w:val="single" w:sz="2" w:space="0" w:color="000000"/>
              <w:right w:val="single" w:sz="2" w:space="0" w:color="000000"/>
            </w:tcBorders>
          </w:tcPr>
          <w:p w14:paraId="75694E79"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63F462E1"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3182335F"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6AF990FC"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033C0CB6"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5EF839F4" w14:textId="77777777" w:rsidTr="003C4720">
        <w:tc>
          <w:tcPr>
            <w:tcW w:w="817" w:type="dxa"/>
            <w:tcBorders>
              <w:top w:val="single" w:sz="2" w:space="0" w:color="000000"/>
              <w:left w:val="single" w:sz="2" w:space="0" w:color="000000"/>
              <w:bottom w:val="single" w:sz="2" w:space="0" w:color="000000"/>
              <w:right w:val="single" w:sz="2" w:space="0" w:color="000000"/>
            </w:tcBorders>
          </w:tcPr>
          <w:p w14:paraId="38FCCCC6"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67</w:t>
            </w:r>
          </w:p>
        </w:tc>
        <w:tc>
          <w:tcPr>
            <w:tcW w:w="3119" w:type="dxa"/>
            <w:tcBorders>
              <w:top w:val="single" w:sz="2" w:space="0" w:color="000000"/>
              <w:left w:val="single" w:sz="2" w:space="0" w:color="000000"/>
              <w:bottom w:val="single" w:sz="2" w:space="0" w:color="000000"/>
              <w:right w:val="single" w:sz="2" w:space="0" w:color="000000"/>
            </w:tcBorders>
          </w:tcPr>
          <w:p w14:paraId="5548AC2F" w14:textId="77777777" w:rsidR="003C4720" w:rsidRPr="00B10C3C" w:rsidRDefault="003C4720" w:rsidP="003C4720">
            <w:pPr>
              <w:spacing w:after="0"/>
              <w:rPr>
                <w:rFonts w:ascii="Times New Roman" w:eastAsia="Times New Roman" w:hAnsi="Times New Roman" w:cs="Times New Roman"/>
                <w:sz w:val="24"/>
                <w:szCs w:val="24"/>
                <w:lang w:eastAsia="ru-RU"/>
              </w:rPr>
            </w:pPr>
            <w:r w:rsidRPr="00B10C3C">
              <w:rPr>
                <w:rFonts w:ascii="Times New Roman" w:hAnsi="Times New Roman" w:cs="Times New Roman"/>
                <w:color w:val="000000" w:themeColor="text1"/>
                <w:sz w:val="24"/>
                <w:szCs w:val="24"/>
              </w:rPr>
              <w:t>Сдача контрольных нормативов ГТО</w:t>
            </w:r>
          </w:p>
        </w:tc>
        <w:tc>
          <w:tcPr>
            <w:tcW w:w="992" w:type="dxa"/>
            <w:tcBorders>
              <w:top w:val="single" w:sz="2" w:space="0" w:color="000000"/>
              <w:left w:val="single" w:sz="2" w:space="0" w:color="000000"/>
              <w:bottom w:val="single" w:sz="2" w:space="0" w:color="000000"/>
              <w:right w:val="single" w:sz="2" w:space="0" w:color="000000"/>
            </w:tcBorders>
          </w:tcPr>
          <w:p w14:paraId="6002624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5680805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1AC8D8A3"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262B93D2"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70D2B860"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2199249D" w14:textId="77777777" w:rsidTr="003C4720">
        <w:tc>
          <w:tcPr>
            <w:tcW w:w="817" w:type="dxa"/>
            <w:tcBorders>
              <w:top w:val="single" w:sz="2" w:space="0" w:color="000000"/>
              <w:left w:val="single" w:sz="2" w:space="0" w:color="000000"/>
              <w:bottom w:val="single" w:sz="2" w:space="0" w:color="000000"/>
              <w:right w:val="single" w:sz="2" w:space="0" w:color="000000"/>
            </w:tcBorders>
          </w:tcPr>
          <w:p w14:paraId="73D421E0" w14:textId="77777777" w:rsidR="003C4720"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w:t>
            </w:r>
          </w:p>
        </w:tc>
        <w:tc>
          <w:tcPr>
            <w:tcW w:w="3119" w:type="dxa"/>
            <w:tcBorders>
              <w:top w:val="single" w:sz="2" w:space="0" w:color="000000"/>
              <w:left w:val="single" w:sz="2" w:space="0" w:color="000000"/>
              <w:bottom w:val="single" w:sz="2" w:space="0" w:color="000000"/>
              <w:right w:val="single" w:sz="2" w:space="0" w:color="000000"/>
            </w:tcBorders>
          </w:tcPr>
          <w:p w14:paraId="2C247F38" w14:textId="77777777" w:rsidR="003C4720" w:rsidRPr="00B10C3C" w:rsidRDefault="003C4720" w:rsidP="003C4720">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Резервный урок</w:t>
            </w:r>
          </w:p>
        </w:tc>
        <w:tc>
          <w:tcPr>
            <w:tcW w:w="992" w:type="dxa"/>
            <w:tcBorders>
              <w:top w:val="single" w:sz="2" w:space="0" w:color="000000"/>
              <w:left w:val="single" w:sz="2" w:space="0" w:color="000000"/>
              <w:bottom w:val="single" w:sz="2" w:space="0" w:color="000000"/>
              <w:right w:val="single" w:sz="2" w:space="0" w:color="000000"/>
            </w:tcBorders>
          </w:tcPr>
          <w:p w14:paraId="0F31501A"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2" w:space="0" w:color="000000"/>
              <w:left w:val="single" w:sz="2" w:space="0" w:color="000000"/>
              <w:bottom w:val="single" w:sz="2" w:space="0" w:color="000000"/>
              <w:right w:val="single" w:sz="2" w:space="0" w:color="000000"/>
            </w:tcBorders>
          </w:tcPr>
          <w:p w14:paraId="71DAB73B"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992" w:type="dxa"/>
            <w:tcBorders>
              <w:top w:val="single" w:sz="2" w:space="0" w:color="000000"/>
              <w:left w:val="single" w:sz="2" w:space="0" w:color="000000"/>
              <w:bottom w:val="single" w:sz="2" w:space="0" w:color="000000"/>
              <w:right w:val="single" w:sz="2" w:space="0" w:color="000000"/>
            </w:tcBorders>
          </w:tcPr>
          <w:p w14:paraId="6EB43EB4"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451" w:type="dxa"/>
            <w:tcBorders>
              <w:top w:val="single" w:sz="2" w:space="0" w:color="000000"/>
              <w:left w:val="single" w:sz="2" w:space="0" w:color="000000"/>
              <w:bottom w:val="single" w:sz="2" w:space="0" w:color="000000"/>
              <w:right w:val="single" w:sz="2" w:space="0" w:color="000000"/>
            </w:tcBorders>
          </w:tcPr>
          <w:p w14:paraId="13D66B5E" w14:textId="77777777" w:rsidR="003C4720" w:rsidRPr="00B10C3C" w:rsidRDefault="003C4720" w:rsidP="003C4720">
            <w:pPr>
              <w:rPr>
                <w:rFonts w:ascii="Times New Roman" w:hAnsi="Times New Roman" w:cs="Times New Roman"/>
                <w:color w:val="000000" w:themeColor="text1"/>
                <w:sz w:val="24"/>
                <w:szCs w:val="24"/>
              </w:rPr>
            </w:pPr>
          </w:p>
        </w:tc>
        <w:tc>
          <w:tcPr>
            <w:tcW w:w="1310" w:type="dxa"/>
            <w:tcBorders>
              <w:top w:val="single" w:sz="2" w:space="0" w:color="000000"/>
              <w:left w:val="single" w:sz="2" w:space="0" w:color="000000"/>
              <w:bottom w:val="single" w:sz="2" w:space="0" w:color="000000"/>
              <w:right w:val="single" w:sz="2" w:space="0" w:color="000000"/>
            </w:tcBorders>
          </w:tcPr>
          <w:p w14:paraId="23E19EE3" w14:textId="77777777" w:rsidR="003C4720" w:rsidRPr="00B10C3C" w:rsidRDefault="003C4720" w:rsidP="003C4720">
            <w:pPr>
              <w:rPr>
                <w:rFonts w:ascii="Times New Roman" w:hAnsi="Times New Roman" w:cs="Times New Roman"/>
                <w:color w:val="000000" w:themeColor="text1"/>
                <w:sz w:val="24"/>
                <w:szCs w:val="24"/>
              </w:rPr>
            </w:pPr>
            <w:r w:rsidRPr="004C7D28">
              <w:rPr>
                <w:rFonts w:ascii="Times New Roman" w:hAnsi="Times New Roman" w:cs="Times New Roman"/>
                <w:color w:val="000000" w:themeColor="text1"/>
                <w:sz w:val="24"/>
                <w:szCs w:val="24"/>
              </w:rPr>
              <w:t>https://resh.edu.ru/subject/9/2/</w:t>
            </w:r>
          </w:p>
        </w:tc>
      </w:tr>
      <w:tr w:rsidR="003C4720" w:rsidRPr="00B10C3C" w14:paraId="45EC974B" w14:textId="77777777" w:rsidTr="003C4720">
        <w:tc>
          <w:tcPr>
            <w:tcW w:w="3936" w:type="dxa"/>
            <w:gridSpan w:val="2"/>
            <w:tcBorders>
              <w:top w:val="single" w:sz="2" w:space="0" w:color="000000"/>
              <w:left w:val="single" w:sz="2" w:space="0" w:color="000000"/>
              <w:bottom w:val="single" w:sz="2" w:space="0" w:color="000000"/>
              <w:right w:val="single" w:sz="2" w:space="0" w:color="000000"/>
            </w:tcBorders>
          </w:tcPr>
          <w:p w14:paraId="0B1E4CB7" w14:textId="77777777" w:rsidR="003C4720" w:rsidRDefault="003C4720" w:rsidP="003C4720">
            <w:pPr>
              <w:spacing w:after="0"/>
              <w:rPr>
                <w:rFonts w:ascii="Times New Roman" w:eastAsia="Times New Roman" w:hAnsi="Times New Roman" w:cs="Times New Roman"/>
                <w:sz w:val="24"/>
                <w:szCs w:val="24"/>
                <w:lang w:eastAsia="ru-RU"/>
              </w:rPr>
            </w:pPr>
            <w:r w:rsidRPr="006A6677">
              <w:rPr>
                <w:rFonts w:ascii="Times New Roman" w:hAnsi="Times New Roman"/>
                <w:color w:val="000000"/>
                <w:sz w:val="24"/>
              </w:rPr>
              <w:t>ОБЩЕЕ КОЛИЧЕСТВО ЧАСОВ ПО ПРОГРАММЕ</w:t>
            </w:r>
          </w:p>
        </w:tc>
        <w:tc>
          <w:tcPr>
            <w:tcW w:w="1984" w:type="dxa"/>
            <w:gridSpan w:val="2"/>
            <w:tcBorders>
              <w:top w:val="single" w:sz="2" w:space="0" w:color="000000"/>
              <w:left w:val="single" w:sz="2" w:space="0" w:color="000000"/>
              <w:bottom w:val="single" w:sz="2" w:space="0" w:color="000000"/>
              <w:right w:val="single" w:sz="2" w:space="0" w:color="000000"/>
            </w:tcBorders>
          </w:tcPr>
          <w:p w14:paraId="2471CC5E" w14:textId="77777777" w:rsidR="003C4720" w:rsidRPr="00B10C3C" w:rsidRDefault="003C4720" w:rsidP="003C4720">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68 часов</w:t>
            </w:r>
          </w:p>
        </w:tc>
        <w:tc>
          <w:tcPr>
            <w:tcW w:w="3753" w:type="dxa"/>
            <w:gridSpan w:val="3"/>
            <w:tcBorders>
              <w:top w:val="single" w:sz="2" w:space="0" w:color="000000"/>
              <w:left w:val="single" w:sz="2" w:space="0" w:color="000000"/>
              <w:bottom w:val="single" w:sz="2" w:space="0" w:color="000000"/>
              <w:right w:val="single" w:sz="2" w:space="0" w:color="000000"/>
            </w:tcBorders>
          </w:tcPr>
          <w:p w14:paraId="3CB9FB5B" w14:textId="77777777" w:rsidR="003C4720" w:rsidRPr="004C7D28" w:rsidRDefault="003C4720" w:rsidP="003C4720">
            <w:pPr>
              <w:rPr>
                <w:rFonts w:ascii="Times New Roman" w:hAnsi="Times New Roman" w:cs="Times New Roman"/>
                <w:color w:val="000000" w:themeColor="text1"/>
                <w:sz w:val="24"/>
                <w:szCs w:val="24"/>
              </w:rPr>
            </w:pPr>
          </w:p>
        </w:tc>
      </w:tr>
    </w:tbl>
    <w:p w14:paraId="2074EBCB"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40869287"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05B01F56"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50AED4FF"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5E2E21A9"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2ACE473B"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p w14:paraId="468F7F6B" w14:textId="77777777" w:rsidR="008A41DE" w:rsidRDefault="008A41DE" w:rsidP="0046178B">
      <w:pPr>
        <w:spacing w:after="0" w:line="240" w:lineRule="auto"/>
        <w:rPr>
          <w:rFonts w:ascii="Times New Roman" w:eastAsia="Times New Roman" w:hAnsi="Times New Roman" w:cs="Times New Roman"/>
          <w:b/>
          <w:bCs/>
          <w:caps/>
          <w:color w:val="000000"/>
          <w:sz w:val="21"/>
          <w:szCs w:val="21"/>
          <w:lang w:eastAsia="ru-RU"/>
        </w:rPr>
      </w:pPr>
    </w:p>
    <w:sectPr w:rsidR="008A41DE" w:rsidSect="006D13B0">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02151AEE"/>
    <w:multiLevelType w:val="multilevel"/>
    <w:tmpl w:val="BB60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453079"/>
    <w:multiLevelType w:val="multilevel"/>
    <w:tmpl w:val="9656C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771761"/>
    <w:multiLevelType w:val="multilevel"/>
    <w:tmpl w:val="3800A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2E3A26"/>
    <w:multiLevelType w:val="multilevel"/>
    <w:tmpl w:val="25FC9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3ED1BDD"/>
    <w:multiLevelType w:val="multilevel"/>
    <w:tmpl w:val="5F18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CFD564F"/>
    <w:multiLevelType w:val="multilevel"/>
    <w:tmpl w:val="BB4A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08281F"/>
    <w:multiLevelType w:val="multilevel"/>
    <w:tmpl w:val="C00C1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F72731"/>
    <w:multiLevelType w:val="multilevel"/>
    <w:tmpl w:val="53BA8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4471903"/>
    <w:multiLevelType w:val="multilevel"/>
    <w:tmpl w:val="946A3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7D1F21"/>
    <w:multiLevelType w:val="multilevel"/>
    <w:tmpl w:val="B38C7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9D0879"/>
    <w:multiLevelType w:val="multilevel"/>
    <w:tmpl w:val="965CA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7F7895"/>
    <w:multiLevelType w:val="multilevel"/>
    <w:tmpl w:val="98B4B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7A6358B"/>
    <w:multiLevelType w:val="multilevel"/>
    <w:tmpl w:val="830E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F171B9B"/>
    <w:multiLevelType w:val="multilevel"/>
    <w:tmpl w:val="99524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F03B99"/>
    <w:multiLevelType w:val="multilevel"/>
    <w:tmpl w:val="467A0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51331E"/>
    <w:multiLevelType w:val="multilevel"/>
    <w:tmpl w:val="A4FCE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5F485D"/>
    <w:multiLevelType w:val="multilevel"/>
    <w:tmpl w:val="9B660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18"/>
  </w:num>
  <w:num w:numId="3">
    <w:abstractNumId w:val="10"/>
  </w:num>
  <w:num w:numId="4">
    <w:abstractNumId w:val="14"/>
  </w:num>
  <w:num w:numId="5">
    <w:abstractNumId w:val="17"/>
  </w:num>
  <w:num w:numId="6">
    <w:abstractNumId w:val="20"/>
  </w:num>
  <w:num w:numId="7">
    <w:abstractNumId w:val="9"/>
  </w:num>
  <w:num w:numId="8">
    <w:abstractNumId w:val="19"/>
  </w:num>
  <w:num w:numId="9">
    <w:abstractNumId w:val="21"/>
  </w:num>
  <w:num w:numId="10">
    <w:abstractNumId w:val="12"/>
  </w:num>
  <w:num w:numId="11">
    <w:abstractNumId w:val="6"/>
  </w:num>
  <w:num w:numId="12">
    <w:abstractNumId w:val="15"/>
  </w:num>
  <w:num w:numId="13">
    <w:abstractNumId w:val="8"/>
  </w:num>
  <w:num w:numId="14">
    <w:abstractNumId w:val="11"/>
  </w:num>
  <w:num w:numId="15">
    <w:abstractNumId w:val="16"/>
  </w:num>
  <w:num w:numId="16">
    <w:abstractNumId w:val="7"/>
  </w:num>
  <w:num w:numId="17">
    <w:abstractNumId w:val="22"/>
  </w:num>
  <w:num w:numId="18">
    <w:abstractNumId w:val="5"/>
  </w:num>
  <w:num w:numId="19">
    <w:abstractNumId w:val="4"/>
    <w:lvlOverride w:ilvl="0">
      <w:startOverride w:val="1"/>
    </w:lvlOverride>
  </w:num>
  <w:num w:numId="20">
    <w:abstractNumId w:val="3"/>
  </w:num>
  <w:num w:numId="21">
    <w:abstractNumId w:val="2"/>
  </w:num>
  <w:num w:numId="22">
    <w:abstractNumId w:val="1"/>
    <w:lvlOverride w:ilvl="0">
      <w:startOverride w:val="1"/>
    </w:lvlOverride>
  </w:num>
  <w:num w:numId="2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F4"/>
    <w:rsid w:val="00046C85"/>
    <w:rsid w:val="000672F4"/>
    <w:rsid w:val="000A3DAD"/>
    <w:rsid w:val="000B6566"/>
    <w:rsid w:val="000C553C"/>
    <w:rsid w:val="000C77A9"/>
    <w:rsid w:val="00105F24"/>
    <w:rsid w:val="00106C35"/>
    <w:rsid w:val="00122411"/>
    <w:rsid w:val="00125A88"/>
    <w:rsid w:val="002158EA"/>
    <w:rsid w:val="00224ACC"/>
    <w:rsid w:val="002B4778"/>
    <w:rsid w:val="002B6CAB"/>
    <w:rsid w:val="002E1413"/>
    <w:rsid w:val="00335125"/>
    <w:rsid w:val="00363F02"/>
    <w:rsid w:val="003A6417"/>
    <w:rsid w:val="003C3AE0"/>
    <w:rsid w:val="003C4720"/>
    <w:rsid w:val="003E2186"/>
    <w:rsid w:val="003F2DFE"/>
    <w:rsid w:val="0046178B"/>
    <w:rsid w:val="00496228"/>
    <w:rsid w:val="004A0020"/>
    <w:rsid w:val="004B5ED7"/>
    <w:rsid w:val="004E4DD7"/>
    <w:rsid w:val="0068550C"/>
    <w:rsid w:val="006A53C7"/>
    <w:rsid w:val="006D13B0"/>
    <w:rsid w:val="006E7EFB"/>
    <w:rsid w:val="007176A4"/>
    <w:rsid w:val="0075639D"/>
    <w:rsid w:val="007B3DB9"/>
    <w:rsid w:val="008000C9"/>
    <w:rsid w:val="00847894"/>
    <w:rsid w:val="008A41DE"/>
    <w:rsid w:val="008B2A58"/>
    <w:rsid w:val="008B2C30"/>
    <w:rsid w:val="008D2EAE"/>
    <w:rsid w:val="0098378B"/>
    <w:rsid w:val="00984F14"/>
    <w:rsid w:val="00A16666"/>
    <w:rsid w:val="00AA5136"/>
    <w:rsid w:val="00B10C3C"/>
    <w:rsid w:val="00BF2049"/>
    <w:rsid w:val="00C5584B"/>
    <w:rsid w:val="00CF2336"/>
    <w:rsid w:val="00D11838"/>
    <w:rsid w:val="00D61F97"/>
    <w:rsid w:val="00D95406"/>
    <w:rsid w:val="00E208E6"/>
    <w:rsid w:val="00E56C6A"/>
    <w:rsid w:val="00F0059B"/>
    <w:rsid w:val="00F57CC1"/>
    <w:rsid w:val="00FE29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42D3E"/>
  <w15:docId w15:val="{936E6390-DD83-473E-A003-7B412637B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style>
  <w:style w:type="paragraph" w:styleId="1">
    <w:name w:val="heading 1"/>
    <w:basedOn w:val="a1"/>
    <w:next w:val="a1"/>
    <w:link w:val="10"/>
    <w:uiPriority w:val="9"/>
    <w:qFormat/>
    <w:rsid w:val="00E56C6A"/>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rPr>
  </w:style>
  <w:style w:type="paragraph" w:styleId="21">
    <w:name w:val="heading 2"/>
    <w:basedOn w:val="a1"/>
    <w:next w:val="a1"/>
    <w:link w:val="22"/>
    <w:uiPriority w:val="9"/>
    <w:unhideWhenUsed/>
    <w:qFormat/>
    <w:rsid w:val="00E208E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semiHidden/>
    <w:unhideWhenUsed/>
    <w:qFormat/>
    <w:rsid w:val="00E56C6A"/>
    <w:pPr>
      <w:keepNext/>
      <w:keepLines/>
      <w:spacing w:before="200" w:after="0"/>
      <w:outlineLvl w:val="2"/>
    </w:pPr>
    <w:rPr>
      <w:rFonts w:asciiTheme="majorHAnsi" w:eastAsiaTheme="majorEastAsia" w:hAnsiTheme="majorHAnsi" w:cstheme="majorBidi"/>
      <w:b/>
      <w:bCs/>
      <w:color w:val="4F81BD" w:themeColor="accent1"/>
      <w:lang w:val="en-US"/>
    </w:rPr>
  </w:style>
  <w:style w:type="paragraph" w:styleId="4">
    <w:name w:val="heading 4"/>
    <w:basedOn w:val="a1"/>
    <w:next w:val="a1"/>
    <w:link w:val="40"/>
    <w:uiPriority w:val="9"/>
    <w:semiHidden/>
    <w:unhideWhenUsed/>
    <w:qFormat/>
    <w:rsid w:val="00E56C6A"/>
    <w:pPr>
      <w:keepNext/>
      <w:keepLines/>
      <w:spacing w:before="200" w:after="0"/>
      <w:outlineLvl w:val="3"/>
    </w:pPr>
    <w:rPr>
      <w:rFonts w:asciiTheme="majorHAnsi" w:eastAsiaTheme="majorEastAsia" w:hAnsiTheme="majorHAnsi" w:cstheme="majorBidi"/>
      <w:b/>
      <w:bCs/>
      <w:i/>
      <w:iCs/>
      <w:color w:val="4F81BD" w:themeColor="accent1"/>
      <w:lang w:val="en-US"/>
    </w:rPr>
  </w:style>
  <w:style w:type="paragraph" w:styleId="5">
    <w:name w:val="heading 5"/>
    <w:basedOn w:val="a1"/>
    <w:next w:val="a1"/>
    <w:link w:val="50"/>
    <w:uiPriority w:val="9"/>
    <w:semiHidden/>
    <w:unhideWhenUsed/>
    <w:qFormat/>
    <w:rsid w:val="00E56C6A"/>
    <w:pPr>
      <w:keepNext/>
      <w:keepLines/>
      <w:spacing w:before="200" w:after="0"/>
      <w:outlineLvl w:val="4"/>
    </w:pPr>
    <w:rPr>
      <w:rFonts w:asciiTheme="majorHAnsi" w:eastAsiaTheme="majorEastAsia" w:hAnsiTheme="majorHAnsi" w:cstheme="majorBidi"/>
      <w:color w:val="243F60" w:themeColor="accent1" w:themeShade="7F"/>
      <w:lang w:val="en-US"/>
    </w:rPr>
  </w:style>
  <w:style w:type="paragraph" w:styleId="6">
    <w:name w:val="heading 6"/>
    <w:basedOn w:val="a1"/>
    <w:next w:val="a1"/>
    <w:link w:val="60"/>
    <w:uiPriority w:val="9"/>
    <w:semiHidden/>
    <w:unhideWhenUsed/>
    <w:qFormat/>
    <w:rsid w:val="00E56C6A"/>
    <w:pPr>
      <w:keepNext/>
      <w:keepLines/>
      <w:spacing w:before="200" w:after="0"/>
      <w:outlineLvl w:val="5"/>
    </w:pPr>
    <w:rPr>
      <w:rFonts w:asciiTheme="majorHAnsi" w:eastAsiaTheme="majorEastAsia" w:hAnsiTheme="majorHAnsi" w:cstheme="majorBidi"/>
      <w:i/>
      <w:iCs/>
      <w:color w:val="243F60" w:themeColor="accent1" w:themeShade="7F"/>
      <w:lang w:val="en-US"/>
    </w:rPr>
  </w:style>
  <w:style w:type="paragraph" w:styleId="7">
    <w:name w:val="heading 7"/>
    <w:basedOn w:val="a1"/>
    <w:next w:val="a1"/>
    <w:link w:val="70"/>
    <w:uiPriority w:val="9"/>
    <w:semiHidden/>
    <w:unhideWhenUsed/>
    <w:qFormat/>
    <w:rsid w:val="00E56C6A"/>
    <w:pPr>
      <w:keepNext/>
      <w:keepLines/>
      <w:spacing w:before="200" w:after="0"/>
      <w:outlineLvl w:val="6"/>
    </w:pPr>
    <w:rPr>
      <w:rFonts w:asciiTheme="majorHAnsi" w:eastAsiaTheme="majorEastAsia" w:hAnsiTheme="majorHAnsi" w:cstheme="majorBidi"/>
      <w:i/>
      <w:iCs/>
      <w:color w:val="404040" w:themeColor="text1" w:themeTint="BF"/>
      <w:lang w:val="en-US"/>
    </w:rPr>
  </w:style>
  <w:style w:type="paragraph" w:styleId="8">
    <w:name w:val="heading 8"/>
    <w:basedOn w:val="a1"/>
    <w:next w:val="a1"/>
    <w:link w:val="80"/>
    <w:uiPriority w:val="9"/>
    <w:semiHidden/>
    <w:unhideWhenUsed/>
    <w:qFormat/>
    <w:rsid w:val="00E56C6A"/>
    <w:pPr>
      <w:keepNext/>
      <w:keepLines/>
      <w:spacing w:before="200" w:after="0"/>
      <w:outlineLvl w:val="7"/>
    </w:pPr>
    <w:rPr>
      <w:rFonts w:asciiTheme="majorHAnsi" w:eastAsiaTheme="majorEastAsia" w:hAnsiTheme="majorHAnsi" w:cstheme="majorBidi"/>
      <w:color w:val="4F81BD" w:themeColor="accent1"/>
      <w:sz w:val="20"/>
      <w:szCs w:val="20"/>
      <w:lang w:val="en-US"/>
    </w:rPr>
  </w:style>
  <w:style w:type="paragraph" w:styleId="9">
    <w:name w:val="heading 9"/>
    <w:basedOn w:val="a1"/>
    <w:next w:val="a1"/>
    <w:link w:val="90"/>
    <w:uiPriority w:val="9"/>
    <w:semiHidden/>
    <w:unhideWhenUsed/>
    <w:qFormat/>
    <w:rsid w:val="00E56C6A"/>
    <w:pPr>
      <w:keepNext/>
      <w:keepLines/>
      <w:spacing w:before="200" w:after="0"/>
      <w:outlineLvl w:val="8"/>
    </w:pPr>
    <w:rPr>
      <w:rFonts w:asciiTheme="majorHAnsi" w:eastAsiaTheme="majorEastAsia" w:hAnsiTheme="majorHAnsi" w:cstheme="majorBidi"/>
      <w:i/>
      <w:iCs/>
      <w:color w:val="404040" w:themeColor="text1" w:themeTint="BF"/>
      <w:sz w:val="20"/>
      <w:szCs w:val="20"/>
      <w:lang w:val="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11">
    <w:name w:val="Нет списка1"/>
    <w:next w:val="a4"/>
    <w:uiPriority w:val="99"/>
    <w:semiHidden/>
    <w:unhideWhenUsed/>
    <w:rsid w:val="0046178B"/>
  </w:style>
  <w:style w:type="paragraph" w:styleId="a5">
    <w:name w:val="Normal (Web)"/>
    <w:basedOn w:val="a1"/>
    <w:uiPriority w:val="99"/>
    <w:unhideWhenUsed/>
    <w:rsid w:val="0046178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3"/>
    <w:uiPriority w:val="59"/>
    <w:rsid w:val="008A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046C85"/>
    <w:rPr>
      <w:color w:val="0000FF" w:themeColor="hyperlink"/>
      <w:u w:val="single"/>
    </w:rPr>
  </w:style>
  <w:style w:type="character" w:customStyle="1" w:styleId="22">
    <w:name w:val="Заголовок 2 Знак"/>
    <w:basedOn w:val="a2"/>
    <w:link w:val="21"/>
    <w:uiPriority w:val="9"/>
    <w:rsid w:val="00E208E6"/>
    <w:rPr>
      <w:rFonts w:asciiTheme="majorHAnsi" w:eastAsiaTheme="majorEastAsia" w:hAnsiTheme="majorHAnsi" w:cstheme="majorBidi"/>
      <w:b/>
      <w:bCs/>
      <w:color w:val="4F81BD" w:themeColor="accent1"/>
      <w:sz w:val="26"/>
      <w:szCs w:val="26"/>
    </w:rPr>
  </w:style>
  <w:style w:type="character" w:styleId="a8">
    <w:name w:val="Strong"/>
    <w:basedOn w:val="a2"/>
    <w:uiPriority w:val="22"/>
    <w:qFormat/>
    <w:rsid w:val="008D2EAE"/>
    <w:rPr>
      <w:b/>
      <w:bCs/>
    </w:rPr>
  </w:style>
  <w:style w:type="character" w:customStyle="1" w:styleId="placeholder-mask">
    <w:name w:val="placeholder-mask"/>
    <w:basedOn w:val="a2"/>
    <w:rsid w:val="002B4778"/>
  </w:style>
  <w:style w:type="character" w:customStyle="1" w:styleId="placeholder">
    <w:name w:val="placeholder"/>
    <w:basedOn w:val="a2"/>
    <w:rsid w:val="002B4778"/>
  </w:style>
  <w:style w:type="character" w:customStyle="1" w:styleId="10">
    <w:name w:val="Заголовок 1 Знак"/>
    <w:basedOn w:val="a2"/>
    <w:link w:val="1"/>
    <w:uiPriority w:val="9"/>
    <w:rsid w:val="00E56C6A"/>
    <w:rPr>
      <w:rFonts w:asciiTheme="majorHAnsi" w:eastAsiaTheme="majorEastAsia" w:hAnsiTheme="majorHAnsi" w:cstheme="majorBidi"/>
      <w:b/>
      <w:bCs/>
      <w:color w:val="365F91" w:themeColor="accent1" w:themeShade="BF"/>
      <w:sz w:val="28"/>
      <w:szCs w:val="28"/>
      <w:lang w:val="en-US"/>
    </w:rPr>
  </w:style>
  <w:style w:type="character" w:customStyle="1" w:styleId="32">
    <w:name w:val="Заголовок 3 Знак"/>
    <w:basedOn w:val="a2"/>
    <w:link w:val="31"/>
    <w:uiPriority w:val="9"/>
    <w:semiHidden/>
    <w:rsid w:val="00E56C6A"/>
    <w:rPr>
      <w:rFonts w:asciiTheme="majorHAnsi" w:eastAsiaTheme="majorEastAsia" w:hAnsiTheme="majorHAnsi" w:cstheme="majorBidi"/>
      <w:b/>
      <w:bCs/>
      <w:color w:val="4F81BD" w:themeColor="accent1"/>
      <w:lang w:val="en-US"/>
    </w:rPr>
  </w:style>
  <w:style w:type="character" w:customStyle="1" w:styleId="40">
    <w:name w:val="Заголовок 4 Знак"/>
    <w:basedOn w:val="a2"/>
    <w:link w:val="4"/>
    <w:uiPriority w:val="9"/>
    <w:semiHidden/>
    <w:rsid w:val="00E56C6A"/>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semiHidden/>
    <w:rsid w:val="00E56C6A"/>
    <w:rPr>
      <w:rFonts w:asciiTheme="majorHAnsi" w:eastAsiaTheme="majorEastAsia" w:hAnsiTheme="majorHAnsi" w:cstheme="majorBidi"/>
      <w:color w:val="243F60" w:themeColor="accent1" w:themeShade="7F"/>
      <w:lang w:val="en-US"/>
    </w:rPr>
  </w:style>
  <w:style w:type="character" w:customStyle="1" w:styleId="60">
    <w:name w:val="Заголовок 6 Знак"/>
    <w:basedOn w:val="a2"/>
    <w:link w:val="6"/>
    <w:uiPriority w:val="9"/>
    <w:semiHidden/>
    <w:rsid w:val="00E56C6A"/>
    <w:rPr>
      <w:rFonts w:asciiTheme="majorHAnsi" w:eastAsiaTheme="majorEastAsia" w:hAnsiTheme="majorHAnsi" w:cstheme="majorBidi"/>
      <w:i/>
      <w:iCs/>
      <w:color w:val="243F60" w:themeColor="accent1" w:themeShade="7F"/>
      <w:lang w:val="en-US"/>
    </w:rPr>
  </w:style>
  <w:style w:type="character" w:customStyle="1" w:styleId="70">
    <w:name w:val="Заголовок 7 Знак"/>
    <w:basedOn w:val="a2"/>
    <w:link w:val="7"/>
    <w:uiPriority w:val="9"/>
    <w:semiHidden/>
    <w:rsid w:val="00E56C6A"/>
    <w:rPr>
      <w:rFonts w:asciiTheme="majorHAnsi" w:eastAsiaTheme="majorEastAsia" w:hAnsiTheme="majorHAnsi" w:cstheme="majorBidi"/>
      <w:i/>
      <w:iCs/>
      <w:color w:val="404040" w:themeColor="text1" w:themeTint="BF"/>
      <w:lang w:val="en-US"/>
    </w:rPr>
  </w:style>
  <w:style w:type="character" w:customStyle="1" w:styleId="80">
    <w:name w:val="Заголовок 8 Знак"/>
    <w:basedOn w:val="a2"/>
    <w:link w:val="8"/>
    <w:uiPriority w:val="9"/>
    <w:semiHidden/>
    <w:rsid w:val="00E56C6A"/>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E56C6A"/>
    <w:rPr>
      <w:rFonts w:asciiTheme="majorHAnsi" w:eastAsiaTheme="majorEastAsia" w:hAnsiTheme="majorHAnsi" w:cstheme="majorBidi"/>
      <w:i/>
      <w:iCs/>
      <w:color w:val="404040" w:themeColor="text1" w:themeTint="BF"/>
      <w:sz w:val="20"/>
      <w:szCs w:val="20"/>
      <w:lang w:val="en-US"/>
    </w:rPr>
  </w:style>
  <w:style w:type="paragraph" w:styleId="a9">
    <w:name w:val="header"/>
    <w:basedOn w:val="a1"/>
    <w:link w:val="aa"/>
    <w:uiPriority w:val="99"/>
    <w:semiHidden/>
    <w:unhideWhenUsed/>
    <w:rsid w:val="00E56C6A"/>
    <w:pPr>
      <w:tabs>
        <w:tab w:val="center" w:pos="4680"/>
        <w:tab w:val="right" w:pos="9360"/>
      </w:tabs>
      <w:spacing w:after="0" w:line="240" w:lineRule="auto"/>
    </w:pPr>
    <w:rPr>
      <w:rFonts w:eastAsiaTheme="minorEastAsia"/>
      <w:lang w:val="en-US"/>
    </w:rPr>
  </w:style>
  <w:style w:type="character" w:customStyle="1" w:styleId="aa">
    <w:name w:val="Верхний колонтитул Знак"/>
    <w:basedOn w:val="a2"/>
    <w:link w:val="a9"/>
    <w:uiPriority w:val="99"/>
    <w:semiHidden/>
    <w:rsid w:val="00E56C6A"/>
    <w:rPr>
      <w:rFonts w:eastAsiaTheme="minorEastAsia"/>
      <w:lang w:val="en-US"/>
    </w:rPr>
  </w:style>
  <w:style w:type="paragraph" w:styleId="ab">
    <w:name w:val="footer"/>
    <w:basedOn w:val="a1"/>
    <w:link w:val="ac"/>
    <w:uiPriority w:val="99"/>
    <w:semiHidden/>
    <w:unhideWhenUsed/>
    <w:rsid w:val="00E56C6A"/>
    <w:pPr>
      <w:tabs>
        <w:tab w:val="center" w:pos="4680"/>
        <w:tab w:val="right" w:pos="9360"/>
      </w:tabs>
      <w:spacing w:after="0" w:line="240" w:lineRule="auto"/>
    </w:pPr>
    <w:rPr>
      <w:rFonts w:eastAsiaTheme="minorEastAsia"/>
      <w:lang w:val="en-US"/>
    </w:rPr>
  </w:style>
  <w:style w:type="character" w:customStyle="1" w:styleId="ac">
    <w:name w:val="Нижний колонтитул Знак"/>
    <w:basedOn w:val="a2"/>
    <w:link w:val="ab"/>
    <w:uiPriority w:val="99"/>
    <w:semiHidden/>
    <w:rsid w:val="00E56C6A"/>
    <w:rPr>
      <w:rFonts w:eastAsiaTheme="minorEastAsia"/>
      <w:lang w:val="en-US"/>
    </w:rPr>
  </w:style>
  <w:style w:type="paragraph" w:styleId="ad">
    <w:name w:val="caption"/>
    <w:basedOn w:val="a1"/>
    <w:next w:val="a1"/>
    <w:uiPriority w:val="35"/>
    <w:semiHidden/>
    <w:unhideWhenUsed/>
    <w:qFormat/>
    <w:rsid w:val="00E56C6A"/>
    <w:pPr>
      <w:spacing w:line="240" w:lineRule="auto"/>
    </w:pPr>
    <w:rPr>
      <w:rFonts w:eastAsiaTheme="minorEastAsia"/>
      <w:b/>
      <w:bCs/>
      <w:color w:val="4F81BD" w:themeColor="accent1"/>
      <w:sz w:val="18"/>
      <w:szCs w:val="18"/>
      <w:lang w:val="en-US"/>
    </w:rPr>
  </w:style>
  <w:style w:type="paragraph" w:styleId="ae">
    <w:name w:val="macro"/>
    <w:link w:val="af"/>
    <w:uiPriority w:val="99"/>
    <w:semiHidden/>
    <w:unhideWhenUsed/>
    <w:rsid w:val="00E56C6A"/>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
    <w:name w:val="Текст макроса Знак"/>
    <w:basedOn w:val="a2"/>
    <w:link w:val="ae"/>
    <w:uiPriority w:val="99"/>
    <w:semiHidden/>
    <w:rsid w:val="00E56C6A"/>
    <w:rPr>
      <w:rFonts w:ascii="Courier" w:eastAsiaTheme="minorEastAsia" w:hAnsi="Courier"/>
      <w:sz w:val="20"/>
      <w:szCs w:val="20"/>
      <w:lang w:val="en-US"/>
    </w:rPr>
  </w:style>
  <w:style w:type="paragraph" w:styleId="af0">
    <w:name w:val="List"/>
    <w:basedOn w:val="a1"/>
    <w:uiPriority w:val="99"/>
    <w:semiHidden/>
    <w:unhideWhenUsed/>
    <w:rsid w:val="00E56C6A"/>
    <w:pPr>
      <w:ind w:left="360" w:hanging="360"/>
      <w:contextualSpacing/>
    </w:pPr>
    <w:rPr>
      <w:rFonts w:eastAsiaTheme="minorEastAsia"/>
      <w:lang w:val="en-US"/>
    </w:rPr>
  </w:style>
  <w:style w:type="paragraph" w:styleId="a0">
    <w:name w:val="List Bullet"/>
    <w:basedOn w:val="a1"/>
    <w:uiPriority w:val="99"/>
    <w:semiHidden/>
    <w:unhideWhenUsed/>
    <w:rsid w:val="00E56C6A"/>
    <w:pPr>
      <w:numPr>
        <w:numId w:val="18"/>
      </w:numPr>
      <w:contextualSpacing/>
    </w:pPr>
    <w:rPr>
      <w:rFonts w:eastAsiaTheme="minorEastAsia"/>
      <w:lang w:val="en-US"/>
    </w:rPr>
  </w:style>
  <w:style w:type="paragraph" w:styleId="a">
    <w:name w:val="List Number"/>
    <w:basedOn w:val="a1"/>
    <w:uiPriority w:val="99"/>
    <w:semiHidden/>
    <w:unhideWhenUsed/>
    <w:rsid w:val="00E56C6A"/>
    <w:pPr>
      <w:numPr>
        <w:numId w:val="19"/>
      </w:numPr>
      <w:contextualSpacing/>
    </w:pPr>
    <w:rPr>
      <w:rFonts w:eastAsiaTheme="minorEastAsia"/>
      <w:lang w:val="en-US"/>
    </w:rPr>
  </w:style>
  <w:style w:type="paragraph" w:styleId="23">
    <w:name w:val="List 2"/>
    <w:basedOn w:val="a1"/>
    <w:uiPriority w:val="99"/>
    <w:semiHidden/>
    <w:unhideWhenUsed/>
    <w:rsid w:val="00E56C6A"/>
    <w:pPr>
      <w:ind w:left="720" w:hanging="360"/>
      <w:contextualSpacing/>
    </w:pPr>
    <w:rPr>
      <w:rFonts w:eastAsiaTheme="minorEastAsia"/>
      <w:lang w:val="en-US"/>
    </w:rPr>
  </w:style>
  <w:style w:type="paragraph" w:styleId="33">
    <w:name w:val="List 3"/>
    <w:basedOn w:val="a1"/>
    <w:uiPriority w:val="99"/>
    <w:semiHidden/>
    <w:unhideWhenUsed/>
    <w:rsid w:val="00E56C6A"/>
    <w:pPr>
      <w:ind w:left="1080" w:hanging="360"/>
      <w:contextualSpacing/>
    </w:pPr>
    <w:rPr>
      <w:rFonts w:eastAsiaTheme="minorEastAsia"/>
      <w:lang w:val="en-US"/>
    </w:rPr>
  </w:style>
  <w:style w:type="paragraph" w:styleId="20">
    <w:name w:val="List Bullet 2"/>
    <w:basedOn w:val="a1"/>
    <w:uiPriority w:val="99"/>
    <w:semiHidden/>
    <w:unhideWhenUsed/>
    <w:rsid w:val="00E56C6A"/>
    <w:pPr>
      <w:numPr>
        <w:numId w:val="20"/>
      </w:numPr>
      <w:contextualSpacing/>
    </w:pPr>
    <w:rPr>
      <w:rFonts w:eastAsiaTheme="minorEastAsia"/>
      <w:lang w:val="en-US"/>
    </w:rPr>
  </w:style>
  <w:style w:type="paragraph" w:styleId="30">
    <w:name w:val="List Bullet 3"/>
    <w:basedOn w:val="a1"/>
    <w:uiPriority w:val="99"/>
    <w:semiHidden/>
    <w:unhideWhenUsed/>
    <w:rsid w:val="00E56C6A"/>
    <w:pPr>
      <w:numPr>
        <w:numId w:val="21"/>
      </w:numPr>
      <w:contextualSpacing/>
    </w:pPr>
    <w:rPr>
      <w:rFonts w:eastAsiaTheme="minorEastAsia"/>
      <w:lang w:val="en-US"/>
    </w:rPr>
  </w:style>
  <w:style w:type="paragraph" w:styleId="2">
    <w:name w:val="List Number 2"/>
    <w:basedOn w:val="a1"/>
    <w:uiPriority w:val="99"/>
    <w:semiHidden/>
    <w:unhideWhenUsed/>
    <w:rsid w:val="00E56C6A"/>
    <w:pPr>
      <w:numPr>
        <w:numId w:val="22"/>
      </w:numPr>
      <w:contextualSpacing/>
    </w:pPr>
    <w:rPr>
      <w:rFonts w:eastAsiaTheme="minorEastAsia"/>
      <w:lang w:val="en-US"/>
    </w:rPr>
  </w:style>
  <w:style w:type="paragraph" w:styleId="3">
    <w:name w:val="List Number 3"/>
    <w:basedOn w:val="a1"/>
    <w:uiPriority w:val="99"/>
    <w:semiHidden/>
    <w:unhideWhenUsed/>
    <w:rsid w:val="00E56C6A"/>
    <w:pPr>
      <w:numPr>
        <w:numId w:val="23"/>
      </w:numPr>
      <w:contextualSpacing/>
    </w:pPr>
    <w:rPr>
      <w:rFonts w:eastAsiaTheme="minorEastAsia"/>
      <w:lang w:val="en-US"/>
    </w:rPr>
  </w:style>
  <w:style w:type="paragraph" w:styleId="af1">
    <w:name w:val="Title"/>
    <w:basedOn w:val="a1"/>
    <w:next w:val="a1"/>
    <w:link w:val="af2"/>
    <w:uiPriority w:val="10"/>
    <w:qFormat/>
    <w:rsid w:val="00E56C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2">
    <w:name w:val="Заголовок Знак"/>
    <w:basedOn w:val="a2"/>
    <w:link w:val="af1"/>
    <w:uiPriority w:val="10"/>
    <w:rsid w:val="00E56C6A"/>
    <w:rPr>
      <w:rFonts w:asciiTheme="majorHAnsi" w:eastAsiaTheme="majorEastAsia" w:hAnsiTheme="majorHAnsi" w:cstheme="majorBidi"/>
      <w:color w:val="17365D" w:themeColor="text2" w:themeShade="BF"/>
      <w:spacing w:val="5"/>
      <w:kern w:val="28"/>
      <w:sz w:val="52"/>
      <w:szCs w:val="52"/>
      <w:lang w:val="en-US"/>
    </w:rPr>
  </w:style>
  <w:style w:type="paragraph" w:styleId="af3">
    <w:name w:val="Body Text"/>
    <w:basedOn w:val="a1"/>
    <w:link w:val="af4"/>
    <w:uiPriority w:val="99"/>
    <w:semiHidden/>
    <w:unhideWhenUsed/>
    <w:rsid w:val="00E56C6A"/>
    <w:pPr>
      <w:spacing w:after="120"/>
    </w:pPr>
    <w:rPr>
      <w:rFonts w:eastAsiaTheme="minorEastAsia"/>
      <w:lang w:val="en-US"/>
    </w:rPr>
  </w:style>
  <w:style w:type="character" w:customStyle="1" w:styleId="af4">
    <w:name w:val="Основной текст Знак"/>
    <w:basedOn w:val="a2"/>
    <w:link w:val="af3"/>
    <w:uiPriority w:val="99"/>
    <w:semiHidden/>
    <w:rsid w:val="00E56C6A"/>
    <w:rPr>
      <w:rFonts w:eastAsiaTheme="minorEastAsia"/>
      <w:lang w:val="en-US"/>
    </w:rPr>
  </w:style>
  <w:style w:type="paragraph" w:styleId="af5">
    <w:name w:val="List Continue"/>
    <w:basedOn w:val="a1"/>
    <w:uiPriority w:val="99"/>
    <w:semiHidden/>
    <w:unhideWhenUsed/>
    <w:rsid w:val="00E56C6A"/>
    <w:pPr>
      <w:spacing w:after="120"/>
      <w:ind w:left="360"/>
      <w:contextualSpacing/>
    </w:pPr>
    <w:rPr>
      <w:rFonts w:eastAsiaTheme="minorEastAsia"/>
      <w:lang w:val="en-US"/>
    </w:rPr>
  </w:style>
  <w:style w:type="paragraph" w:styleId="24">
    <w:name w:val="List Continue 2"/>
    <w:basedOn w:val="a1"/>
    <w:uiPriority w:val="99"/>
    <w:semiHidden/>
    <w:unhideWhenUsed/>
    <w:rsid w:val="00E56C6A"/>
    <w:pPr>
      <w:spacing w:after="120"/>
      <w:ind w:left="720"/>
      <w:contextualSpacing/>
    </w:pPr>
    <w:rPr>
      <w:rFonts w:eastAsiaTheme="minorEastAsia"/>
      <w:lang w:val="en-US"/>
    </w:rPr>
  </w:style>
  <w:style w:type="paragraph" w:styleId="34">
    <w:name w:val="List Continue 3"/>
    <w:basedOn w:val="a1"/>
    <w:uiPriority w:val="99"/>
    <w:semiHidden/>
    <w:unhideWhenUsed/>
    <w:rsid w:val="00E56C6A"/>
    <w:pPr>
      <w:spacing w:after="120"/>
      <w:ind w:left="1080"/>
      <w:contextualSpacing/>
    </w:pPr>
    <w:rPr>
      <w:rFonts w:eastAsiaTheme="minorEastAsia"/>
      <w:lang w:val="en-US"/>
    </w:rPr>
  </w:style>
  <w:style w:type="paragraph" w:styleId="af6">
    <w:name w:val="Subtitle"/>
    <w:basedOn w:val="a1"/>
    <w:next w:val="a1"/>
    <w:link w:val="af7"/>
    <w:uiPriority w:val="11"/>
    <w:qFormat/>
    <w:rsid w:val="00E56C6A"/>
    <w:rPr>
      <w:rFonts w:asciiTheme="majorHAnsi" w:eastAsiaTheme="majorEastAsia" w:hAnsiTheme="majorHAnsi" w:cstheme="majorBidi"/>
      <w:i/>
      <w:iCs/>
      <w:color w:val="4F81BD" w:themeColor="accent1"/>
      <w:spacing w:val="15"/>
      <w:sz w:val="24"/>
      <w:szCs w:val="24"/>
      <w:lang w:val="en-US"/>
    </w:rPr>
  </w:style>
  <w:style w:type="character" w:customStyle="1" w:styleId="af7">
    <w:name w:val="Подзаголовок Знак"/>
    <w:basedOn w:val="a2"/>
    <w:link w:val="af6"/>
    <w:uiPriority w:val="11"/>
    <w:rsid w:val="00E56C6A"/>
    <w:rPr>
      <w:rFonts w:asciiTheme="majorHAnsi" w:eastAsiaTheme="majorEastAsia" w:hAnsiTheme="majorHAnsi" w:cstheme="majorBidi"/>
      <w:i/>
      <w:iCs/>
      <w:color w:val="4F81BD" w:themeColor="accent1"/>
      <w:spacing w:val="15"/>
      <w:sz w:val="24"/>
      <w:szCs w:val="24"/>
      <w:lang w:val="en-US"/>
    </w:rPr>
  </w:style>
  <w:style w:type="paragraph" w:styleId="25">
    <w:name w:val="Body Text 2"/>
    <w:basedOn w:val="a1"/>
    <w:link w:val="26"/>
    <w:uiPriority w:val="99"/>
    <w:semiHidden/>
    <w:unhideWhenUsed/>
    <w:rsid w:val="00E56C6A"/>
    <w:pPr>
      <w:spacing w:after="120" w:line="480" w:lineRule="auto"/>
    </w:pPr>
    <w:rPr>
      <w:rFonts w:eastAsiaTheme="minorEastAsia"/>
      <w:lang w:val="en-US"/>
    </w:rPr>
  </w:style>
  <w:style w:type="character" w:customStyle="1" w:styleId="26">
    <w:name w:val="Основной текст 2 Знак"/>
    <w:basedOn w:val="a2"/>
    <w:link w:val="25"/>
    <w:uiPriority w:val="99"/>
    <w:semiHidden/>
    <w:rsid w:val="00E56C6A"/>
    <w:rPr>
      <w:rFonts w:eastAsiaTheme="minorEastAsia"/>
      <w:lang w:val="en-US"/>
    </w:rPr>
  </w:style>
  <w:style w:type="paragraph" w:styleId="35">
    <w:name w:val="Body Text 3"/>
    <w:basedOn w:val="a1"/>
    <w:link w:val="36"/>
    <w:uiPriority w:val="99"/>
    <w:semiHidden/>
    <w:unhideWhenUsed/>
    <w:rsid w:val="00E56C6A"/>
    <w:pPr>
      <w:spacing w:after="120"/>
    </w:pPr>
    <w:rPr>
      <w:rFonts w:eastAsiaTheme="minorEastAsia"/>
      <w:sz w:val="16"/>
      <w:szCs w:val="16"/>
      <w:lang w:val="en-US"/>
    </w:rPr>
  </w:style>
  <w:style w:type="character" w:customStyle="1" w:styleId="36">
    <w:name w:val="Основной текст 3 Знак"/>
    <w:basedOn w:val="a2"/>
    <w:link w:val="35"/>
    <w:uiPriority w:val="99"/>
    <w:semiHidden/>
    <w:rsid w:val="00E56C6A"/>
    <w:rPr>
      <w:rFonts w:eastAsiaTheme="minorEastAsia"/>
      <w:sz w:val="16"/>
      <w:szCs w:val="16"/>
      <w:lang w:val="en-US"/>
    </w:rPr>
  </w:style>
  <w:style w:type="paragraph" w:styleId="af8">
    <w:name w:val="No Spacing"/>
    <w:uiPriority w:val="1"/>
    <w:qFormat/>
    <w:rsid w:val="00E56C6A"/>
    <w:pPr>
      <w:spacing w:after="0" w:line="240" w:lineRule="auto"/>
    </w:pPr>
    <w:rPr>
      <w:rFonts w:eastAsiaTheme="minorEastAsia"/>
      <w:lang w:val="en-US"/>
    </w:rPr>
  </w:style>
  <w:style w:type="paragraph" w:styleId="af9">
    <w:name w:val="List Paragraph"/>
    <w:basedOn w:val="a1"/>
    <w:uiPriority w:val="34"/>
    <w:qFormat/>
    <w:rsid w:val="00E56C6A"/>
    <w:pPr>
      <w:ind w:left="720"/>
      <w:contextualSpacing/>
    </w:pPr>
    <w:rPr>
      <w:rFonts w:eastAsiaTheme="minorEastAsia"/>
      <w:lang w:val="en-US"/>
    </w:rPr>
  </w:style>
  <w:style w:type="paragraph" w:styleId="27">
    <w:name w:val="Quote"/>
    <w:basedOn w:val="a1"/>
    <w:next w:val="a1"/>
    <w:link w:val="28"/>
    <w:uiPriority w:val="29"/>
    <w:qFormat/>
    <w:rsid w:val="00E56C6A"/>
    <w:rPr>
      <w:rFonts w:eastAsiaTheme="minorEastAsia"/>
      <w:i/>
      <w:iCs/>
      <w:color w:val="000000" w:themeColor="text1"/>
      <w:lang w:val="en-US"/>
    </w:rPr>
  </w:style>
  <w:style w:type="character" w:customStyle="1" w:styleId="28">
    <w:name w:val="Цитата 2 Знак"/>
    <w:basedOn w:val="a2"/>
    <w:link w:val="27"/>
    <w:uiPriority w:val="29"/>
    <w:rsid w:val="00E56C6A"/>
    <w:rPr>
      <w:rFonts w:eastAsiaTheme="minorEastAsia"/>
      <w:i/>
      <w:iCs/>
      <w:color w:val="000000" w:themeColor="text1"/>
      <w:lang w:val="en-US"/>
    </w:rPr>
  </w:style>
  <w:style w:type="paragraph" w:styleId="afa">
    <w:name w:val="Intense Quote"/>
    <w:basedOn w:val="a1"/>
    <w:next w:val="a1"/>
    <w:link w:val="afb"/>
    <w:uiPriority w:val="30"/>
    <w:qFormat/>
    <w:rsid w:val="00E56C6A"/>
    <w:pPr>
      <w:pBdr>
        <w:bottom w:val="single" w:sz="4" w:space="4" w:color="4F81BD" w:themeColor="accent1"/>
      </w:pBdr>
      <w:spacing w:before="200" w:after="280"/>
      <w:ind w:left="936" w:right="936"/>
    </w:pPr>
    <w:rPr>
      <w:rFonts w:eastAsiaTheme="minorEastAsia"/>
      <w:b/>
      <w:bCs/>
      <w:i/>
      <w:iCs/>
      <w:color w:val="4F81BD" w:themeColor="accent1"/>
      <w:lang w:val="en-US"/>
    </w:rPr>
  </w:style>
  <w:style w:type="character" w:customStyle="1" w:styleId="afb">
    <w:name w:val="Выделенная цитата Знак"/>
    <w:basedOn w:val="a2"/>
    <w:link w:val="afa"/>
    <w:uiPriority w:val="30"/>
    <w:rsid w:val="00E56C6A"/>
    <w:rPr>
      <w:rFonts w:eastAsiaTheme="minorEastAsia"/>
      <w:b/>
      <w:bCs/>
      <w:i/>
      <w:iCs/>
      <w:color w:val="4F81BD" w:themeColor="accent1"/>
      <w:lang w:val="en-US"/>
    </w:rPr>
  </w:style>
  <w:style w:type="paragraph" w:styleId="afc">
    <w:name w:val="TOC Heading"/>
    <w:basedOn w:val="1"/>
    <w:next w:val="a1"/>
    <w:uiPriority w:val="39"/>
    <w:semiHidden/>
    <w:unhideWhenUsed/>
    <w:qFormat/>
    <w:rsid w:val="00E56C6A"/>
    <w:pPr>
      <w:outlineLvl w:val="9"/>
    </w:pPr>
  </w:style>
  <w:style w:type="character" w:styleId="afd">
    <w:name w:val="Subtle Emphasis"/>
    <w:basedOn w:val="a2"/>
    <w:uiPriority w:val="19"/>
    <w:qFormat/>
    <w:rsid w:val="00E56C6A"/>
    <w:rPr>
      <w:i/>
      <w:iCs/>
      <w:color w:val="808080" w:themeColor="text1" w:themeTint="7F"/>
    </w:rPr>
  </w:style>
  <w:style w:type="character" w:styleId="afe">
    <w:name w:val="Intense Emphasis"/>
    <w:basedOn w:val="a2"/>
    <w:uiPriority w:val="21"/>
    <w:qFormat/>
    <w:rsid w:val="00E56C6A"/>
    <w:rPr>
      <w:b/>
      <w:bCs/>
      <w:i/>
      <w:iCs/>
      <w:color w:val="4F81BD" w:themeColor="accent1"/>
    </w:rPr>
  </w:style>
  <w:style w:type="character" w:styleId="aff">
    <w:name w:val="Subtle Reference"/>
    <w:basedOn w:val="a2"/>
    <w:uiPriority w:val="31"/>
    <w:qFormat/>
    <w:rsid w:val="00E56C6A"/>
    <w:rPr>
      <w:smallCaps/>
      <w:color w:val="C0504D" w:themeColor="accent2"/>
      <w:u w:val="single"/>
    </w:rPr>
  </w:style>
  <w:style w:type="character" w:styleId="aff0">
    <w:name w:val="Intense Reference"/>
    <w:basedOn w:val="a2"/>
    <w:uiPriority w:val="32"/>
    <w:qFormat/>
    <w:rsid w:val="00E56C6A"/>
    <w:rPr>
      <w:b/>
      <w:bCs/>
      <w:smallCaps/>
      <w:color w:val="C0504D" w:themeColor="accent2"/>
      <w:spacing w:val="5"/>
      <w:u w:val="single"/>
    </w:rPr>
  </w:style>
  <w:style w:type="character" w:styleId="aff1">
    <w:name w:val="Book Title"/>
    <w:basedOn w:val="a2"/>
    <w:uiPriority w:val="33"/>
    <w:qFormat/>
    <w:rsid w:val="00E56C6A"/>
    <w:rPr>
      <w:b/>
      <w:bCs/>
      <w:smallCaps/>
      <w:spacing w:val="5"/>
    </w:rPr>
  </w:style>
  <w:style w:type="table" w:styleId="aff2">
    <w:name w:val="Light Shading"/>
    <w:basedOn w:val="a3"/>
    <w:uiPriority w:val="60"/>
    <w:rsid w:val="00E56C6A"/>
    <w:pPr>
      <w:spacing w:after="0" w:line="240" w:lineRule="auto"/>
    </w:pPr>
    <w:rPr>
      <w:rFonts w:eastAsiaTheme="minorEastAsia"/>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ff3">
    <w:name w:val="Light List"/>
    <w:basedOn w:val="a3"/>
    <w:uiPriority w:val="61"/>
    <w:rsid w:val="00E56C6A"/>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4">
    <w:name w:val="Light Grid"/>
    <w:basedOn w:val="a3"/>
    <w:uiPriority w:val="62"/>
    <w:rsid w:val="00E56C6A"/>
    <w:pPr>
      <w:spacing w:after="0" w:line="240" w:lineRule="auto"/>
    </w:pPr>
    <w:rPr>
      <w:rFonts w:eastAsiaTheme="minorEastAsia"/>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Medium Shading 1"/>
    <w:basedOn w:val="a3"/>
    <w:uiPriority w:val="63"/>
    <w:rsid w:val="00E56C6A"/>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9">
    <w:name w:val="Medium Shading 2"/>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
    <w:name w:val="Medium List 1"/>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a">
    <w:name w:val="Medium List 2"/>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4">
    <w:name w:val="Medium Grid 1"/>
    <w:basedOn w:val="a3"/>
    <w:uiPriority w:val="67"/>
    <w:rsid w:val="00E56C6A"/>
    <w:pPr>
      <w:spacing w:after="0" w:line="240" w:lineRule="auto"/>
    </w:pPr>
    <w:rPr>
      <w:rFonts w:eastAsiaTheme="minorEastAsia"/>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b">
    <w:name w:val="Medium Grid 2"/>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37">
    <w:name w:val="Medium Grid 3"/>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aff5">
    <w:name w:val="Dark List"/>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aff6">
    <w:name w:val="Colorful Shading"/>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8">
    <w:name w:val="Colorful Grid"/>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
    <w:name w:val="Light Shading Accent 1"/>
    <w:basedOn w:val="a3"/>
    <w:uiPriority w:val="60"/>
    <w:rsid w:val="00E56C6A"/>
    <w:pPr>
      <w:spacing w:after="0" w:line="240" w:lineRule="auto"/>
    </w:pPr>
    <w:rPr>
      <w:rFonts w:eastAsiaTheme="minorEastAsia"/>
      <w:color w:val="365F91" w:themeColor="accent1" w:themeShade="BF"/>
      <w:lang w:val="en-US"/>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0">
    <w:name w:val="Light List Accent 1"/>
    <w:basedOn w:val="a3"/>
    <w:uiPriority w:val="61"/>
    <w:rsid w:val="00E56C6A"/>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3"/>
    <w:uiPriority w:val="62"/>
    <w:rsid w:val="00E56C6A"/>
    <w:pPr>
      <w:spacing w:after="0" w:line="240" w:lineRule="auto"/>
    </w:pPr>
    <w:rPr>
      <w:rFonts w:eastAsiaTheme="minorEastAsia"/>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3"/>
    <w:uiPriority w:val="63"/>
    <w:rsid w:val="00E56C6A"/>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1">
    <w:name w:val="Medium Shading 2 Accent 1"/>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0">
    <w:name w:val="Medium List 1 Accent 1"/>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0">
    <w:name w:val="Medium List 2 Accent 1"/>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1">
    <w:name w:val="Medium Grid 1 Accent 1"/>
    <w:basedOn w:val="a3"/>
    <w:uiPriority w:val="67"/>
    <w:rsid w:val="00E56C6A"/>
    <w:pPr>
      <w:spacing w:after="0" w:line="240" w:lineRule="auto"/>
    </w:pPr>
    <w:rPr>
      <w:rFonts w:eastAsiaTheme="minorEastAsia"/>
      <w:lang w:val="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1">
    <w:name w:val="Medium Grid 2 Accent 1"/>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2">
    <w:name w:val="Dark List Accent 1"/>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List Accent 1"/>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Shading Accent 2"/>
    <w:basedOn w:val="a3"/>
    <w:uiPriority w:val="60"/>
    <w:rsid w:val="00E56C6A"/>
    <w:pPr>
      <w:spacing w:after="0" w:line="240" w:lineRule="auto"/>
    </w:pPr>
    <w:rPr>
      <w:rFonts w:eastAsiaTheme="minorEastAsia"/>
      <w:color w:val="943634" w:themeColor="accent2" w:themeShade="BF"/>
      <w:lang w:val="en-US"/>
    </w:rPr>
    <w:tblPr>
      <w:tblStyleRowBandSize w:val="1"/>
      <w:tblStyleColBandSize w:val="1"/>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List Accent 2"/>
    <w:basedOn w:val="a3"/>
    <w:uiPriority w:val="61"/>
    <w:rsid w:val="00E56C6A"/>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1">
    <w:name w:val="Light Grid Accent 2"/>
    <w:basedOn w:val="a3"/>
    <w:uiPriority w:val="62"/>
    <w:rsid w:val="00E56C6A"/>
    <w:pPr>
      <w:spacing w:after="0" w:line="240" w:lineRule="auto"/>
    </w:pPr>
    <w:rPr>
      <w:rFonts w:eastAsiaTheme="minorEastAsia"/>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
    <w:name w:val="Medium Shading 1 Accent 2"/>
    <w:basedOn w:val="a3"/>
    <w:uiPriority w:val="63"/>
    <w:rsid w:val="00E56C6A"/>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0">
    <w:name w:val="Medium List 2 Accent 2"/>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Grid 1 Accent 2"/>
    <w:basedOn w:val="a3"/>
    <w:uiPriority w:val="67"/>
    <w:rsid w:val="00E56C6A"/>
    <w:pPr>
      <w:spacing w:after="0" w:line="240" w:lineRule="auto"/>
    </w:pPr>
    <w:rPr>
      <w:rFonts w:eastAsiaTheme="minorEastAsia"/>
      <w:lang w:val="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21">
    <w:name w:val="Medium Grid 2 Accent 2"/>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3-2">
    <w:name w:val="Medium Grid 3 Accent 2"/>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2">
    <w:name w:val="Dark List Accent 2"/>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23">
    <w:name w:val="Colorful Shading Accent 2"/>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24">
    <w:name w:val="Colorful List Accent 2"/>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25">
    <w:name w:val="Colorful Grid Accent 2"/>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Light Shading Accent 3"/>
    <w:basedOn w:val="a3"/>
    <w:uiPriority w:val="60"/>
    <w:rsid w:val="00E56C6A"/>
    <w:pPr>
      <w:spacing w:after="0" w:line="240" w:lineRule="auto"/>
    </w:pPr>
    <w:rPr>
      <w:rFonts w:eastAsiaTheme="minorEastAsia"/>
      <w:color w:val="76923C" w:themeColor="accent3" w:themeShade="BF"/>
      <w:lang w:val="en-US"/>
    </w:rPr>
    <w:tblPr>
      <w:tblStyleRowBandSize w:val="1"/>
      <w:tblStyleColBandSize w:val="1"/>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List Accent 3"/>
    <w:basedOn w:val="a3"/>
    <w:uiPriority w:val="61"/>
    <w:rsid w:val="00E56C6A"/>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1">
    <w:name w:val="Light Grid Accent 3"/>
    <w:basedOn w:val="a3"/>
    <w:uiPriority w:val="62"/>
    <w:rsid w:val="00E56C6A"/>
    <w:pPr>
      <w:spacing w:after="0" w:line="240" w:lineRule="auto"/>
    </w:pPr>
    <w:rPr>
      <w:rFonts w:eastAsiaTheme="minorEastAsia"/>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3"/>
    <w:uiPriority w:val="63"/>
    <w:rsid w:val="00E56C6A"/>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3">
    <w:name w:val="Medium Shading 2 Accent 3"/>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0">
    <w:name w:val="Medium List 1 Accent 3"/>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2-30">
    <w:name w:val="Medium List 2 Accent 3"/>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1">
    <w:name w:val="Medium Grid 1 Accent 3"/>
    <w:basedOn w:val="a3"/>
    <w:uiPriority w:val="67"/>
    <w:rsid w:val="00E56C6A"/>
    <w:pPr>
      <w:spacing w:after="0" w:line="240" w:lineRule="auto"/>
    </w:pPr>
    <w:rPr>
      <w:rFonts w:eastAsiaTheme="minorEastAsia"/>
      <w:lang w:val="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3">
    <w:name w:val="Medium Grid 3 Accent 3"/>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2">
    <w:name w:val="Dark List Accent 3"/>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33">
    <w:name w:val="Colorful Shading Accent 3"/>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34">
    <w:name w:val="Colorful List Accent 3"/>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5">
    <w:name w:val="Colorful Grid Accent 3"/>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Shading Accent 4"/>
    <w:basedOn w:val="a3"/>
    <w:uiPriority w:val="60"/>
    <w:rsid w:val="00E56C6A"/>
    <w:pPr>
      <w:spacing w:after="0" w:line="240" w:lineRule="auto"/>
    </w:pPr>
    <w:rPr>
      <w:rFonts w:eastAsiaTheme="minorEastAsia"/>
      <w:color w:val="5F497A" w:themeColor="accent4" w:themeShade="BF"/>
      <w:lang w:val="en-US"/>
    </w:rPr>
    <w:tblPr>
      <w:tblStyleRowBandSize w:val="1"/>
      <w:tblStyleColBandSize w:val="1"/>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3"/>
    <w:uiPriority w:val="61"/>
    <w:rsid w:val="00E56C6A"/>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1">
    <w:name w:val="Light Grid Accent 4"/>
    <w:basedOn w:val="a3"/>
    <w:uiPriority w:val="62"/>
    <w:rsid w:val="00E56C6A"/>
    <w:pPr>
      <w:spacing w:after="0" w:line="240" w:lineRule="auto"/>
    </w:pPr>
    <w:rPr>
      <w:rFonts w:eastAsiaTheme="minorEastAsia"/>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Medium Shading 1 Accent 4"/>
    <w:basedOn w:val="a3"/>
    <w:uiPriority w:val="63"/>
    <w:rsid w:val="00E56C6A"/>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4">
    <w:name w:val="Medium Shading 2 Accent 4"/>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0">
    <w:name w:val="Medium List 1 Accent 4"/>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0">
    <w:name w:val="Medium List 2 Accent 4"/>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1">
    <w:name w:val="Medium Grid 1 Accent 4"/>
    <w:basedOn w:val="a3"/>
    <w:uiPriority w:val="67"/>
    <w:rsid w:val="00E56C6A"/>
    <w:pPr>
      <w:spacing w:after="0" w:line="240" w:lineRule="auto"/>
    </w:pPr>
    <w:rPr>
      <w:rFonts w:eastAsiaTheme="minorEastAsia"/>
      <w:lang w:val="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41">
    <w:name w:val="Medium Grid 2 Accent 4"/>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3-4">
    <w:name w:val="Medium Grid 3 Accent 4"/>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42">
    <w:name w:val="Dark List Accent 4"/>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43">
    <w:name w:val="Colorful Shading Accent 4"/>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4">
    <w:name w:val="Colorful List Accent 4"/>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45">
    <w:name w:val="Colorful Grid Accent 4"/>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Light Shading Accent 5"/>
    <w:basedOn w:val="a3"/>
    <w:uiPriority w:val="60"/>
    <w:rsid w:val="00E56C6A"/>
    <w:pPr>
      <w:spacing w:after="0" w:line="240" w:lineRule="auto"/>
    </w:pPr>
    <w:rPr>
      <w:rFonts w:eastAsiaTheme="minorEastAsia"/>
      <w:color w:val="31849B" w:themeColor="accent5" w:themeShade="BF"/>
      <w:lang w:val="en-US"/>
    </w:rPr>
    <w:tblPr>
      <w:tblStyleRowBandSize w:val="1"/>
      <w:tblStyleColBandSize w:val="1"/>
      <w:tblBorders>
        <w:top w:val="single" w:sz="8" w:space="0" w:color="4BACC6" w:themeColor="accent5"/>
        <w:bottom w:val="single" w:sz="8" w:space="0" w:color="4BACC6" w:themeColor="accent5"/>
      </w:tblBorders>
    </w:tblPr>
    <w:tblStylePr w:type="fir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50">
    <w:name w:val="Light List Accent 5"/>
    <w:basedOn w:val="a3"/>
    <w:uiPriority w:val="61"/>
    <w:rsid w:val="00E56C6A"/>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3"/>
    <w:uiPriority w:val="62"/>
    <w:rsid w:val="00E56C6A"/>
    <w:pPr>
      <w:spacing w:after="0" w:line="240" w:lineRule="auto"/>
    </w:pPr>
    <w:rPr>
      <w:rFonts w:eastAsiaTheme="minorEastAsia"/>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3"/>
    <w:uiPriority w:val="63"/>
    <w:rsid w:val="00E56C6A"/>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5">
    <w:name w:val="Medium Shading 2 Accent 5"/>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0">
    <w:name w:val="Medium List 1 Accent 5"/>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50">
    <w:name w:val="Medium List 2 Accent 5"/>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51">
    <w:name w:val="Medium Grid 1 Accent 5"/>
    <w:basedOn w:val="a3"/>
    <w:uiPriority w:val="67"/>
    <w:rsid w:val="00E56C6A"/>
    <w:pPr>
      <w:spacing w:after="0" w:line="240" w:lineRule="auto"/>
    </w:pPr>
    <w:rPr>
      <w:rFonts w:eastAsiaTheme="minorEastAsia"/>
      <w:lang w:val="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51">
    <w:name w:val="Medium Grid 2 Accent 5"/>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3-5">
    <w:name w:val="Medium Grid 3 Accent 5"/>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52">
    <w:name w:val="Dark List Accent 5"/>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53">
    <w:name w:val="Colorful Shading Accent 5"/>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4">
    <w:name w:val="Colorful List Accent 5"/>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55">
    <w:name w:val="Colorful Grid Accent 5"/>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Light Shading Accent 6"/>
    <w:basedOn w:val="a3"/>
    <w:uiPriority w:val="60"/>
    <w:rsid w:val="00E56C6A"/>
    <w:pPr>
      <w:spacing w:after="0" w:line="240" w:lineRule="auto"/>
    </w:pPr>
    <w:rPr>
      <w:rFonts w:eastAsiaTheme="minorEastAsia"/>
      <w:color w:val="E36C0A" w:themeColor="accent6" w:themeShade="BF"/>
      <w:lang w:val="en-US"/>
    </w:rPr>
    <w:tblPr>
      <w:tblStyleRowBandSize w:val="1"/>
      <w:tblStyleColBandSize w:val="1"/>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60">
    <w:name w:val="Light List Accent 6"/>
    <w:basedOn w:val="a3"/>
    <w:uiPriority w:val="61"/>
    <w:rsid w:val="00E56C6A"/>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61">
    <w:name w:val="Light Grid Accent 6"/>
    <w:basedOn w:val="a3"/>
    <w:uiPriority w:val="62"/>
    <w:rsid w:val="00E56C6A"/>
    <w:pPr>
      <w:spacing w:after="0" w:line="240" w:lineRule="auto"/>
    </w:pPr>
    <w:rPr>
      <w:rFonts w:eastAsiaTheme="minorEastAsia"/>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Shading 1 Accent 6"/>
    <w:basedOn w:val="a3"/>
    <w:uiPriority w:val="63"/>
    <w:rsid w:val="00E56C6A"/>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Accent 6"/>
    <w:basedOn w:val="a3"/>
    <w:uiPriority w:val="64"/>
    <w:rsid w:val="00E56C6A"/>
    <w:pPr>
      <w:spacing w:after="0" w:line="240" w:lineRule="auto"/>
    </w:pPr>
    <w:rPr>
      <w:rFonts w:eastAsiaTheme="minorEastAsia"/>
      <w:lang w:val="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0">
    <w:name w:val="Medium List 1 Accent 6"/>
    <w:basedOn w:val="a3"/>
    <w:uiPriority w:val="65"/>
    <w:rsid w:val="00E56C6A"/>
    <w:pPr>
      <w:spacing w:after="0" w:line="240" w:lineRule="auto"/>
    </w:pPr>
    <w:rPr>
      <w:rFonts w:eastAsiaTheme="minorEastAsia"/>
      <w:color w:val="000000" w:themeColor="text1"/>
      <w:lang w:val="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0">
    <w:name w:val="Medium List 2 Accent 6"/>
    <w:basedOn w:val="a3"/>
    <w:uiPriority w:val="66"/>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1">
    <w:name w:val="Medium Grid 1 Accent 6"/>
    <w:basedOn w:val="a3"/>
    <w:uiPriority w:val="67"/>
    <w:rsid w:val="00E56C6A"/>
    <w:pPr>
      <w:spacing w:after="0" w:line="240" w:lineRule="auto"/>
    </w:pPr>
    <w:rPr>
      <w:rFonts w:eastAsiaTheme="minorEastAsia"/>
      <w:lang w:val="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61">
    <w:name w:val="Medium Grid 2 Accent 6"/>
    <w:basedOn w:val="a3"/>
    <w:uiPriority w:val="68"/>
    <w:rsid w:val="00E56C6A"/>
    <w:pPr>
      <w:spacing w:after="0"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6">
    <w:name w:val="Medium Grid 3 Accent 6"/>
    <w:basedOn w:val="a3"/>
    <w:uiPriority w:val="69"/>
    <w:rsid w:val="00E56C6A"/>
    <w:pPr>
      <w:spacing w:after="0" w:line="240" w:lineRule="auto"/>
    </w:pPr>
    <w:rPr>
      <w:rFonts w:eastAsiaTheme="minorEastAsia"/>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2">
    <w:name w:val="Dark List Accent 6"/>
    <w:basedOn w:val="a3"/>
    <w:uiPriority w:val="70"/>
    <w:rsid w:val="00E56C6A"/>
    <w:pPr>
      <w:spacing w:after="0" w:line="240" w:lineRule="auto"/>
    </w:pPr>
    <w:rPr>
      <w:rFonts w:eastAsiaTheme="minorEastAsia"/>
      <w:color w:val="FFFFFF" w:themeColor="background1"/>
      <w:lang w:val="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3">
    <w:name w:val="Colorful Shading Accent 6"/>
    <w:basedOn w:val="a3"/>
    <w:uiPriority w:val="71"/>
    <w:rsid w:val="00E56C6A"/>
    <w:pPr>
      <w:spacing w:after="0" w:line="240" w:lineRule="auto"/>
    </w:pPr>
    <w:rPr>
      <w:rFonts w:eastAsiaTheme="minorEastAsia"/>
      <w:color w:val="000000" w:themeColor="text1"/>
      <w:lang w:val="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64">
    <w:name w:val="Colorful List Accent 6"/>
    <w:basedOn w:val="a3"/>
    <w:uiPriority w:val="72"/>
    <w:rsid w:val="00E56C6A"/>
    <w:pPr>
      <w:spacing w:after="0" w:line="240" w:lineRule="auto"/>
    </w:pPr>
    <w:rPr>
      <w:rFonts w:eastAsiaTheme="minorEastAsia"/>
      <w:color w:val="000000" w:themeColor="text1"/>
      <w:lang w:val="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65">
    <w:name w:val="Colorful Grid Accent 6"/>
    <w:basedOn w:val="a3"/>
    <w:uiPriority w:val="73"/>
    <w:rsid w:val="00E56C6A"/>
    <w:pPr>
      <w:spacing w:after="0" w:line="240" w:lineRule="auto"/>
    </w:pPr>
    <w:rPr>
      <w:rFonts w:eastAsiaTheme="minorEastAsia"/>
      <w:color w:val="000000" w:themeColor="text1"/>
      <w:lang w:val="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0999">
      <w:bodyDiv w:val="1"/>
      <w:marLeft w:val="0"/>
      <w:marRight w:val="0"/>
      <w:marTop w:val="0"/>
      <w:marBottom w:val="0"/>
      <w:divBdr>
        <w:top w:val="none" w:sz="0" w:space="0" w:color="auto"/>
        <w:left w:val="none" w:sz="0" w:space="0" w:color="auto"/>
        <w:bottom w:val="none" w:sz="0" w:space="0" w:color="auto"/>
        <w:right w:val="none" w:sz="0" w:space="0" w:color="auto"/>
      </w:divBdr>
    </w:div>
    <w:div w:id="202638235">
      <w:bodyDiv w:val="1"/>
      <w:marLeft w:val="0"/>
      <w:marRight w:val="0"/>
      <w:marTop w:val="0"/>
      <w:marBottom w:val="0"/>
      <w:divBdr>
        <w:top w:val="none" w:sz="0" w:space="0" w:color="auto"/>
        <w:left w:val="none" w:sz="0" w:space="0" w:color="auto"/>
        <w:bottom w:val="none" w:sz="0" w:space="0" w:color="auto"/>
        <w:right w:val="none" w:sz="0" w:space="0" w:color="auto"/>
      </w:divBdr>
    </w:div>
    <w:div w:id="702897770">
      <w:bodyDiv w:val="1"/>
      <w:marLeft w:val="0"/>
      <w:marRight w:val="0"/>
      <w:marTop w:val="0"/>
      <w:marBottom w:val="0"/>
      <w:divBdr>
        <w:top w:val="none" w:sz="0" w:space="0" w:color="auto"/>
        <w:left w:val="none" w:sz="0" w:space="0" w:color="auto"/>
        <w:bottom w:val="none" w:sz="0" w:space="0" w:color="auto"/>
        <w:right w:val="none" w:sz="0" w:space="0" w:color="auto"/>
      </w:divBdr>
    </w:div>
    <w:div w:id="800197793">
      <w:bodyDiv w:val="1"/>
      <w:marLeft w:val="0"/>
      <w:marRight w:val="0"/>
      <w:marTop w:val="0"/>
      <w:marBottom w:val="0"/>
      <w:divBdr>
        <w:top w:val="none" w:sz="0" w:space="0" w:color="auto"/>
        <w:left w:val="none" w:sz="0" w:space="0" w:color="auto"/>
        <w:bottom w:val="none" w:sz="0" w:space="0" w:color="auto"/>
        <w:right w:val="none" w:sz="0" w:space="0" w:color="auto"/>
      </w:divBdr>
    </w:div>
    <w:div w:id="923077817">
      <w:bodyDiv w:val="1"/>
      <w:marLeft w:val="0"/>
      <w:marRight w:val="0"/>
      <w:marTop w:val="0"/>
      <w:marBottom w:val="0"/>
      <w:divBdr>
        <w:top w:val="none" w:sz="0" w:space="0" w:color="auto"/>
        <w:left w:val="none" w:sz="0" w:space="0" w:color="auto"/>
        <w:bottom w:val="none" w:sz="0" w:space="0" w:color="auto"/>
        <w:right w:val="none" w:sz="0" w:space="0" w:color="auto"/>
      </w:divBdr>
    </w:div>
    <w:div w:id="938752807">
      <w:bodyDiv w:val="1"/>
      <w:marLeft w:val="0"/>
      <w:marRight w:val="0"/>
      <w:marTop w:val="0"/>
      <w:marBottom w:val="0"/>
      <w:divBdr>
        <w:top w:val="none" w:sz="0" w:space="0" w:color="auto"/>
        <w:left w:val="none" w:sz="0" w:space="0" w:color="auto"/>
        <w:bottom w:val="none" w:sz="0" w:space="0" w:color="auto"/>
        <w:right w:val="none" w:sz="0" w:space="0" w:color="auto"/>
      </w:divBdr>
      <w:divsChild>
        <w:div w:id="392386391">
          <w:marLeft w:val="0"/>
          <w:marRight w:val="0"/>
          <w:marTop w:val="0"/>
          <w:marBottom w:val="0"/>
          <w:divBdr>
            <w:top w:val="none" w:sz="0" w:space="0" w:color="auto"/>
            <w:left w:val="none" w:sz="0" w:space="0" w:color="auto"/>
            <w:bottom w:val="none" w:sz="0" w:space="0" w:color="auto"/>
            <w:right w:val="none" w:sz="0" w:space="0" w:color="auto"/>
          </w:divBdr>
          <w:divsChild>
            <w:div w:id="426923238">
              <w:marLeft w:val="0"/>
              <w:marRight w:val="0"/>
              <w:marTop w:val="0"/>
              <w:marBottom w:val="0"/>
              <w:divBdr>
                <w:top w:val="none" w:sz="0" w:space="0" w:color="auto"/>
                <w:left w:val="none" w:sz="0" w:space="0" w:color="auto"/>
                <w:bottom w:val="none" w:sz="0" w:space="0" w:color="auto"/>
                <w:right w:val="none" w:sz="0" w:space="0" w:color="auto"/>
              </w:divBdr>
            </w:div>
          </w:divsChild>
        </w:div>
        <w:div w:id="1808084254">
          <w:marLeft w:val="0"/>
          <w:marRight w:val="0"/>
          <w:marTop w:val="0"/>
          <w:marBottom w:val="0"/>
          <w:divBdr>
            <w:top w:val="none" w:sz="0" w:space="0" w:color="auto"/>
            <w:left w:val="none" w:sz="0" w:space="0" w:color="auto"/>
            <w:bottom w:val="none" w:sz="0" w:space="0" w:color="auto"/>
            <w:right w:val="none" w:sz="0" w:space="0" w:color="auto"/>
          </w:divBdr>
          <w:divsChild>
            <w:div w:id="1167280379">
              <w:marLeft w:val="0"/>
              <w:marRight w:val="0"/>
              <w:marTop w:val="0"/>
              <w:marBottom w:val="0"/>
              <w:divBdr>
                <w:top w:val="none" w:sz="0" w:space="0" w:color="auto"/>
                <w:left w:val="none" w:sz="0" w:space="0" w:color="auto"/>
                <w:bottom w:val="none" w:sz="0" w:space="0" w:color="auto"/>
                <w:right w:val="none" w:sz="0" w:space="0" w:color="auto"/>
              </w:divBdr>
            </w:div>
            <w:div w:id="1506629044">
              <w:marLeft w:val="0"/>
              <w:marRight w:val="0"/>
              <w:marTop w:val="0"/>
              <w:marBottom w:val="0"/>
              <w:divBdr>
                <w:top w:val="none" w:sz="0" w:space="0" w:color="auto"/>
                <w:left w:val="none" w:sz="0" w:space="0" w:color="auto"/>
                <w:bottom w:val="none" w:sz="0" w:space="0" w:color="auto"/>
                <w:right w:val="none" w:sz="0" w:space="0" w:color="auto"/>
              </w:divBdr>
              <w:divsChild>
                <w:div w:id="1218012412">
                  <w:marLeft w:val="0"/>
                  <w:marRight w:val="0"/>
                  <w:marTop w:val="0"/>
                  <w:marBottom w:val="0"/>
                  <w:divBdr>
                    <w:top w:val="none" w:sz="0" w:space="0" w:color="auto"/>
                    <w:left w:val="none" w:sz="0" w:space="0" w:color="auto"/>
                    <w:bottom w:val="none" w:sz="0" w:space="0" w:color="auto"/>
                    <w:right w:val="none" w:sz="0" w:space="0" w:color="auto"/>
                  </w:divBdr>
                  <w:divsChild>
                    <w:div w:id="1981762454">
                      <w:marLeft w:val="0"/>
                      <w:marRight w:val="0"/>
                      <w:marTop w:val="0"/>
                      <w:marBottom w:val="0"/>
                      <w:divBdr>
                        <w:top w:val="none" w:sz="0" w:space="0" w:color="auto"/>
                        <w:left w:val="none" w:sz="0" w:space="0" w:color="auto"/>
                        <w:bottom w:val="none" w:sz="0" w:space="0" w:color="auto"/>
                        <w:right w:val="none" w:sz="0" w:space="0" w:color="auto"/>
                      </w:divBdr>
                    </w:div>
                  </w:divsChild>
                </w:div>
                <w:div w:id="987708394">
                  <w:marLeft w:val="0"/>
                  <w:marRight w:val="0"/>
                  <w:marTop w:val="0"/>
                  <w:marBottom w:val="0"/>
                  <w:divBdr>
                    <w:top w:val="none" w:sz="0" w:space="0" w:color="auto"/>
                    <w:left w:val="none" w:sz="0" w:space="0" w:color="auto"/>
                    <w:bottom w:val="none" w:sz="0" w:space="0" w:color="auto"/>
                    <w:right w:val="none" w:sz="0" w:space="0" w:color="auto"/>
                  </w:divBdr>
                  <w:divsChild>
                    <w:div w:id="1074857869">
                      <w:marLeft w:val="0"/>
                      <w:marRight w:val="0"/>
                      <w:marTop w:val="0"/>
                      <w:marBottom w:val="0"/>
                      <w:divBdr>
                        <w:top w:val="none" w:sz="0" w:space="0" w:color="auto"/>
                        <w:left w:val="none" w:sz="0" w:space="0" w:color="auto"/>
                        <w:bottom w:val="none" w:sz="0" w:space="0" w:color="auto"/>
                        <w:right w:val="none" w:sz="0" w:space="0" w:color="auto"/>
                      </w:divBdr>
                    </w:div>
                  </w:divsChild>
                </w:div>
                <w:div w:id="244145030">
                  <w:marLeft w:val="0"/>
                  <w:marRight w:val="0"/>
                  <w:marTop w:val="0"/>
                  <w:marBottom w:val="0"/>
                  <w:divBdr>
                    <w:top w:val="none" w:sz="0" w:space="0" w:color="auto"/>
                    <w:left w:val="none" w:sz="0" w:space="0" w:color="auto"/>
                    <w:bottom w:val="none" w:sz="0" w:space="0" w:color="auto"/>
                    <w:right w:val="none" w:sz="0" w:space="0" w:color="auto"/>
                  </w:divBdr>
                  <w:divsChild>
                    <w:div w:id="154761315">
                      <w:marLeft w:val="0"/>
                      <w:marRight w:val="0"/>
                      <w:marTop w:val="0"/>
                      <w:marBottom w:val="0"/>
                      <w:divBdr>
                        <w:top w:val="none" w:sz="0" w:space="0" w:color="auto"/>
                        <w:left w:val="none" w:sz="0" w:space="0" w:color="auto"/>
                        <w:bottom w:val="none" w:sz="0" w:space="0" w:color="auto"/>
                        <w:right w:val="none" w:sz="0" w:space="0" w:color="auto"/>
                      </w:divBdr>
                    </w:div>
                  </w:divsChild>
                </w:div>
                <w:div w:id="688987990">
                  <w:marLeft w:val="0"/>
                  <w:marRight w:val="0"/>
                  <w:marTop w:val="0"/>
                  <w:marBottom w:val="0"/>
                  <w:divBdr>
                    <w:top w:val="none" w:sz="0" w:space="0" w:color="auto"/>
                    <w:left w:val="none" w:sz="0" w:space="0" w:color="auto"/>
                    <w:bottom w:val="none" w:sz="0" w:space="0" w:color="auto"/>
                    <w:right w:val="none" w:sz="0" w:space="0" w:color="auto"/>
                  </w:divBdr>
                  <w:divsChild>
                    <w:div w:id="1349482969">
                      <w:marLeft w:val="0"/>
                      <w:marRight w:val="0"/>
                      <w:marTop w:val="0"/>
                      <w:marBottom w:val="0"/>
                      <w:divBdr>
                        <w:top w:val="none" w:sz="0" w:space="0" w:color="auto"/>
                        <w:left w:val="none" w:sz="0" w:space="0" w:color="auto"/>
                        <w:bottom w:val="none" w:sz="0" w:space="0" w:color="auto"/>
                        <w:right w:val="none" w:sz="0" w:space="0" w:color="auto"/>
                      </w:divBdr>
                    </w:div>
                  </w:divsChild>
                </w:div>
                <w:div w:id="1728646498">
                  <w:marLeft w:val="0"/>
                  <w:marRight w:val="0"/>
                  <w:marTop w:val="0"/>
                  <w:marBottom w:val="0"/>
                  <w:divBdr>
                    <w:top w:val="none" w:sz="0" w:space="0" w:color="auto"/>
                    <w:left w:val="none" w:sz="0" w:space="0" w:color="auto"/>
                    <w:bottom w:val="none" w:sz="0" w:space="0" w:color="auto"/>
                    <w:right w:val="none" w:sz="0" w:space="0" w:color="auto"/>
                  </w:divBdr>
                  <w:divsChild>
                    <w:div w:id="715934785">
                      <w:marLeft w:val="0"/>
                      <w:marRight w:val="0"/>
                      <w:marTop w:val="0"/>
                      <w:marBottom w:val="0"/>
                      <w:divBdr>
                        <w:top w:val="none" w:sz="0" w:space="0" w:color="auto"/>
                        <w:left w:val="none" w:sz="0" w:space="0" w:color="auto"/>
                        <w:bottom w:val="none" w:sz="0" w:space="0" w:color="auto"/>
                        <w:right w:val="none" w:sz="0" w:space="0" w:color="auto"/>
                      </w:divBdr>
                    </w:div>
                  </w:divsChild>
                </w:div>
                <w:div w:id="1765803120">
                  <w:marLeft w:val="0"/>
                  <w:marRight w:val="0"/>
                  <w:marTop w:val="0"/>
                  <w:marBottom w:val="0"/>
                  <w:divBdr>
                    <w:top w:val="none" w:sz="0" w:space="0" w:color="auto"/>
                    <w:left w:val="none" w:sz="0" w:space="0" w:color="auto"/>
                    <w:bottom w:val="none" w:sz="0" w:space="0" w:color="auto"/>
                    <w:right w:val="none" w:sz="0" w:space="0" w:color="auto"/>
                  </w:divBdr>
                  <w:divsChild>
                    <w:div w:id="5402968">
                      <w:marLeft w:val="0"/>
                      <w:marRight w:val="0"/>
                      <w:marTop w:val="0"/>
                      <w:marBottom w:val="0"/>
                      <w:divBdr>
                        <w:top w:val="none" w:sz="0" w:space="0" w:color="auto"/>
                        <w:left w:val="none" w:sz="0" w:space="0" w:color="auto"/>
                        <w:bottom w:val="none" w:sz="0" w:space="0" w:color="auto"/>
                        <w:right w:val="none" w:sz="0" w:space="0" w:color="auto"/>
                      </w:divBdr>
                    </w:div>
                  </w:divsChild>
                </w:div>
                <w:div w:id="892426818">
                  <w:marLeft w:val="0"/>
                  <w:marRight w:val="0"/>
                  <w:marTop w:val="0"/>
                  <w:marBottom w:val="0"/>
                  <w:divBdr>
                    <w:top w:val="none" w:sz="0" w:space="0" w:color="auto"/>
                    <w:left w:val="none" w:sz="0" w:space="0" w:color="auto"/>
                    <w:bottom w:val="none" w:sz="0" w:space="0" w:color="auto"/>
                    <w:right w:val="none" w:sz="0" w:space="0" w:color="auto"/>
                  </w:divBdr>
                  <w:divsChild>
                    <w:div w:id="923688307">
                      <w:marLeft w:val="0"/>
                      <w:marRight w:val="0"/>
                      <w:marTop w:val="0"/>
                      <w:marBottom w:val="0"/>
                      <w:divBdr>
                        <w:top w:val="none" w:sz="0" w:space="0" w:color="auto"/>
                        <w:left w:val="none" w:sz="0" w:space="0" w:color="auto"/>
                        <w:bottom w:val="none" w:sz="0" w:space="0" w:color="auto"/>
                        <w:right w:val="none" w:sz="0" w:space="0" w:color="auto"/>
                      </w:divBdr>
                    </w:div>
                  </w:divsChild>
                </w:div>
                <w:div w:id="647199864">
                  <w:marLeft w:val="0"/>
                  <w:marRight w:val="0"/>
                  <w:marTop w:val="0"/>
                  <w:marBottom w:val="0"/>
                  <w:divBdr>
                    <w:top w:val="none" w:sz="0" w:space="0" w:color="auto"/>
                    <w:left w:val="none" w:sz="0" w:space="0" w:color="auto"/>
                    <w:bottom w:val="none" w:sz="0" w:space="0" w:color="auto"/>
                    <w:right w:val="none" w:sz="0" w:space="0" w:color="auto"/>
                  </w:divBdr>
                  <w:divsChild>
                    <w:div w:id="688407968">
                      <w:marLeft w:val="0"/>
                      <w:marRight w:val="0"/>
                      <w:marTop w:val="0"/>
                      <w:marBottom w:val="0"/>
                      <w:divBdr>
                        <w:top w:val="none" w:sz="0" w:space="0" w:color="auto"/>
                        <w:left w:val="none" w:sz="0" w:space="0" w:color="auto"/>
                        <w:bottom w:val="none" w:sz="0" w:space="0" w:color="auto"/>
                        <w:right w:val="none" w:sz="0" w:space="0" w:color="auto"/>
                      </w:divBdr>
                    </w:div>
                  </w:divsChild>
                </w:div>
                <w:div w:id="621572133">
                  <w:marLeft w:val="0"/>
                  <w:marRight w:val="0"/>
                  <w:marTop w:val="0"/>
                  <w:marBottom w:val="0"/>
                  <w:divBdr>
                    <w:top w:val="none" w:sz="0" w:space="0" w:color="auto"/>
                    <w:left w:val="none" w:sz="0" w:space="0" w:color="auto"/>
                    <w:bottom w:val="none" w:sz="0" w:space="0" w:color="auto"/>
                    <w:right w:val="none" w:sz="0" w:space="0" w:color="auto"/>
                  </w:divBdr>
                  <w:divsChild>
                    <w:div w:id="1157648073">
                      <w:marLeft w:val="0"/>
                      <w:marRight w:val="0"/>
                      <w:marTop w:val="0"/>
                      <w:marBottom w:val="0"/>
                      <w:divBdr>
                        <w:top w:val="none" w:sz="0" w:space="0" w:color="auto"/>
                        <w:left w:val="none" w:sz="0" w:space="0" w:color="auto"/>
                        <w:bottom w:val="none" w:sz="0" w:space="0" w:color="auto"/>
                        <w:right w:val="none" w:sz="0" w:space="0" w:color="auto"/>
                      </w:divBdr>
                    </w:div>
                  </w:divsChild>
                </w:div>
                <w:div w:id="815147461">
                  <w:marLeft w:val="0"/>
                  <w:marRight w:val="0"/>
                  <w:marTop w:val="0"/>
                  <w:marBottom w:val="0"/>
                  <w:divBdr>
                    <w:top w:val="none" w:sz="0" w:space="0" w:color="auto"/>
                    <w:left w:val="none" w:sz="0" w:space="0" w:color="auto"/>
                    <w:bottom w:val="none" w:sz="0" w:space="0" w:color="auto"/>
                    <w:right w:val="none" w:sz="0" w:space="0" w:color="auto"/>
                  </w:divBdr>
                  <w:divsChild>
                    <w:div w:id="1499425123">
                      <w:marLeft w:val="0"/>
                      <w:marRight w:val="0"/>
                      <w:marTop w:val="0"/>
                      <w:marBottom w:val="0"/>
                      <w:divBdr>
                        <w:top w:val="none" w:sz="0" w:space="0" w:color="auto"/>
                        <w:left w:val="none" w:sz="0" w:space="0" w:color="auto"/>
                        <w:bottom w:val="none" w:sz="0" w:space="0" w:color="auto"/>
                        <w:right w:val="none" w:sz="0" w:space="0" w:color="auto"/>
                      </w:divBdr>
                    </w:div>
                  </w:divsChild>
                </w:div>
                <w:div w:id="1805584910">
                  <w:marLeft w:val="0"/>
                  <w:marRight w:val="0"/>
                  <w:marTop w:val="0"/>
                  <w:marBottom w:val="0"/>
                  <w:divBdr>
                    <w:top w:val="none" w:sz="0" w:space="0" w:color="auto"/>
                    <w:left w:val="none" w:sz="0" w:space="0" w:color="auto"/>
                    <w:bottom w:val="none" w:sz="0" w:space="0" w:color="auto"/>
                    <w:right w:val="none" w:sz="0" w:space="0" w:color="auto"/>
                  </w:divBdr>
                  <w:divsChild>
                    <w:div w:id="1847747694">
                      <w:marLeft w:val="0"/>
                      <w:marRight w:val="0"/>
                      <w:marTop w:val="0"/>
                      <w:marBottom w:val="0"/>
                      <w:divBdr>
                        <w:top w:val="none" w:sz="0" w:space="0" w:color="auto"/>
                        <w:left w:val="none" w:sz="0" w:space="0" w:color="auto"/>
                        <w:bottom w:val="none" w:sz="0" w:space="0" w:color="auto"/>
                        <w:right w:val="none" w:sz="0" w:space="0" w:color="auto"/>
                      </w:divBdr>
                    </w:div>
                  </w:divsChild>
                </w:div>
                <w:div w:id="1863518838">
                  <w:marLeft w:val="0"/>
                  <w:marRight w:val="0"/>
                  <w:marTop w:val="0"/>
                  <w:marBottom w:val="0"/>
                  <w:divBdr>
                    <w:top w:val="none" w:sz="0" w:space="0" w:color="auto"/>
                    <w:left w:val="none" w:sz="0" w:space="0" w:color="auto"/>
                    <w:bottom w:val="none" w:sz="0" w:space="0" w:color="auto"/>
                    <w:right w:val="none" w:sz="0" w:space="0" w:color="auto"/>
                  </w:divBdr>
                  <w:divsChild>
                    <w:div w:id="1218056796">
                      <w:marLeft w:val="0"/>
                      <w:marRight w:val="0"/>
                      <w:marTop w:val="0"/>
                      <w:marBottom w:val="0"/>
                      <w:divBdr>
                        <w:top w:val="none" w:sz="0" w:space="0" w:color="auto"/>
                        <w:left w:val="none" w:sz="0" w:space="0" w:color="auto"/>
                        <w:bottom w:val="none" w:sz="0" w:space="0" w:color="auto"/>
                        <w:right w:val="none" w:sz="0" w:space="0" w:color="auto"/>
                      </w:divBdr>
                    </w:div>
                  </w:divsChild>
                </w:div>
                <w:div w:id="894003476">
                  <w:marLeft w:val="0"/>
                  <w:marRight w:val="0"/>
                  <w:marTop w:val="0"/>
                  <w:marBottom w:val="0"/>
                  <w:divBdr>
                    <w:top w:val="none" w:sz="0" w:space="0" w:color="auto"/>
                    <w:left w:val="none" w:sz="0" w:space="0" w:color="auto"/>
                    <w:bottom w:val="none" w:sz="0" w:space="0" w:color="auto"/>
                    <w:right w:val="none" w:sz="0" w:space="0" w:color="auto"/>
                  </w:divBdr>
                  <w:divsChild>
                    <w:div w:id="1824858522">
                      <w:marLeft w:val="0"/>
                      <w:marRight w:val="0"/>
                      <w:marTop w:val="0"/>
                      <w:marBottom w:val="0"/>
                      <w:divBdr>
                        <w:top w:val="none" w:sz="0" w:space="0" w:color="auto"/>
                        <w:left w:val="none" w:sz="0" w:space="0" w:color="auto"/>
                        <w:bottom w:val="none" w:sz="0" w:space="0" w:color="auto"/>
                        <w:right w:val="none" w:sz="0" w:space="0" w:color="auto"/>
                      </w:divBdr>
                    </w:div>
                  </w:divsChild>
                </w:div>
                <w:div w:id="1422796575">
                  <w:marLeft w:val="0"/>
                  <w:marRight w:val="0"/>
                  <w:marTop w:val="0"/>
                  <w:marBottom w:val="0"/>
                  <w:divBdr>
                    <w:top w:val="none" w:sz="0" w:space="0" w:color="auto"/>
                    <w:left w:val="none" w:sz="0" w:space="0" w:color="auto"/>
                    <w:bottom w:val="none" w:sz="0" w:space="0" w:color="auto"/>
                    <w:right w:val="none" w:sz="0" w:space="0" w:color="auto"/>
                  </w:divBdr>
                  <w:divsChild>
                    <w:div w:id="1328283980">
                      <w:marLeft w:val="0"/>
                      <w:marRight w:val="0"/>
                      <w:marTop w:val="0"/>
                      <w:marBottom w:val="0"/>
                      <w:divBdr>
                        <w:top w:val="none" w:sz="0" w:space="0" w:color="auto"/>
                        <w:left w:val="none" w:sz="0" w:space="0" w:color="auto"/>
                        <w:bottom w:val="none" w:sz="0" w:space="0" w:color="auto"/>
                        <w:right w:val="none" w:sz="0" w:space="0" w:color="auto"/>
                      </w:divBdr>
                    </w:div>
                  </w:divsChild>
                </w:div>
                <w:div w:id="102504645">
                  <w:marLeft w:val="0"/>
                  <w:marRight w:val="0"/>
                  <w:marTop w:val="0"/>
                  <w:marBottom w:val="0"/>
                  <w:divBdr>
                    <w:top w:val="none" w:sz="0" w:space="0" w:color="auto"/>
                    <w:left w:val="none" w:sz="0" w:space="0" w:color="auto"/>
                    <w:bottom w:val="none" w:sz="0" w:space="0" w:color="auto"/>
                    <w:right w:val="none" w:sz="0" w:space="0" w:color="auto"/>
                  </w:divBdr>
                  <w:divsChild>
                    <w:div w:id="1722821351">
                      <w:marLeft w:val="0"/>
                      <w:marRight w:val="0"/>
                      <w:marTop w:val="0"/>
                      <w:marBottom w:val="0"/>
                      <w:divBdr>
                        <w:top w:val="none" w:sz="0" w:space="0" w:color="auto"/>
                        <w:left w:val="none" w:sz="0" w:space="0" w:color="auto"/>
                        <w:bottom w:val="none" w:sz="0" w:space="0" w:color="auto"/>
                        <w:right w:val="none" w:sz="0" w:space="0" w:color="auto"/>
                      </w:divBdr>
                    </w:div>
                  </w:divsChild>
                </w:div>
                <w:div w:id="1057508071">
                  <w:marLeft w:val="0"/>
                  <w:marRight w:val="0"/>
                  <w:marTop w:val="0"/>
                  <w:marBottom w:val="0"/>
                  <w:divBdr>
                    <w:top w:val="none" w:sz="0" w:space="0" w:color="auto"/>
                    <w:left w:val="none" w:sz="0" w:space="0" w:color="auto"/>
                    <w:bottom w:val="none" w:sz="0" w:space="0" w:color="auto"/>
                    <w:right w:val="none" w:sz="0" w:space="0" w:color="auto"/>
                  </w:divBdr>
                  <w:divsChild>
                    <w:div w:id="1563833433">
                      <w:marLeft w:val="0"/>
                      <w:marRight w:val="0"/>
                      <w:marTop w:val="0"/>
                      <w:marBottom w:val="0"/>
                      <w:divBdr>
                        <w:top w:val="none" w:sz="0" w:space="0" w:color="auto"/>
                        <w:left w:val="none" w:sz="0" w:space="0" w:color="auto"/>
                        <w:bottom w:val="none" w:sz="0" w:space="0" w:color="auto"/>
                        <w:right w:val="none" w:sz="0" w:space="0" w:color="auto"/>
                      </w:divBdr>
                    </w:div>
                  </w:divsChild>
                </w:div>
                <w:div w:id="1967008685">
                  <w:marLeft w:val="0"/>
                  <w:marRight w:val="0"/>
                  <w:marTop w:val="0"/>
                  <w:marBottom w:val="0"/>
                  <w:divBdr>
                    <w:top w:val="none" w:sz="0" w:space="0" w:color="auto"/>
                    <w:left w:val="none" w:sz="0" w:space="0" w:color="auto"/>
                    <w:bottom w:val="none" w:sz="0" w:space="0" w:color="auto"/>
                    <w:right w:val="none" w:sz="0" w:space="0" w:color="auto"/>
                  </w:divBdr>
                  <w:divsChild>
                    <w:div w:id="752164642">
                      <w:marLeft w:val="0"/>
                      <w:marRight w:val="0"/>
                      <w:marTop w:val="0"/>
                      <w:marBottom w:val="0"/>
                      <w:divBdr>
                        <w:top w:val="none" w:sz="0" w:space="0" w:color="auto"/>
                        <w:left w:val="none" w:sz="0" w:space="0" w:color="auto"/>
                        <w:bottom w:val="none" w:sz="0" w:space="0" w:color="auto"/>
                        <w:right w:val="none" w:sz="0" w:space="0" w:color="auto"/>
                      </w:divBdr>
                    </w:div>
                  </w:divsChild>
                </w:div>
                <w:div w:id="1273977892">
                  <w:marLeft w:val="0"/>
                  <w:marRight w:val="0"/>
                  <w:marTop w:val="0"/>
                  <w:marBottom w:val="0"/>
                  <w:divBdr>
                    <w:top w:val="none" w:sz="0" w:space="0" w:color="auto"/>
                    <w:left w:val="none" w:sz="0" w:space="0" w:color="auto"/>
                    <w:bottom w:val="none" w:sz="0" w:space="0" w:color="auto"/>
                    <w:right w:val="none" w:sz="0" w:space="0" w:color="auto"/>
                  </w:divBdr>
                  <w:divsChild>
                    <w:div w:id="330498056">
                      <w:marLeft w:val="0"/>
                      <w:marRight w:val="0"/>
                      <w:marTop w:val="0"/>
                      <w:marBottom w:val="0"/>
                      <w:divBdr>
                        <w:top w:val="none" w:sz="0" w:space="0" w:color="auto"/>
                        <w:left w:val="none" w:sz="0" w:space="0" w:color="auto"/>
                        <w:bottom w:val="none" w:sz="0" w:space="0" w:color="auto"/>
                        <w:right w:val="none" w:sz="0" w:space="0" w:color="auto"/>
                      </w:divBdr>
                    </w:div>
                  </w:divsChild>
                </w:div>
                <w:div w:id="429669236">
                  <w:marLeft w:val="0"/>
                  <w:marRight w:val="0"/>
                  <w:marTop w:val="0"/>
                  <w:marBottom w:val="0"/>
                  <w:divBdr>
                    <w:top w:val="none" w:sz="0" w:space="0" w:color="auto"/>
                    <w:left w:val="none" w:sz="0" w:space="0" w:color="auto"/>
                    <w:bottom w:val="none" w:sz="0" w:space="0" w:color="auto"/>
                    <w:right w:val="none" w:sz="0" w:space="0" w:color="auto"/>
                  </w:divBdr>
                  <w:divsChild>
                    <w:div w:id="1950430012">
                      <w:marLeft w:val="0"/>
                      <w:marRight w:val="0"/>
                      <w:marTop w:val="0"/>
                      <w:marBottom w:val="0"/>
                      <w:divBdr>
                        <w:top w:val="none" w:sz="0" w:space="0" w:color="auto"/>
                        <w:left w:val="none" w:sz="0" w:space="0" w:color="auto"/>
                        <w:bottom w:val="none" w:sz="0" w:space="0" w:color="auto"/>
                        <w:right w:val="none" w:sz="0" w:space="0" w:color="auto"/>
                      </w:divBdr>
                    </w:div>
                  </w:divsChild>
                </w:div>
                <w:div w:id="2632337">
                  <w:marLeft w:val="0"/>
                  <w:marRight w:val="0"/>
                  <w:marTop w:val="0"/>
                  <w:marBottom w:val="0"/>
                  <w:divBdr>
                    <w:top w:val="none" w:sz="0" w:space="0" w:color="auto"/>
                    <w:left w:val="none" w:sz="0" w:space="0" w:color="auto"/>
                    <w:bottom w:val="none" w:sz="0" w:space="0" w:color="auto"/>
                    <w:right w:val="none" w:sz="0" w:space="0" w:color="auto"/>
                  </w:divBdr>
                  <w:divsChild>
                    <w:div w:id="1560894043">
                      <w:marLeft w:val="0"/>
                      <w:marRight w:val="0"/>
                      <w:marTop w:val="0"/>
                      <w:marBottom w:val="0"/>
                      <w:divBdr>
                        <w:top w:val="none" w:sz="0" w:space="0" w:color="auto"/>
                        <w:left w:val="none" w:sz="0" w:space="0" w:color="auto"/>
                        <w:bottom w:val="none" w:sz="0" w:space="0" w:color="auto"/>
                        <w:right w:val="none" w:sz="0" w:space="0" w:color="auto"/>
                      </w:divBdr>
                    </w:div>
                  </w:divsChild>
                </w:div>
                <w:div w:id="1476098804">
                  <w:marLeft w:val="0"/>
                  <w:marRight w:val="0"/>
                  <w:marTop w:val="0"/>
                  <w:marBottom w:val="0"/>
                  <w:divBdr>
                    <w:top w:val="none" w:sz="0" w:space="0" w:color="auto"/>
                    <w:left w:val="none" w:sz="0" w:space="0" w:color="auto"/>
                    <w:bottom w:val="none" w:sz="0" w:space="0" w:color="auto"/>
                    <w:right w:val="none" w:sz="0" w:space="0" w:color="auto"/>
                  </w:divBdr>
                  <w:divsChild>
                    <w:div w:id="50543088">
                      <w:marLeft w:val="0"/>
                      <w:marRight w:val="0"/>
                      <w:marTop w:val="0"/>
                      <w:marBottom w:val="0"/>
                      <w:divBdr>
                        <w:top w:val="none" w:sz="0" w:space="0" w:color="auto"/>
                        <w:left w:val="none" w:sz="0" w:space="0" w:color="auto"/>
                        <w:bottom w:val="none" w:sz="0" w:space="0" w:color="auto"/>
                        <w:right w:val="none" w:sz="0" w:space="0" w:color="auto"/>
                      </w:divBdr>
                    </w:div>
                  </w:divsChild>
                </w:div>
                <w:div w:id="1392532509">
                  <w:marLeft w:val="0"/>
                  <w:marRight w:val="0"/>
                  <w:marTop w:val="0"/>
                  <w:marBottom w:val="0"/>
                  <w:divBdr>
                    <w:top w:val="none" w:sz="0" w:space="0" w:color="auto"/>
                    <w:left w:val="none" w:sz="0" w:space="0" w:color="auto"/>
                    <w:bottom w:val="none" w:sz="0" w:space="0" w:color="auto"/>
                    <w:right w:val="none" w:sz="0" w:space="0" w:color="auto"/>
                  </w:divBdr>
                  <w:divsChild>
                    <w:div w:id="475923955">
                      <w:marLeft w:val="0"/>
                      <w:marRight w:val="0"/>
                      <w:marTop w:val="0"/>
                      <w:marBottom w:val="0"/>
                      <w:divBdr>
                        <w:top w:val="none" w:sz="0" w:space="0" w:color="auto"/>
                        <w:left w:val="none" w:sz="0" w:space="0" w:color="auto"/>
                        <w:bottom w:val="none" w:sz="0" w:space="0" w:color="auto"/>
                        <w:right w:val="none" w:sz="0" w:space="0" w:color="auto"/>
                      </w:divBdr>
                    </w:div>
                  </w:divsChild>
                </w:div>
                <w:div w:id="139884005">
                  <w:marLeft w:val="0"/>
                  <w:marRight w:val="0"/>
                  <w:marTop w:val="0"/>
                  <w:marBottom w:val="0"/>
                  <w:divBdr>
                    <w:top w:val="none" w:sz="0" w:space="0" w:color="auto"/>
                    <w:left w:val="none" w:sz="0" w:space="0" w:color="auto"/>
                    <w:bottom w:val="none" w:sz="0" w:space="0" w:color="auto"/>
                    <w:right w:val="none" w:sz="0" w:space="0" w:color="auto"/>
                  </w:divBdr>
                  <w:divsChild>
                    <w:div w:id="1676565561">
                      <w:marLeft w:val="0"/>
                      <w:marRight w:val="0"/>
                      <w:marTop w:val="0"/>
                      <w:marBottom w:val="0"/>
                      <w:divBdr>
                        <w:top w:val="none" w:sz="0" w:space="0" w:color="auto"/>
                        <w:left w:val="none" w:sz="0" w:space="0" w:color="auto"/>
                        <w:bottom w:val="none" w:sz="0" w:space="0" w:color="auto"/>
                        <w:right w:val="none" w:sz="0" w:space="0" w:color="auto"/>
                      </w:divBdr>
                    </w:div>
                  </w:divsChild>
                </w:div>
                <w:div w:id="1629044390">
                  <w:marLeft w:val="0"/>
                  <w:marRight w:val="0"/>
                  <w:marTop w:val="0"/>
                  <w:marBottom w:val="0"/>
                  <w:divBdr>
                    <w:top w:val="none" w:sz="0" w:space="0" w:color="auto"/>
                    <w:left w:val="none" w:sz="0" w:space="0" w:color="auto"/>
                    <w:bottom w:val="none" w:sz="0" w:space="0" w:color="auto"/>
                    <w:right w:val="none" w:sz="0" w:space="0" w:color="auto"/>
                  </w:divBdr>
                  <w:divsChild>
                    <w:div w:id="94984181">
                      <w:marLeft w:val="0"/>
                      <w:marRight w:val="0"/>
                      <w:marTop w:val="0"/>
                      <w:marBottom w:val="0"/>
                      <w:divBdr>
                        <w:top w:val="none" w:sz="0" w:space="0" w:color="auto"/>
                        <w:left w:val="none" w:sz="0" w:space="0" w:color="auto"/>
                        <w:bottom w:val="none" w:sz="0" w:space="0" w:color="auto"/>
                        <w:right w:val="none" w:sz="0" w:space="0" w:color="auto"/>
                      </w:divBdr>
                    </w:div>
                  </w:divsChild>
                </w:div>
                <w:div w:id="1992364585">
                  <w:marLeft w:val="0"/>
                  <w:marRight w:val="0"/>
                  <w:marTop w:val="0"/>
                  <w:marBottom w:val="0"/>
                  <w:divBdr>
                    <w:top w:val="none" w:sz="0" w:space="0" w:color="auto"/>
                    <w:left w:val="none" w:sz="0" w:space="0" w:color="auto"/>
                    <w:bottom w:val="none" w:sz="0" w:space="0" w:color="auto"/>
                    <w:right w:val="none" w:sz="0" w:space="0" w:color="auto"/>
                  </w:divBdr>
                  <w:divsChild>
                    <w:div w:id="171840223">
                      <w:marLeft w:val="0"/>
                      <w:marRight w:val="0"/>
                      <w:marTop w:val="0"/>
                      <w:marBottom w:val="0"/>
                      <w:divBdr>
                        <w:top w:val="none" w:sz="0" w:space="0" w:color="auto"/>
                        <w:left w:val="none" w:sz="0" w:space="0" w:color="auto"/>
                        <w:bottom w:val="none" w:sz="0" w:space="0" w:color="auto"/>
                        <w:right w:val="none" w:sz="0" w:space="0" w:color="auto"/>
                      </w:divBdr>
                    </w:div>
                  </w:divsChild>
                </w:div>
                <w:div w:id="820463075">
                  <w:marLeft w:val="0"/>
                  <w:marRight w:val="0"/>
                  <w:marTop w:val="0"/>
                  <w:marBottom w:val="0"/>
                  <w:divBdr>
                    <w:top w:val="none" w:sz="0" w:space="0" w:color="auto"/>
                    <w:left w:val="none" w:sz="0" w:space="0" w:color="auto"/>
                    <w:bottom w:val="none" w:sz="0" w:space="0" w:color="auto"/>
                    <w:right w:val="none" w:sz="0" w:space="0" w:color="auto"/>
                  </w:divBdr>
                  <w:divsChild>
                    <w:div w:id="1200120710">
                      <w:marLeft w:val="0"/>
                      <w:marRight w:val="0"/>
                      <w:marTop w:val="0"/>
                      <w:marBottom w:val="0"/>
                      <w:divBdr>
                        <w:top w:val="none" w:sz="0" w:space="0" w:color="auto"/>
                        <w:left w:val="none" w:sz="0" w:space="0" w:color="auto"/>
                        <w:bottom w:val="none" w:sz="0" w:space="0" w:color="auto"/>
                        <w:right w:val="none" w:sz="0" w:space="0" w:color="auto"/>
                      </w:divBdr>
                    </w:div>
                  </w:divsChild>
                </w:div>
                <w:div w:id="2003312681">
                  <w:marLeft w:val="0"/>
                  <w:marRight w:val="0"/>
                  <w:marTop w:val="0"/>
                  <w:marBottom w:val="0"/>
                  <w:divBdr>
                    <w:top w:val="none" w:sz="0" w:space="0" w:color="auto"/>
                    <w:left w:val="none" w:sz="0" w:space="0" w:color="auto"/>
                    <w:bottom w:val="none" w:sz="0" w:space="0" w:color="auto"/>
                    <w:right w:val="none" w:sz="0" w:space="0" w:color="auto"/>
                  </w:divBdr>
                  <w:divsChild>
                    <w:div w:id="698091337">
                      <w:marLeft w:val="0"/>
                      <w:marRight w:val="0"/>
                      <w:marTop w:val="0"/>
                      <w:marBottom w:val="0"/>
                      <w:divBdr>
                        <w:top w:val="none" w:sz="0" w:space="0" w:color="auto"/>
                        <w:left w:val="none" w:sz="0" w:space="0" w:color="auto"/>
                        <w:bottom w:val="none" w:sz="0" w:space="0" w:color="auto"/>
                        <w:right w:val="none" w:sz="0" w:space="0" w:color="auto"/>
                      </w:divBdr>
                    </w:div>
                  </w:divsChild>
                </w:div>
                <w:div w:id="2139101317">
                  <w:marLeft w:val="0"/>
                  <w:marRight w:val="0"/>
                  <w:marTop w:val="0"/>
                  <w:marBottom w:val="0"/>
                  <w:divBdr>
                    <w:top w:val="none" w:sz="0" w:space="0" w:color="auto"/>
                    <w:left w:val="none" w:sz="0" w:space="0" w:color="auto"/>
                    <w:bottom w:val="none" w:sz="0" w:space="0" w:color="auto"/>
                    <w:right w:val="none" w:sz="0" w:space="0" w:color="auto"/>
                  </w:divBdr>
                  <w:divsChild>
                    <w:div w:id="1448306051">
                      <w:marLeft w:val="0"/>
                      <w:marRight w:val="0"/>
                      <w:marTop w:val="0"/>
                      <w:marBottom w:val="0"/>
                      <w:divBdr>
                        <w:top w:val="none" w:sz="0" w:space="0" w:color="auto"/>
                        <w:left w:val="none" w:sz="0" w:space="0" w:color="auto"/>
                        <w:bottom w:val="none" w:sz="0" w:space="0" w:color="auto"/>
                        <w:right w:val="none" w:sz="0" w:space="0" w:color="auto"/>
                      </w:divBdr>
                    </w:div>
                  </w:divsChild>
                </w:div>
                <w:div w:id="62725010">
                  <w:marLeft w:val="0"/>
                  <w:marRight w:val="0"/>
                  <w:marTop w:val="0"/>
                  <w:marBottom w:val="0"/>
                  <w:divBdr>
                    <w:top w:val="none" w:sz="0" w:space="0" w:color="auto"/>
                    <w:left w:val="none" w:sz="0" w:space="0" w:color="auto"/>
                    <w:bottom w:val="none" w:sz="0" w:space="0" w:color="auto"/>
                    <w:right w:val="none" w:sz="0" w:space="0" w:color="auto"/>
                  </w:divBdr>
                  <w:divsChild>
                    <w:div w:id="1182935256">
                      <w:marLeft w:val="0"/>
                      <w:marRight w:val="0"/>
                      <w:marTop w:val="0"/>
                      <w:marBottom w:val="0"/>
                      <w:divBdr>
                        <w:top w:val="none" w:sz="0" w:space="0" w:color="auto"/>
                        <w:left w:val="none" w:sz="0" w:space="0" w:color="auto"/>
                        <w:bottom w:val="none" w:sz="0" w:space="0" w:color="auto"/>
                        <w:right w:val="none" w:sz="0" w:space="0" w:color="auto"/>
                      </w:divBdr>
                    </w:div>
                  </w:divsChild>
                </w:div>
                <w:div w:id="1230652840">
                  <w:marLeft w:val="0"/>
                  <w:marRight w:val="0"/>
                  <w:marTop w:val="0"/>
                  <w:marBottom w:val="0"/>
                  <w:divBdr>
                    <w:top w:val="none" w:sz="0" w:space="0" w:color="auto"/>
                    <w:left w:val="none" w:sz="0" w:space="0" w:color="auto"/>
                    <w:bottom w:val="none" w:sz="0" w:space="0" w:color="auto"/>
                    <w:right w:val="none" w:sz="0" w:space="0" w:color="auto"/>
                  </w:divBdr>
                  <w:divsChild>
                    <w:div w:id="918098944">
                      <w:marLeft w:val="0"/>
                      <w:marRight w:val="0"/>
                      <w:marTop w:val="0"/>
                      <w:marBottom w:val="0"/>
                      <w:divBdr>
                        <w:top w:val="none" w:sz="0" w:space="0" w:color="auto"/>
                        <w:left w:val="none" w:sz="0" w:space="0" w:color="auto"/>
                        <w:bottom w:val="none" w:sz="0" w:space="0" w:color="auto"/>
                        <w:right w:val="none" w:sz="0" w:space="0" w:color="auto"/>
                      </w:divBdr>
                    </w:div>
                  </w:divsChild>
                </w:div>
                <w:div w:id="1156144959">
                  <w:marLeft w:val="0"/>
                  <w:marRight w:val="0"/>
                  <w:marTop w:val="0"/>
                  <w:marBottom w:val="0"/>
                  <w:divBdr>
                    <w:top w:val="none" w:sz="0" w:space="0" w:color="auto"/>
                    <w:left w:val="none" w:sz="0" w:space="0" w:color="auto"/>
                    <w:bottom w:val="none" w:sz="0" w:space="0" w:color="auto"/>
                    <w:right w:val="none" w:sz="0" w:space="0" w:color="auto"/>
                  </w:divBdr>
                  <w:divsChild>
                    <w:div w:id="1768840874">
                      <w:marLeft w:val="0"/>
                      <w:marRight w:val="0"/>
                      <w:marTop w:val="0"/>
                      <w:marBottom w:val="0"/>
                      <w:divBdr>
                        <w:top w:val="none" w:sz="0" w:space="0" w:color="auto"/>
                        <w:left w:val="none" w:sz="0" w:space="0" w:color="auto"/>
                        <w:bottom w:val="none" w:sz="0" w:space="0" w:color="auto"/>
                        <w:right w:val="none" w:sz="0" w:space="0" w:color="auto"/>
                      </w:divBdr>
                    </w:div>
                  </w:divsChild>
                </w:div>
                <w:div w:id="2145997713">
                  <w:marLeft w:val="0"/>
                  <w:marRight w:val="0"/>
                  <w:marTop w:val="0"/>
                  <w:marBottom w:val="0"/>
                  <w:divBdr>
                    <w:top w:val="none" w:sz="0" w:space="0" w:color="auto"/>
                    <w:left w:val="none" w:sz="0" w:space="0" w:color="auto"/>
                    <w:bottom w:val="none" w:sz="0" w:space="0" w:color="auto"/>
                    <w:right w:val="none" w:sz="0" w:space="0" w:color="auto"/>
                  </w:divBdr>
                  <w:divsChild>
                    <w:div w:id="89400866">
                      <w:marLeft w:val="0"/>
                      <w:marRight w:val="0"/>
                      <w:marTop w:val="0"/>
                      <w:marBottom w:val="0"/>
                      <w:divBdr>
                        <w:top w:val="none" w:sz="0" w:space="0" w:color="auto"/>
                        <w:left w:val="none" w:sz="0" w:space="0" w:color="auto"/>
                        <w:bottom w:val="none" w:sz="0" w:space="0" w:color="auto"/>
                        <w:right w:val="none" w:sz="0" w:space="0" w:color="auto"/>
                      </w:divBdr>
                    </w:div>
                  </w:divsChild>
                </w:div>
                <w:div w:id="498934685">
                  <w:marLeft w:val="0"/>
                  <w:marRight w:val="0"/>
                  <w:marTop w:val="0"/>
                  <w:marBottom w:val="0"/>
                  <w:divBdr>
                    <w:top w:val="none" w:sz="0" w:space="0" w:color="auto"/>
                    <w:left w:val="none" w:sz="0" w:space="0" w:color="auto"/>
                    <w:bottom w:val="none" w:sz="0" w:space="0" w:color="auto"/>
                    <w:right w:val="none" w:sz="0" w:space="0" w:color="auto"/>
                  </w:divBdr>
                  <w:divsChild>
                    <w:div w:id="1940796030">
                      <w:marLeft w:val="0"/>
                      <w:marRight w:val="0"/>
                      <w:marTop w:val="0"/>
                      <w:marBottom w:val="0"/>
                      <w:divBdr>
                        <w:top w:val="none" w:sz="0" w:space="0" w:color="auto"/>
                        <w:left w:val="none" w:sz="0" w:space="0" w:color="auto"/>
                        <w:bottom w:val="none" w:sz="0" w:space="0" w:color="auto"/>
                        <w:right w:val="none" w:sz="0" w:space="0" w:color="auto"/>
                      </w:divBdr>
                    </w:div>
                  </w:divsChild>
                </w:div>
                <w:div w:id="809906596">
                  <w:marLeft w:val="0"/>
                  <w:marRight w:val="0"/>
                  <w:marTop w:val="0"/>
                  <w:marBottom w:val="0"/>
                  <w:divBdr>
                    <w:top w:val="none" w:sz="0" w:space="0" w:color="auto"/>
                    <w:left w:val="none" w:sz="0" w:space="0" w:color="auto"/>
                    <w:bottom w:val="none" w:sz="0" w:space="0" w:color="auto"/>
                    <w:right w:val="none" w:sz="0" w:space="0" w:color="auto"/>
                  </w:divBdr>
                  <w:divsChild>
                    <w:div w:id="1660426189">
                      <w:marLeft w:val="0"/>
                      <w:marRight w:val="0"/>
                      <w:marTop w:val="0"/>
                      <w:marBottom w:val="0"/>
                      <w:divBdr>
                        <w:top w:val="none" w:sz="0" w:space="0" w:color="auto"/>
                        <w:left w:val="none" w:sz="0" w:space="0" w:color="auto"/>
                        <w:bottom w:val="none" w:sz="0" w:space="0" w:color="auto"/>
                        <w:right w:val="none" w:sz="0" w:space="0" w:color="auto"/>
                      </w:divBdr>
                    </w:div>
                  </w:divsChild>
                </w:div>
                <w:div w:id="971909107">
                  <w:marLeft w:val="0"/>
                  <w:marRight w:val="0"/>
                  <w:marTop w:val="0"/>
                  <w:marBottom w:val="0"/>
                  <w:divBdr>
                    <w:top w:val="none" w:sz="0" w:space="0" w:color="auto"/>
                    <w:left w:val="none" w:sz="0" w:space="0" w:color="auto"/>
                    <w:bottom w:val="none" w:sz="0" w:space="0" w:color="auto"/>
                    <w:right w:val="none" w:sz="0" w:space="0" w:color="auto"/>
                  </w:divBdr>
                  <w:divsChild>
                    <w:div w:id="2083797708">
                      <w:marLeft w:val="0"/>
                      <w:marRight w:val="0"/>
                      <w:marTop w:val="0"/>
                      <w:marBottom w:val="0"/>
                      <w:divBdr>
                        <w:top w:val="none" w:sz="0" w:space="0" w:color="auto"/>
                        <w:left w:val="none" w:sz="0" w:space="0" w:color="auto"/>
                        <w:bottom w:val="none" w:sz="0" w:space="0" w:color="auto"/>
                        <w:right w:val="none" w:sz="0" w:space="0" w:color="auto"/>
                      </w:divBdr>
                    </w:div>
                  </w:divsChild>
                </w:div>
                <w:div w:id="529341362">
                  <w:marLeft w:val="0"/>
                  <w:marRight w:val="0"/>
                  <w:marTop w:val="0"/>
                  <w:marBottom w:val="0"/>
                  <w:divBdr>
                    <w:top w:val="none" w:sz="0" w:space="0" w:color="auto"/>
                    <w:left w:val="none" w:sz="0" w:space="0" w:color="auto"/>
                    <w:bottom w:val="none" w:sz="0" w:space="0" w:color="auto"/>
                    <w:right w:val="none" w:sz="0" w:space="0" w:color="auto"/>
                  </w:divBdr>
                  <w:divsChild>
                    <w:div w:id="602497992">
                      <w:marLeft w:val="0"/>
                      <w:marRight w:val="0"/>
                      <w:marTop w:val="0"/>
                      <w:marBottom w:val="0"/>
                      <w:divBdr>
                        <w:top w:val="none" w:sz="0" w:space="0" w:color="auto"/>
                        <w:left w:val="none" w:sz="0" w:space="0" w:color="auto"/>
                        <w:bottom w:val="none" w:sz="0" w:space="0" w:color="auto"/>
                        <w:right w:val="none" w:sz="0" w:space="0" w:color="auto"/>
                      </w:divBdr>
                    </w:div>
                  </w:divsChild>
                </w:div>
                <w:div w:id="6910606">
                  <w:marLeft w:val="0"/>
                  <w:marRight w:val="0"/>
                  <w:marTop w:val="0"/>
                  <w:marBottom w:val="0"/>
                  <w:divBdr>
                    <w:top w:val="none" w:sz="0" w:space="0" w:color="auto"/>
                    <w:left w:val="none" w:sz="0" w:space="0" w:color="auto"/>
                    <w:bottom w:val="none" w:sz="0" w:space="0" w:color="auto"/>
                    <w:right w:val="none" w:sz="0" w:space="0" w:color="auto"/>
                  </w:divBdr>
                  <w:divsChild>
                    <w:div w:id="331642248">
                      <w:marLeft w:val="0"/>
                      <w:marRight w:val="0"/>
                      <w:marTop w:val="0"/>
                      <w:marBottom w:val="0"/>
                      <w:divBdr>
                        <w:top w:val="none" w:sz="0" w:space="0" w:color="auto"/>
                        <w:left w:val="none" w:sz="0" w:space="0" w:color="auto"/>
                        <w:bottom w:val="none" w:sz="0" w:space="0" w:color="auto"/>
                        <w:right w:val="none" w:sz="0" w:space="0" w:color="auto"/>
                      </w:divBdr>
                    </w:div>
                  </w:divsChild>
                </w:div>
                <w:div w:id="1059549950">
                  <w:marLeft w:val="0"/>
                  <w:marRight w:val="0"/>
                  <w:marTop w:val="0"/>
                  <w:marBottom w:val="0"/>
                  <w:divBdr>
                    <w:top w:val="none" w:sz="0" w:space="0" w:color="auto"/>
                    <w:left w:val="none" w:sz="0" w:space="0" w:color="auto"/>
                    <w:bottom w:val="none" w:sz="0" w:space="0" w:color="auto"/>
                    <w:right w:val="none" w:sz="0" w:space="0" w:color="auto"/>
                  </w:divBdr>
                  <w:divsChild>
                    <w:div w:id="1626619550">
                      <w:marLeft w:val="0"/>
                      <w:marRight w:val="0"/>
                      <w:marTop w:val="0"/>
                      <w:marBottom w:val="0"/>
                      <w:divBdr>
                        <w:top w:val="none" w:sz="0" w:space="0" w:color="auto"/>
                        <w:left w:val="none" w:sz="0" w:space="0" w:color="auto"/>
                        <w:bottom w:val="none" w:sz="0" w:space="0" w:color="auto"/>
                        <w:right w:val="none" w:sz="0" w:space="0" w:color="auto"/>
                      </w:divBdr>
                    </w:div>
                  </w:divsChild>
                </w:div>
                <w:div w:id="243492817">
                  <w:marLeft w:val="0"/>
                  <w:marRight w:val="0"/>
                  <w:marTop w:val="0"/>
                  <w:marBottom w:val="0"/>
                  <w:divBdr>
                    <w:top w:val="none" w:sz="0" w:space="0" w:color="auto"/>
                    <w:left w:val="none" w:sz="0" w:space="0" w:color="auto"/>
                    <w:bottom w:val="none" w:sz="0" w:space="0" w:color="auto"/>
                    <w:right w:val="none" w:sz="0" w:space="0" w:color="auto"/>
                  </w:divBdr>
                  <w:divsChild>
                    <w:div w:id="48065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5388077">
          <w:marLeft w:val="0"/>
          <w:marRight w:val="0"/>
          <w:marTop w:val="0"/>
          <w:marBottom w:val="0"/>
          <w:divBdr>
            <w:top w:val="none" w:sz="0" w:space="0" w:color="auto"/>
            <w:left w:val="none" w:sz="0" w:space="0" w:color="auto"/>
            <w:bottom w:val="none" w:sz="0" w:space="0" w:color="auto"/>
            <w:right w:val="none" w:sz="0" w:space="0" w:color="auto"/>
          </w:divBdr>
          <w:divsChild>
            <w:div w:id="1770929420">
              <w:marLeft w:val="0"/>
              <w:marRight w:val="0"/>
              <w:marTop w:val="0"/>
              <w:marBottom w:val="0"/>
              <w:divBdr>
                <w:top w:val="none" w:sz="0" w:space="0" w:color="auto"/>
                <w:left w:val="none" w:sz="0" w:space="0" w:color="auto"/>
                <w:bottom w:val="none" w:sz="0" w:space="0" w:color="auto"/>
                <w:right w:val="none" w:sz="0" w:space="0" w:color="auto"/>
              </w:divBdr>
            </w:div>
            <w:div w:id="2040815304">
              <w:marLeft w:val="0"/>
              <w:marRight w:val="0"/>
              <w:marTop w:val="0"/>
              <w:marBottom w:val="0"/>
              <w:divBdr>
                <w:top w:val="none" w:sz="0" w:space="0" w:color="auto"/>
                <w:left w:val="none" w:sz="0" w:space="0" w:color="auto"/>
                <w:bottom w:val="none" w:sz="0" w:space="0" w:color="auto"/>
                <w:right w:val="none" w:sz="0" w:space="0" w:color="auto"/>
              </w:divBdr>
              <w:divsChild>
                <w:div w:id="527792398">
                  <w:marLeft w:val="0"/>
                  <w:marRight w:val="0"/>
                  <w:marTop w:val="0"/>
                  <w:marBottom w:val="0"/>
                  <w:divBdr>
                    <w:top w:val="none" w:sz="0" w:space="0" w:color="auto"/>
                    <w:left w:val="none" w:sz="0" w:space="0" w:color="auto"/>
                    <w:bottom w:val="none" w:sz="0" w:space="0" w:color="auto"/>
                    <w:right w:val="none" w:sz="0" w:space="0" w:color="auto"/>
                  </w:divBdr>
                  <w:divsChild>
                    <w:div w:id="66148516">
                      <w:marLeft w:val="0"/>
                      <w:marRight w:val="0"/>
                      <w:marTop w:val="0"/>
                      <w:marBottom w:val="0"/>
                      <w:divBdr>
                        <w:top w:val="none" w:sz="0" w:space="0" w:color="auto"/>
                        <w:left w:val="none" w:sz="0" w:space="0" w:color="auto"/>
                        <w:bottom w:val="none" w:sz="0" w:space="0" w:color="auto"/>
                        <w:right w:val="none" w:sz="0" w:space="0" w:color="auto"/>
                      </w:divBdr>
                    </w:div>
                  </w:divsChild>
                </w:div>
                <w:div w:id="1237476130">
                  <w:marLeft w:val="0"/>
                  <w:marRight w:val="0"/>
                  <w:marTop w:val="0"/>
                  <w:marBottom w:val="0"/>
                  <w:divBdr>
                    <w:top w:val="none" w:sz="0" w:space="0" w:color="auto"/>
                    <w:left w:val="none" w:sz="0" w:space="0" w:color="auto"/>
                    <w:bottom w:val="none" w:sz="0" w:space="0" w:color="auto"/>
                    <w:right w:val="none" w:sz="0" w:space="0" w:color="auto"/>
                  </w:divBdr>
                  <w:divsChild>
                    <w:div w:id="1226141779">
                      <w:marLeft w:val="0"/>
                      <w:marRight w:val="0"/>
                      <w:marTop w:val="0"/>
                      <w:marBottom w:val="0"/>
                      <w:divBdr>
                        <w:top w:val="none" w:sz="0" w:space="0" w:color="auto"/>
                        <w:left w:val="none" w:sz="0" w:space="0" w:color="auto"/>
                        <w:bottom w:val="none" w:sz="0" w:space="0" w:color="auto"/>
                        <w:right w:val="none" w:sz="0" w:space="0" w:color="auto"/>
                      </w:divBdr>
                    </w:div>
                  </w:divsChild>
                </w:div>
                <w:div w:id="1545170930">
                  <w:marLeft w:val="0"/>
                  <w:marRight w:val="0"/>
                  <w:marTop w:val="0"/>
                  <w:marBottom w:val="0"/>
                  <w:divBdr>
                    <w:top w:val="none" w:sz="0" w:space="0" w:color="auto"/>
                    <w:left w:val="none" w:sz="0" w:space="0" w:color="auto"/>
                    <w:bottom w:val="none" w:sz="0" w:space="0" w:color="auto"/>
                    <w:right w:val="none" w:sz="0" w:space="0" w:color="auto"/>
                  </w:divBdr>
                  <w:divsChild>
                    <w:div w:id="706949489">
                      <w:marLeft w:val="0"/>
                      <w:marRight w:val="0"/>
                      <w:marTop w:val="0"/>
                      <w:marBottom w:val="0"/>
                      <w:divBdr>
                        <w:top w:val="none" w:sz="0" w:space="0" w:color="auto"/>
                        <w:left w:val="none" w:sz="0" w:space="0" w:color="auto"/>
                        <w:bottom w:val="none" w:sz="0" w:space="0" w:color="auto"/>
                        <w:right w:val="none" w:sz="0" w:space="0" w:color="auto"/>
                      </w:divBdr>
                    </w:div>
                  </w:divsChild>
                </w:div>
                <w:div w:id="477495554">
                  <w:marLeft w:val="0"/>
                  <w:marRight w:val="0"/>
                  <w:marTop w:val="0"/>
                  <w:marBottom w:val="0"/>
                  <w:divBdr>
                    <w:top w:val="none" w:sz="0" w:space="0" w:color="auto"/>
                    <w:left w:val="none" w:sz="0" w:space="0" w:color="auto"/>
                    <w:bottom w:val="none" w:sz="0" w:space="0" w:color="auto"/>
                    <w:right w:val="none" w:sz="0" w:space="0" w:color="auto"/>
                  </w:divBdr>
                  <w:divsChild>
                    <w:div w:id="876039831">
                      <w:marLeft w:val="0"/>
                      <w:marRight w:val="0"/>
                      <w:marTop w:val="0"/>
                      <w:marBottom w:val="0"/>
                      <w:divBdr>
                        <w:top w:val="none" w:sz="0" w:space="0" w:color="auto"/>
                        <w:left w:val="none" w:sz="0" w:space="0" w:color="auto"/>
                        <w:bottom w:val="none" w:sz="0" w:space="0" w:color="auto"/>
                        <w:right w:val="none" w:sz="0" w:space="0" w:color="auto"/>
                      </w:divBdr>
                    </w:div>
                  </w:divsChild>
                </w:div>
                <w:div w:id="899897768">
                  <w:marLeft w:val="0"/>
                  <w:marRight w:val="0"/>
                  <w:marTop w:val="0"/>
                  <w:marBottom w:val="0"/>
                  <w:divBdr>
                    <w:top w:val="none" w:sz="0" w:space="0" w:color="auto"/>
                    <w:left w:val="none" w:sz="0" w:space="0" w:color="auto"/>
                    <w:bottom w:val="none" w:sz="0" w:space="0" w:color="auto"/>
                    <w:right w:val="none" w:sz="0" w:space="0" w:color="auto"/>
                  </w:divBdr>
                  <w:divsChild>
                    <w:div w:id="896235086">
                      <w:marLeft w:val="0"/>
                      <w:marRight w:val="0"/>
                      <w:marTop w:val="0"/>
                      <w:marBottom w:val="0"/>
                      <w:divBdr>
                        <w:top w:val="none" w:sz="0" w:space="0" w:color="auto"/>
                        <w:left w:val="none" w:sz="0" w:space="0" w:color="auto"/>
                        <w:bottom w:val="none" w:sz="0" w:space="0" w:color="auto"/>
                        <w:right w:val="none" w:sz="0" w:space="0" w:color="auto"/>
                      </w:divBdr>
                    </w:div>
                  </w:divsChild>
                </w:div>
                <w:div w:id="32314090">
                  <w:marLeft w:val="0"/>
                  <w:marRight w:val="0"/>
                  <w:marTop w:val="0"/>
                  <w:marBottom w:val="0"/>
                  <w:divBdr>
                    <w:top w:val="none" w:sz="0" w:space="0" w:color="auto"/>
                    <w:left w:val="none" w:sz="0" w:space="0" w:color="auto"/>
                    <w:bottom w:val="none" w:sz="0" w:space="0" w:color="auto"/>
                    <w:right w:val="none" w:sz="0" w:space="0" w:color="auto"/>
                  </w:divBdr>
                  <w:divsChild>
                    <w:div w:id="909003795">
                      <w:marLeft w:val="0"/>
                      <w:marRight w:val="0"/>
                      <w:marTop w:val="0"/>
                      <w:marBottom w:val="0"/>
                      <w:divBdr>
                        <w:top w:val="none" w:sz="0" w:space="0" w:color="auto"/>
                        <w:left w:val="none" w:sz="0" w:space="0" w:color="auto"/>
                        <w:bottom w:val="none" w:sz="0" w:space="0" w:color="auto"/>
                        <w:right w:val="none" w:sz="0" w:space="0" w:color="auto"/>
                      </w:divBdr>
                    </w:div>
                  </w:divsChild>
                </w:div>
                <w:div w:id="688724236">
                  <w:marLeft w:val="0"/>
                  <w:marRight w:val="0"/>
                  <w:marTop w:val="0"/>
                  <w:marBottom w:val="0"/>
                  <w:divBdr>
                    <w:top w:val="none" w:sz="0" w:space="0" w:color="auto"/>
                    <w:left w:val="none" w:sz="0" w:space="0" w:color="auto"/>
                    <w:bottom w:val="none" w:sz="0" w:space="0" w:color="auto"/>
                    <w:right w:val="none" w:sz="0" w:space="0" w:color="auto"/>
                  </w:divBdr>
                  <w:divsChild>
                    <w:div w:id="915167716">
                      <w:marLeft w:val="0"/>
                      <w:marRight w:val="0"/>
                      <w:marTop w:val="0"/>
                      <w:marBottom w:val="0"/>
                      <w:divBdr>
                        <w:top w:val="none" w:sz="0" w:space="0" w:color="auto"/>
                        <w:left w:val="none" w:sz="0" w:space="0" w:color="auto"/>
                        <w:bottom w:val="none" w:sz="0" w:space="0" w:color="auto"/>
                        <w:right w:val="none" w:sz="0" w:space="0" w:color="auto"/>
                      </w:divBdr>
                    </w:div>
                  </w:divsChild>
                </w:div>
                <w:div w:id="2038580451">
                  <w:marLeft w:val="0"/>
                  <w:marRight w:val="0"/>
                  <w:marTop w:val="0"/>
                  <w:marBottom w:val="0"/>
                  <w:divBdr>
                    <w:top w:val="none" w:sz="0" w:space="0" w:color="auto"/>
                    <w:left w:val="none" w:sz="0" w:space="0" w:color="auto"/>
                    <w:bottom w:val="none" w:sz="0" w:space="0" w:color="auto"/>
                    <w:right w:val="none" w:sz="0" w:space="0" w:color="auto"/>
                  </w:divBdr>
                  <w:divsChild>
                    <w:div w:id="2074303614">
                      <w:marLeft w:val="0"/>
                      <w:marRight w:val="0"/>
                      <w:marTop w:val="0"/>
                      <w:marBottom w:val="0"/>
                      <w:divBdr>
                        <w:top w:val="none" w:sz="0" w:space="0" w:color="auto"/>
                        <w:left w:val="none" w:sz="0" w:space="0" w:color="auto"/>
                        <w:bottom w:val="none" w:sz="0" w:space="0" w:color="auto"/>
                        <w:right w:val="none" w:sz="0" w:space="0" w:color="auto"/>
                      </w:divBdr>
                    </w:div>
                  </w:divsChild>
                </w:div>
                <w:div w:id="1380938799">
                  <w:marLeft w:val="0"/>
                  <w:marRight w:val="0"/>
                  <w:marTop w:val="0"/>
                  <w:marBottom w:val="0"/>
                  <w:divBdr>
                    <w:top w:val="none" w:sz="0" w:space="0" w:color="auto"/>
                    <w:left w:val="none" w:sz="0" w:space="0" w:color="auto"/>
                    <w:bottom w:val="none" w:sz="0" w:space="0" w:color="auto"/>
                    <w:right w:val="none" w:sz="0" w:space="0" w:color="auto"/>
                  </w:divBdr>
                  <w:divsChild>
                    <w:div w:id="1269196049">
                      <w:marLeft w:val="0"/>
                      <w:marRight w:val="0"/>
                      <w:marTop w:val="0"/>
                      <w:marBottom w:val="0"/>
                      <w:divBdr>
                        <w:top w:val="none" w:sz="0" w:space="0" w:color="auto"/>
                        <w:left w:val="none" w:sz="0" w:space="0" w:color="auto"/>
                        <w:bottom w:val="none" w:sz="0" w:space="0" w:color="auto"/>
                        <w:right w:val="none" w:sz="0" w:space="0" w:color="auto"/>
                      </w:divBdr>
                    </w:div>
                  </w:divsChild>
                </w:div>
                <w:div w:id="114181900">
                  <w:marLeft w:val="0"/>
                  <w:marRight w:val="0"/>
                  <w:marTop w:val="0"/>
                  <w:marBottom w:val="0"/>
                  <w:divBdr>
                    <w:top w:val="none" w:sz="0" w:space="0" w:color="auto"/>
                    <w:left w:val="none" w:sz="0" w:space="0" w:color="auto"/>
                    <w:bottom w:val="none" w:sz="0" w:space="0" w:color="auto"/>
                    <w:right w:val="none" w:sz="0" w:space="0" w:color="auto"/>
                  </w:divBdr>
                  <w:divsChild>
                    <w:div w:id="1698387427">
                      <w:marLeft w:val="0"/>
                      <w:marRight w:val="0"/>
                      <w:marTop w:val="0"/>
                      <w:marBottom w:val="0"/>
                      <w:divBdr>
                        <w:top w:val="none" w:sz="0" w:space="0" w:color="auto"/>
                        <w:left w:val="none" w:sz="0" w:space="0" w:color="auto"/>
                        <w:bottom w:val="none" w:sz="0" w:space="0" w:color="auto"/>
                        <w:right w:val="none" w:sz="0" w:space="0" w:color="auto"/>
                      </w:divBdr>
                    </w:div>
                  </w:divsChild>
                </w:div>
                <w:div w:id="1468549638">
                  <w:marLeft w:val="0"/>
                  <w:marRight w:val="0"/>
                  <w:marTop w:val="0"/>
                  <w:marBottom w:val="0"/>
                  <w:divBdr>
                    <w:top w:val="none" w:sz="0" w:space="0" w:color="auto"/>
                    <w:left w:val="none" w:sz="0" w:space="0" w:color="auto"/>
                    <w:bottom w:val="none" w:sz="0" w:space="0" w:color="auto"/>
                    <w:right w:val="none" w:sz="0" w:space="0" w:color="auto"/>
                  </w:divBdr>
                  <w:divsChild>
                    <w:div w:id="835075892">
                      <w:marLeft w:val="0"/>
                      <w:marRight w:val="0"/>
                      <w:marTop w:val="0"/>
                      <w:marBottom w:val="0"/>
                      <w:divBdr>
                        <w:top w:val="none" w:sz="0" w:space="0" w:color="auto"/>
                        <w:left w:val="none" w:sz="0" w:space="0" w:color="auto"/>
                        <w:bottom w:val="none" w:sz="0" w:space="0" w:color="auto"/>
                        <w:right w:val="none" w:sz="0" w:space="0" w:color="auto"/>
                      </w:divBdr>
                    </w:div>
                  </w:divsChild>
                </w:div>
                <w:div w:id="1156384644">
                  <w:marLeft w:val="0"/>
                  <w:marRight w:val="0"/>
                  <w:marTop w:val="0"/>
                  <w:marBottom w:val="0"/>
                  <w:divBdr>
                    <w:top w:val="none" w:sz="0" w:space="0" w:color="auto"/>
                    <w:left w:val="none" w:sz="0" w:space="0" w:color="auto"/>
                    <w:bottom w:val="none" w:sz="0" w:space="0" w:color="auto"/>
                    <w:right w:val="none" w:sz="0" w:space="0" w:color="auto"/>
                  </w:divBdr>
                  <w:divsChild>
                    <w:div w:id="1581328382">
                      <w:marLeft w:val="0"/>
                      <w:marRight w:val="0"/>
                      <w:marTop w:val="0"/>
                      <w:marBottom w:val="0"/>
                      <w:divBdr>
                        <w:top w:val="none" w:sz="0" w:space="0" w:color="auto"/>
                        <w:left w:val="none" w:sz="0" w:space="0" w:color="auto"/>
                        <w:bottom w:val="none" w:sz="0" w:space="0" w:color="auto"/>
                        <w:right w:val="none" w:sz="0" w:space="0" w:color="auto"/>
                      </w:divBdr>
                    </w:div>
                  </w:divsChild>
                </w:div>
                <w:div w:id="401374211">
                  <w:marLeft w:val="0"/>
                  <w:marRight w:val="0"/>
                  <w:marTop w:val="0"/>
                  <w:marBottom w:val="0"/>
                  <w:divBdr>
                    <w:top w:val="none" w:sz="0" w:space="0" w:color="auto"/>
                    <w:left w:val="none" w:sz="0" w:space="0" w:color="auto"/>
                    <w:bottom w:val="none" w:sz="0" w:space="0" w:color="auto"/>
                    <w:right w:val="none" w:sz="0" w:space="0" w:color="auto"/>
                  </w:divBdr>
                  <w:divsChild>
                    <w:div w:id="1501197691">
                      <w:marLeft w:val="0"/>
                      <w:marRight w:val="0"/>
                      <w:marTop w:val="0"/>
                      <w:marBottom w:val="0"/>
                      <w:divBdr>
                        <w:top w:val="none" w:sz="0" w:space="0" w:color="auto"/>
                        <w:left w:val="none" w:sz="0" w:space="0" w:color="auto"/>
                        <w:bottom w:val="none" w:sz="0" w:space="0" w:color="auto"/>
                        <w:right w:val="none" w:sz="0" w:space="0" w:color="auto"/>
                      </w:divBdr>
                    </w:div>
                  </w:divsChild>
                </w:div>
                <w:div w:id="376592139">
                  <w:marLeft w:val="0"/>
                  <w:marRight w:val="0"/>
                  <w:marTop w:val="0"/>
                  <w:marBottom w:val="0"/>
                  <w:divBdr>
                    <w:top w:val="none" w:sz="0" w:space="0" w:color="auto"/>
                    <w:left w:val="none" w:sz="0" w:space="0" w:color="auto"/>
                    <w:bottom w:val="none" w:sz="0" w:space="0" w:color="auto"/>
                    <w:right w:val="none" w:sz="0" w:space="0" w:color="auto"/>
                  </w:divBdr>
                  <w:divsChild>
                    <w:div w:id="1061750578">
                      <w:marLeft w:val="0"/>
                      <w:marRight w:val="0"/>
                      <w:marTop w:val="0"/>
                      <w:marBottom w:val="0"/>
                      <w:divBdr>
                        <w:top w:val="none" w:sz="0" w:space="0" w:color="auto"/>
                        <w:left w:val="none" w:sz="0" w:space="0" w:color="auto"/>
                        <w:bottom w:val="none" w:sz="0" w:space="0" w:color="auto"/>
                        <w:right w:val="none" w:sz="0" w:space="0" w:color="auto"/>
                      </w:divBdr>
                    </w:div>
                  </w:divsChild>
                </w:div>
                <w:div w:id="835614322">
                  <w:marLeft w:val="0"/>
                  <w:marRight w:val="0"/>
                  <w:marTop w:val="0"/>
                  <w:marBottom w:val="0"/>
                  <w:divBdr>
                    <w:top w:val="none" w:sz="0" w:space="0" w:color="auto"/>
                    <w:left w:val="none" w:sz="0" w:space="0" w:color="auto"/>
                    <w:bottom w:val="none" w:sz="0" w:space="0" w:color="auto"/>
                    <w:right w:val="none" w:sz="0" w:space="0" w:color="auto"/>
                  </w:divBdr>
                  <w:divsChild>
                    <w:div w:id="1573659155">
                      <w:marLeft w:val="0"/>
                      <w:marRight w:val="0"/>
                      <w:marTop w:val="0"/>
                      <w:marBottom w:val="0"/>
                      <w:divBdr>
                        <w:top w:val="none" w:sz="0" w:space="0" w:color="auto"/>
                        <w:left w:val="none" w:sz="0" w:space="0" w:color="auto"/>
                        <w:bottom w:val="none" w:sz="0" w:space="0" w:color="auto"/>
                        <w:right w:val="none" w:sz="0" w:space="0" w:color="auto"/>
                      </w:divBdr>
                    </w:div>
                  </w:divsChild>
                </w:div>
                <w:div w:id="1088114631">
                  <w:marLeft w:val="0"/>
                  <w:marRight w:val="0"/>
                  <w:marTop w:val="0"/>
                  <w:marBottom w:val="0"/>
                  <w:divBdr>
                    <w:top w:val="none" w:sz="0" w:space="0" w:color="auto"/>
                    <w:left w:val="none" w:sz="0" w:space="0" w:color="auto"/>
                    <w:bottom w:val="none" w:sz="0" w:space="0" w:color="auto"/>
                    <w:right w:val="none" w:sz="0" w:space="0" w:color="auto"/>
                  </w:divBdr>
                  <w:divsChild>
                    <w:div w:id="641957598">
                      <w:marLeft w:val="0"/>
                      <w:marRight w:val="0"/>
                      <w:marTop w:val="0"/>
                      <w:marBottom w:val="0"/>
                      <w:divBdr>
                        <w:top w:val="none" w:sz="0" w:space="0" w:color="auto"/>
                        <w:left w:val="none" w:sz="0" w:space="0" w:color="auto"/>
                        <w:bottom w:val="none" w:sz="0" w:space="0" w:color="auto"/>
                        <w:right w:val="none" w:sz="0" w:space="0" w:color="auto"/>
                      </w:divBdr>
                    </w:div>
                  </w:divsChild>
                </w:div>
                <w:div w:id="2088110388">
                  <w:marLeft w:val="0"/>
                  <w:marRight w:val="0"/>
                  <w:marTop w:val="0"/>
                  <w:marBottom w:val="0"/>
                  <w:divBdr>
                    <w:top w:val="none" w:sz="0" w:space="0" w:color="auto"/>
                    <w:left w:val="none" w:sz="0" w:space="0" w:color="auto"/>
                    <w:bottom w:val="none" w:sz="0" w:space="0" w:color="auto"/>
                    <w:right w:val="none" w:sz="0" w:space="0" w:color="auto"/>
                  </w:divBdr>
                  <w:divsChild>
                    <w:div w:id="566301704">
                      <w:marLeft w:val="0"/>
                      <w:marRight w:val="0"/>
                      <w:marTop w:val="0"/>
                      <w:marBottom w:val="0"/>
                      <w:divBdr>
                        <w:top w:val="none" w:sz="0" w:space="0" w:color="auto"/>
                        <w:left w:val="none" w:sz="0" w:space="0" w:color="auto"/>
                        <w:bottom w:val="none" w:sz="0" w:space="0" w:color="auto"/>
                        <w:right w:val="none" w:sz="0" w:space="0" w:color="auto"/>
                      </w:divBdr>
                    </w:div>
                  </w:divsChild>
                </w:div>
                <w:div w:id="140125544">
                  <w:marLeft w:val="0"/>
                  <w:marRight w:val="0"/>
                  <w:marTop w:val="0"/>
                  <w:marBottom w:val="0"/>
                  <w:divBdr>
                    <w:top w:val="none" w:sz="0" w:space="0" w:color="auto"/>
                    <w:left w:val="none" w:sz="0" w:space="0" w:color="auto"/>
                    <w:bottom w:val="none" w:sz="0" w:space="0" w:color="auto"/>
                    <w:right w:val="none" w:sz="0" w:space="0" w:color="auto"/>
                  </w:divBdr>
                  <w:divsChild>
                    <w:div w:id="612786887">
                      <w:marLeft w:val="0"/>
                      <w:marRight w:val="0"/>
                      <w:marTop w:val="0"/>
                      <w:marBottom w:val="0"/>
                      <w:divBdr>
                        <w:top w:val="none" w:sz="0" w:space="0" w:color="auto"/>
                        <w:left w:val="none" w:sz="0" w:space="0" w:color="auto"/>
                        <w:bottom w:val="none" w:sz="0" w:space="0" w:color="auto"/>
                        <w:right w:val="none" w:sz="0" w:space="0" w:color="auto"/>
                      </w:divBdr>
                    </w:div>
                  </w:divsChild>
                </w:div>
                <w:div w:id="1825464244">
                  <w:marLeft w:val="0"/>
                  <w:marRight w:val="0"/>
                  <w:marTop w:val="0"/>
                  <w:marBottom w:val="0"/>
                  <w:divBdr>
                    <w:top w:val="none" w:sz="0" w:space="0" w:color="auto"/>
                    <w:left w:val="none" w:sz="0" w:space="0" w:color="auto"/>
                    <w:bottom w:val="none" w:sz="0" w:space="0" w:color="auto"/>
                    <w:right w:val="none" w:sz="0" w:space="0" w:color="auto"/>
                  </w:divBdr>
                  <w:divsChild>
                    <w:div w:id="156849117">
                      <w:marLeft w:val="0"/>
                      <w:marRight w:val="0"/>
                      <w:marTop w:val="0"/>
                      <w:marBottom w:val="0"/>
                      <w:divBdr>
                        <w:top w:val="none" w:sz="0" w:space="0" w:color="auto"/>
                        <w:left w:val="none" w:sz="0" w:space="0" w:color="auto"/>
                        <w:bottom w:val="none" w:sz="0" w:space="0" w:color="auto"/>
                        <w:right w:val="none" w:sz="0" w:space="0" w:color="auto"/>
                      </w:divBdr>
                    </w:div>
                  </w:divsChild>
                </w:div>
                <w:div w:id="477578241">
                  <w:marLeft w:val="0"/>
                  <w:marRight w:val="0"/>
                  <w:marTop w:val="0"/>
                  <w:marBottom w:val="0"/>
                  <w:divBdr>
                    <w:top w:val="none" w:sz="0" w:space="0" w:color="auto"/>
                    <w:left w:val="none" w:sz="0" w:space="0" w:color="auto"/>
                    <w:bottom w:val="none" w:sz="0" w:space="0" w:color="auto"/>
                    <w:right w:val="none" w:sz="0" w:space="0" w:color="auto"/>
                  </w:divBdr>
                  <w:divsChild>
                    <w:div w:id="782263470">
                      <w:marLeft w:val="0"/>
                      <w:marRight w:val="0"/>
                      <w:marTop w:val="0"/>
                      <w:marBottom w:val="0"/>
                      <w:divBdr>
                        <w:top w:val="none" w:sz="0" w:space="0" w:color="auto"/>
                        <w:left w:val="none" w:sz="0" w:space="0" w:color="auto"/>
                        <w:bottom w:val="none" w:sz="0" w:space="0" w:color="auto"/>
                        <w:right w:val="none" w:sz="0" w:space="0" w:color="auto"/>
                      </w:divBdr>
                    </w:div>
                  </w:divsChild>
                </w:div>
                <w:div w:id="1292441225">
                  <w:marLeft w:val="0"/>
                  <w:marRight w:val="0"/>
                  <w:marTop w:val="0"/>
                  <w:marBottom w:val="0"/>
                  <w:divBdr>
                    <w:top w:val="none" w:sz="0" w:space="0" w:color="auto"/>
                    <w:left w:val="none" w:sz="0" w:space="0" w:color="auto"/>
                    <w:bottom w:val="none" w:sz="0" w:space="0" w:color="auto"/>
                    <w:right w:val="none" w:sz="0" w:space="0" w:color="auto"/>
                  </w:divBdr>
                  <w:divsChild>
                    <w:div w:id="1711876598">
                      <w:marLeft w:val="0"/>
                      <w:marRight w:val="0"/>
                      <w:marTop w:val="0"/>
                      <w:marBottom w:val="0"/>
                      <w:divBdr>
                        <w:top w:val="none" w:sz="0" w:space="0" w:color="auto"/>
                        <w:left w:val="none" w:sz="0" w:space="0" w:color="auto"/>
                        <w:bottom w:val="none" w:sz="0" w:space="0" w:color="auto"/>
                        <w:right w:val="none" w:sz="0" w:space="0" w:color="auto"/>
                      </w:divBdr>
                    </w:div>
                  </w:divsChild>
                </w:div>
                <w:div w:id="1633637855">
                  <w:marLeft w:val="0"/>
                  <w:marRight w:val="0"/>
                  <w:marTop w:val="0"/>
                  <w:marBottom w:val="0"/>
                  <w:divBdr>
                    <w:top w:val="none" w:sz="0" w:space="0" w:color="auto"/>
                    <w:left w:val="none" w:sz="0" w:space="0" w:color="auto"/>
                    <w:bottom w:val="none" w:sz="0" w:space="0" w:color="auto"/>
                    <w:right w:val="none" w:sz="0" w:space="0" w:color="auto"/>
                  </w:divBdr>
                  <w:divsChild>
                    <w:div w:id="443115486">
                      <w:marLeft w:val="0"/>
                      <w:marRight w:val="0"/>
                      <w:marTop w:val="0"/>
                      <w:marBottom w:val="0"/>
                      <w:divBdr>
                        <w:top w:val="none" w:sz="0" w:space="0" w:color="auto"/>
                        <w:left w:val="none" w:sz="0" w:space="0" w:color="auto"/>
                        <w:bottom w:val="none" w:sz="0" w:space="0" w:color="auto"/>
                        <w:right w:val="none" w:sz="0" w:space="0" w:color="auto"/>
                      </w:divBdr>
                    </w:div>
                  </w:divsChild>
                </w:div>
                <w:div w:id="385370763">
                  <w:marLeft w:val="0"/>
                  <w:marRight w:val="0"/>
                  <w:marTop w:val="0"/>
                  <w:marBottom w:val="0"/>
                  <w:divBdr>
                    <w:top w:val="none" w:sz="0" w:space="0" w:color="auto"/>
                    <w:left w:val="none" w:sz="0" w:space="0" w:color="auto"/>
                    <w:bottom w:val="none" w:sz="0" w:space="0" w:color="auto"/>
                    <w:right w:val="none" w:sz="0" w:space="0" w:color="auto"/>
                  </w:divBdr>
                  <w:divsChild>
                    <w:div w:id="1566723451">
                      <w:marLeft w:val="0"/>
                      <w:marRight w:val="0"/>
                      <w:marTop w:val="0"/>
                      <w:marBottom w:val="0"/>
                      <w:divBdr>
                        <w:top w:val="none" w:sz="0" w:space="0" w:color="auto"/>
                        <w:left w:val="none" w:sz="0" w:space="0" w:color="auto"/>
                        <w:bottom w:val="none" w:sz="0" w:space="0" w:color="auto"/>
                        <w:right w:val="none" w:sz="0" w:space="0" w:color="auto"/>
                      </w:divBdr>
                    </w:div>
                  </w:divsChild>
                </w:div>
                <w:div w:id="1286352362">
                  <w:marLeft w:val="0"/>
                  <w:marRight w:val="0"/>
                  <w:marTop w:val="0"/>
                  <w:marBottom w:val="0"/>
                  <w:divBdr>
                    <w:top w:val="none" w:sz="0" w:space="0" w:color="auto"/>
                    <w:left w:val="none" w:sz="0" w:space="0" w:color="auto"/>
                    <w:bottom w:val="none" w:sz="0" w:space="0" w:color="auto"/>
                    <w:right w:val="none" w:sz="0" w:space="0" w:color="auto"/>
                  </w:divBdr>
                  <w:divsChild>
                    <w:div w:id="1287195123">
                      <w:marLeft w:val="0"/>
                      <w:marRight w:val="0"/>
                      <w:marTop w:val="0"/>
                      <w:marBottom w:val="0"/>
                      <w:divBdr>
                        <w:top w:val="none" w:sz="0" w:space="0" w:color="auto"/>
                        <w:left w:val="none" w:sz="0" w:space="0" w:color="auto"/>
                        <w:bottom w:val="none" w:sz="0" w:space="0" w:color="auto"/>
                        <w:right w:val="none" w:sz="0" w:space="0" w:color="auto"/>
                      </w:divBdr>
                    </w:div>
                  </w:divsChild>
                </w:div>
                <w:div w:id="580679289">
                  <w:marLeft w:val="0"/>
                  <w:marRight w:val="0"/>
                  <w:marTop w:val="0"/>
                  <w:marBottom w:val="0"/>
                  <w:divBdr>
                    <w:top w:val="none" w:sz="0" w:space="0" w:color="auto"/>
                    <w:left w:val="none" w:sz="0" w:space="0" w:color="auto"/>
                    <w:bottom w:val="none" w:sz="0" w:space="0" w:color="auto"/>
                    <w:right w:val="none" w:sz="0" w:space="0" w:color="auto"/>
                  </w:divBdr>
                  <w:divsChild>
                    <w:div w:id="1967851792">
                      <w:marLeft w:val="0"/>
                      <w:marRight w:val="0"/>
                      <w:marTop w:val="0"/>
                      <w:marBottom w:val="0"/>
                      <w:divBdr>
                        <w:top w:val="none" w:sz="0" w:space="0" w:color="auto"/>
                        <w:left w:val="none" w:sz="0" w:space="0" w:color="auto"/>
                        <w:bottom w:val="none" w:sz="0" w:space="0" w:color="auto"/>
                        <w:right w:val="none" w:sz="0" w:space="0" w:color="auto"/>
                      </w:divBdr>
                    </w:div>
                  </w:divsChild>
                </w:div>
                <w:div w:id="1466006870">
                  <w:marLeft w:val="0"/>
                  <w:marRight w:val="0"/>
                  <w:marTop w:val="0"/>
                  <w:marBottom w:val="0"/>
                  <w:divBdr>
                    <w:top w:val="none" w:sz="0" w:space="0" w:color="auto"/>
                    <w:left w:val="none" w:sz="0" w:space="0" w:color="auto"/>
                    <w:bottom w:val="none" w:sz="0" w:space="0" w:color="auto"/>
                    <w:right w:val="none" w:sz="0" w:space="0" w:color="auto"/>
                  </w:divBdr>
                  <w:divsChild>
                    <w:div w:id="612134148">
                      <w:marLeft w:val="0"/>
                      <w:marRight w:val="0"/>
                      <w:marTop w:val="0"/>
                      <w:marBottom w:val="0"/>
                      <w:divBdr>
                        <w:top w:val="none" w:sz="0" w:space="0" w:color="auto"/>
                        <w:left w:val="none" w:sz="0" w:space="0" w:color="auto"/>
                        <w:bottom w:val="none" w:sz="0" w:space="0" w:color="auto"/>
                        <w:right w:val="none" w:sz="0" w:space="0" w:color="auto"/>
                      </w:divBdr>
                    </w:div>
                  </w:divsChild>
                </w:div>
                <w:div w:id="387268776">
                  <w:marLeft w:val="0"/>
                  <w:marRight w:val="0"/>
                  <w:marTop w:val="0"/>
                  <w:marBottom w:val="0"/>
                  <w:divBdr>
                    <w:top w:val="none" w:sz="0" w:space="0" w:color="auto"/>
                    <w:left w:val="none" w:sz="0" w:space="0" w:color="auto"/>
                    <w:bottom w:val="none" w:sz="0" w:space="0" w:color="auto"/>
                    <w:right w:val="none" w:sz="0" w:space="0" w:color="auto"/>
                  </w:divBdr>
                  <w:divsChild>
                    <w:div w:id="1977562857">
                      <w:marLeft w:val="0"/>
                      <w:marRight w:val="0"/>
                      <w:marTop w:val="0"/>
                      <w:marBottom w:val="0"/>
                      <w:divBdr>
                        <w:top w:val="none" w:sz="0" w:space="0" w:color="auto"/>
                        <w:left w:val="none" w:sz="0" w:space="0" w:color="auto"/>
                        <w:bottom w:val="none" w:sz="0" w:space="0" w:color="auto"/>
                        <w:right w:val="none" w:sz="0" w:space="0" w:color="auto"/>
                      </w:divBdr>
                    </w:div>
                  </w:divsChild>
                </w:div>
                <w:div w:id="557785338">
                  <w:marLeft w:val="0"/>
                  <w:marRight w:val="0"/>
                  <w:marTop w:val="0"/>
                  <w:marBottom w:val="0"/>
                  <w:divBdr>
                    <w:top w:val="none" w:sz="0" w:space="0" w:color="auto"/>
                    <w:left w:val="none" w:sz="0" w:space="0" w:color="auto"/>
                    <w:bottom w:val="none" w:sz="0" w:space="0" w:color="auto"/>
                    <w:right w:val="none" w:sz="0" w:space="0" w:color="auto"/>
                  </w:divBdr>
                  <w:divsChild>
                    <w:div w:id="256641606">
                      <w:marLeft w:val="0"/>
                      <w:marRight w:val="0"/>
                      <w:marTop w:val="0"/>
                      <w:marBottom w:val="0"/>
                      <w:divBdr>
                        <w:top w:val="none" w:sz="0" w:space="0" w:color="auto"/>
                        <w:left w:val="none" w:sz="0" w:space="0" w:color="auto"/>
                        <w:bottom w:val="none" w:sz="0" w:space="0" w:color="auto"/>
                        <w:right w:val="none" w:sz="0" w:space="0" w:color="auto"/>
                      </w:divBdr>
                    </w:div>
                  </w:divsChild>
                </w:div>
                <w:div w:id="1674380570">
                  <w:marLeft w:val="0"/>
                  <w:marRight w:val="0"/>
                  <w:marTop w:val="0"/>
                  <w:marBottom w:val="0"/>
                  <w:divBdr>
                    <w:top w:val="none" w:sz="0" w:space="0" w:color="auto"/>
                    <w:left w:val="none" w:sz="0" w:space="0" w:color="auto"/>
                    <w:bottom w:val="none" w:sz="0" w:space="0" w:color="auto"/>
                    <w:right w:val="none" w:sz="0" w:space="0" w:color="auto"/>
                  </w:divBdr>
                  <w:divsChild>
                    <w:div w:id="811603311">
                      <w:marLeft w:val="0"/>
                      <w:marRight w:val="0"/>
                      <w:marTop w:val="0"/>
                      <w:marBottom w:val="0"/>
                      <w:divBdr>
                        <w:top w:val="none" w:sz="0" w:space="0" w:color="auto"/>
                        <w:left w:val="none" w:sz="0" w:space="0" w:color="auto"/>
                        <w:bottom w:val="none" w:sz="0" w:space="0" w:color="auto"/>
                        <w:right w:val="none" w:sz="0" w:space="0" w:color="auto"/>
                      </w:divBdr>
                    </w:div>
                  </w:divsChild>
                </w:div>
                <w:div w:id="686752643">
                  <w:marLeft w:val="0"/>
                  <w:marRight w:val="0"/>
                  <w:marTop w:val="0"/>
                  <w:marBottom w:val="0"/>
                  <w:divBdr>
                    <w:top w:val="none" w:sz="0" w:space="0" w:color="auto"/>
                    <w:left w:val="none" w:sz="0" w:space="0" w:color="auto"/>
                    <w:bottom w:val="none" w:sz="0" w:space="0" w:color="auto"/>
                    <w:right w:val="none" w:sz="0" w:space="0" w:color="auto"/>
                  </w:divBdr>
                  <w:divsChild>
                    <w:div w:id="1090467404">
                      <w:marLeft w:val="0"/>
                      <w:marRight w:val="0"/>
                      <w:marTop w:val="0"/>
                      <w:marBottom w:val="0"/>
                      <w:divBdr>
                        <w:top w:val="none" w:sz="0" w:space="0" w:color="auto"/>
                        <w:left w:val="none" w:sz="0" w:space="0" w:color="auto"/>
                        <w:bottom w:val="none" w:sz="0" w:space="0" w:color="auto"/>
                        <w:right w:val="none" w:sz="0" w:space="0" w:color="auto"/>
                      </w:divBdr>
                    </w:div>
                  </w:divsChild>
                </w:div>
                <w:div w:id="1240141268">
                  <w:marLeft w:val="0"/>
                  <w:marRight w:val="0"/>
                  <w:marTop w:val="0"/>
                  <w:marBottom w:val="0"/>
                  <w:divBdr>
                    <w:top w:val="none" w:sz="0" w:space="0" w:color="auto"/>
                    <w:left w:val="none" w:sz="0" w:space="0" w:color="auto"/>
                    <w:bottom w:val="none" w:sz="0" w:space="0" w:color="auto"/>
                    <w:right w:val="none" w:sz="0" w:space="0" w:color="auto"/>
                  </w:divBdr>
                  <w:divsChild>
                    <w:div w:id="973408492">
                      <w:marLeft w:val="0"/>
                      <w:marRight w:val="0"/>
                      <w:marTop w:val="0"/>
                      <w:marBottom w:val="0"/>
                      <w:divBdr>
                        <w:top w:val="none" w:sz="0" w:space="0" w:color="auto"/>
                        <w:left w:val="none" w:sz="0" w:space="0" w:color="auto"/>
                        <w:bottom w:val="none" w:sz="0" w:space="0" w:color="auto"/>
                        <w:right w:val="none" w:sz="0" w:space="0" w:color="auto"/>
                      </w:divBdr>
                    </w:div>
                  </w:divsChild>
                </w:div>
                <w:div w:id="1609896476">
                  <w:marLeft w:val="0"/>
                  <w:marRight w:val="0"/>
                  <w:marTop w:val="0"/>
                  <w:marBottom w:val="0"/>
                  <w:divBdr>
                    <w:top w:val="none" w:sz="0" w:space="0" w:color="auto"/>
                    <w:left w:val="none" w:sz="0" w:space="0" w:color="auto"/>
                    <w:bottom w:val="none" w:sz="0" w:space="0" w:color="auto"/>
                    <w:right w:val="none" w:sz="0" w:space="0" w:color="auto"/>
                  </w:divBdr>
                  <w:divsChild>
                    <w:div w:id="2015641767">
                      <w:marLeft w:val="0"/>
                      <w:marRight w:val="0"/>
                      <w:marTop w:val="0"/>
                      <w:marBottom w:val="0"/>
                      <w:divBdr>
                        <w:top w:val="none" w:sz="0" w:space="0" w:color="auto"/>
                        <w:left w:val="none" w:sz="0" w:space="0" w:color="auto"/>
                        <w:bottom w:val="none" w:sz="0" w:space="0" w:color="auto"/>
                        <w:right w:val="none" w:sz="0" w:space="0" w:color="auto"/>
                      </w:divBdr>
                    </w:div>
                  </w:divsChild>
                </w:div>
                <w:div w:id="1756825339">
                  <w:marLeft w:val="0"/>
                  <w:marRight w:val="0"/>
                  <w:marTop w:val="0"/>
                  <w:marBottom w:val="0"/>
                  <w:divBdr>
                    <w:top w:val="none" w:sz="0" w:space="0" w:color="auto"/>
                    <w:left w:val="none" w:sz="0" w:space="0" w:color="auto"/>
                    <w:bottom w:val="none" w:sz="0" w:space="0" w:color="auto"/>
                    <w:right w:val="none" w:sz="0" w:space="0" w:color="auto"/>
                  </w:divBdr>
                  <w:divsChild>
                    <w:div w:id="1328091493">
                      <w:marLeft w:val="0"/>
                      <w:marRight w:val="0"/>
                      <w:marTop w:val="0"/>
                      <w:marBottom w:val="0"/>
                      <w:divBdr>
                        <w:top w:val="none" w:sz="0" w:space="0" w:color="auto"/>
                        <w:left w:val="none" w:sz="0" w:space="0" w:color="auto"/>
                        <w:bottom w:val="none" w:sz="0" w:space="0" w:color="auto"/>
                        <w:right w:val="none" w:sz="0" w:space="0" w:color="auto"/>
                      </w:divBdr>
                    </w:div>
                  </w:divsChild>
                </w:div>
                <w:div w:id="1576672367">
                  <w:marLeft w:val="0"/>
                  <w:marRight w:val="0"/>
                  <w:marTop w:val="0"/>
                  <w:marBottom w:val="0"/>
                  <w:divBdr>
                    <w:top w:val="none" w:sz="0" w:space="0" w:color="auto"/>
                    <w:left w:val="none" w:sz="0" w:space="0" w:color="auto"/>
                    <w:bottom w:val="none" w:sz="0" w:space="0" w:color="auto"/>
                    <w:right w:val="none" w:sz="0" w:space="0" w:color="auto"/>
                  </w:divBdr>
                  <w:divsChild>
                    <w:div w:id="1657101508">
                      <w:marLeft w:val="0"/>
                      <w:marRight w:val="0"/>
                      <w:marTop w:val="0"/>
                      <w:marBottom w:val="0"/>
                      <w:divBdr>
                        <w:top w:val="none" w:sz="0" w:space="0" w:color="auto"/>
                        <w:left w:val="none" w:sz="0" w:space="0" w:color="auto"/>
                        <w:bottom w:val="none" w:sz="0" w:space="0" w:color="auto"/>
                        <w:right w:val="none" w:sz="0" w:space="0" w:color="auto"/>
                      </w:divBdr>
                    </w:div>
                  </w:divsChild>
                </w:div>
                <w:div w:id="1909145817">
                  <w:marLeft w:val="0"/>
                  <w:marRight w:val="0"/>
                  <w:marTop w:val="0"/>
                  <w:marBottom w:val="0"/>
                  <w:divBdr>
                    <w:top w:val="none" w:sz="0" w:space="0" w:color="auto"/>
                    <w:left w:val="none" w:sz="0" w:space="0" w:color="auto"/>
                    <w:bottom w:val="none" w:sz="0" w:space="0" w:color="auto"/>
                    <w:right w:val="none" w:sz="0" w:space="0" w:color="auto"/>
                  </w:divBdr>
                  <w:divsChild>
                    <w:div w:id="1476489127">
                      <w:marLeft w:val="0"/>
                      <w:marRight w:val="0"/>
                      <w:marTop w:val="0"/>
                      <w:marBottom w:val="0"/>
                      <w:divBdr>
                        <w:top w:val="none" w:sz="0" w:space="0" w:color="auto"/>
                        <w:left w:val="none" w:sz="0" w:space="0" w:color="auto"/>
                        <w:bottom w:val="none" w:sz="0" w:space="0" w:color="auto"/>
                        <w:right w:val="none" w:sz="0" w:space="0" w:color="auto"/>
                      </w:divBdr>
                    </w:div>
                  </w:divsChild>
                </w:div>
                <w:div w:id="1580407634">
                  <w:marLeft w:val="0"/>
                  <w:marRight w:val="0"/>
                  <w:marTop w:val="0"/>
                  <w:marBottom w:val="0"/>
                  <w:divBdr>
                    <w:top w:val="none" w:sz="0" w:space="0" w:color="auto"/>
                    <w:left w:val="none" w:sz="0" w:space="0" w:color="auto"/>
                    <w:bottom w:val="none" w:sz="0" w:space="0" w:color="auto"/>
                    <w:right w:val="none" w:sz="0" w:space="0" w:color="auto"/>
                  </w:divBdr>
                  <w:divsChild>
                    <w:div w:id="1838155135">
                      <w:marLeft w:val="0"/>
                      <w:marRight w:val="0"/>
                      <w:marTop w:val="0"/>
                      <w:marBottom w:val="0"/>
                      <w:divBdr>
                        <w:top w:val="none" w:sz="0" w:space="0" w:color="auto"/>
                        <w:left w:val="none" w:sz="0" w:space="0" w:color="auto"/>
                        <w:bottom w:val="none" w:sz="0" w:space="0" w:color="auto"/>
                        <w:right w:val="none" w:sz="0" w:space="0" w:color="auto"/>
                      </w:divBdr>
                    </w:div>
                  </w:divsChild>
                </w:div>
                <w:div w:id="77675151">
                  <w:marLeft w:val="0"/>
                  <w:marRight w:val="0"/>
                  <w:marTop w:val="0"/>
                  <w:marBottom w:val="0"/>
                  <w:divBdr>
                    <w:top w:val="none" w:sz="0" w:space="0" w:color="auto"/>
                    <w:left w:val="none" w:sz="0" w:space="0" w:color="auto"/>
                    <w:bottom w:val="none" w:sz="0" w:space="0" w:color="auto"/>
                    <w:right w:val="none" w:sz="0" w:space="0" w:color="auto"/>
                  </w:divBdr>
                  <w:divsChild>
                    <w:div w:id="4337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0858433">
          <w:marLeft w:val="0"/>
          <w:marRight w:val="0"/>
          <w:marTop w:val="0"/>
          <w:marBottom w:val="0"/>
          <w:divBdr>
            <w:top w:val="none" w:sz="0" w:space="0" w:color="auto"/>
            <w:left w:val="none" w:sz="0" w:space="0" w:color="auto"/>
            <w:bottom w:val="none" w:sz="0" w:space="0" w:color="auto"/>
            <w:right w:val="none" w:sz="0" w:space="0" w:color="auto"/>
          </w:divBdr>
          <w:divsChild>
            <w:div w:id="1022054396">
              <w:marLeft w:val="0"/>
              <w:marRight w:val="0"/>
              <w:marTop w:val="0"/>
              <w:marBottom w:val="0"/>
              <w:divBdr>
                <w:top w:val="none" w:sz="0" w:space="0" w:color="auto"/>
                <w:left w:val="none" w:sz="0" w:space="0" w:color="auto"/>
                <w:bottom w:val="none" w:sz="0" w:space="0" w:color="auto"/>
                <w:right w:val="none" w:sz="0" w:space="0" w:color="auto"/>
              </w:divBdr>
            </w:div>
            <w:div w:id="1382900137">
              <w:marLeft w:val="0"/>
              <w:marRight w:val="0"/>
              <w:marTop w:val="0"/>
              <w:marBottom w:val="0"/>
              <w:divBdr>
                <w:top w:val="none" w:sz="0" w:space="0" w:color="auto"/>
                <w:left w:val="none" w:sz="0" w:space="0" w:color="auto"/>
                <w:bottom w:val="none" w:sz="0" w:space="0" w:color="auto"/>
                <w:right w:val="none" w:sz="0" w:space="0" w:color="auto"/>
              </w:divBdr>
              <w:divsChild>
                <w:div w:id="1519273736">
                  <w:marLeft w:val="0"/>
                  <w:marRight w:val="0"/>
                  <w:marTop w:val="0"/>
                  <w:marBottom w:val="0"/>
                  <w:divBdr>
                    <w:top w:val="none" w:sz="0" w:space="0" w:color="auto"/>
                    <w:left w:val="none" w:sz="0" w:space="0" w:color="auto"/>
                    <w:bottom w:val="none" w:sz="0" w:space="0" w:color="auto"/>
                    <w:right w:val="none" w:sz="0" w:space="0" w:color="auto"/>
                  </w:divBdr>
                  <w:divsChild>
                    <w:div w:id="1803499222">
                      <w:marLeft w:val="0"/>
                      <w:marRight w:val="0"/>
                      <w:marTop w:val="0"/>
                      <w:marBottom w:val="0"/>
                      <w:divBdr>
                        <w:top w:val="none" w:sz="0" w:space="0" w:color="auto"/>
                        <w:left w:val="none" w:sz="0" w:space="0" w:color="auto"/>
                        <w:bottom w:val="none" w:sz="0" w:space="0" w:color="auto"/>
                        <w:right w:val="none" w:sz="0" w:space="0" w:color="auto"/>
                      </w:divBdr>
                    </w:div>
                  </w:divsChild>
                </w:div>
                <w:div w:id="525800762">
                  <w:marLeft w:val="0"/>
                  <w:marRight w:val="0"/>
                  <w:marTop w:val="0"/>
                  <w:marBottom w:val="0"/>
                  <w:divBdr>
                    <w:top w:val="none" w:sz="0" w:space="0" w:color="auto"/>
                    <w:left w:val="none" w:sz="0" w:space="0" w:color="auto"/>
                    <w:bottom w:val="none" w:sz="0" w:space="0" w:color="auto"/>
                    <w:right w:val="none" w:sz="0" w:space="0" w:color="auto"/>
                  </w:divBdr>
                  <w:divsChild>
                    <w:div w:id="711152917">
                      <w:marLeft w:val="0"/>
                      <w:marRight w:val="0"/>
                      <w:marTop w:val="0"/>
                      <w:marBottom w:val="0"/>
                      <w:divBdr>
                        <w:top w:val="none" w:sz="0" w:space="0" w:color="auto"/>
                        <w:left w:val="none" w:sz="0" w:space="0" w:color="auto"/>
                        <w:bottom w:val="none" w:sz="0" w:space="0" w:color="auto"/>
                        <w:right w:val="none" w:sz="0" w:space="0" w:color="auto"/>
                      </w:divBdr>
                    </w:div>
                  </w:divsChild>
                </w:div>
                <w:div w:id="248273389">
                  <w:marLeft w:val="0"/>
                  <w:marRight w:val="0"/>
                  <w:marTop w:val="0"/>
                  <w:marBottom w:val="0"/>
                  <w:divBdr>
                    <w:top w:val="none" w:sz="0" w:space="0" w:color="auto"/>
                    <w:left w:val="none" w:sz="0" w:space="0" w:color="auto"/>
                    <w:bottom w:val="none" w:sz="0" w:space="0" w:color="auto"/>
                    <w:right w:val="none" w:sz="0" w:space="0" w:color="auto"/>
                  </w:divBdr>
                  <w:divsChild>
                    <w:div w:id="1466384993">
                      <w:marLeft w:val="0"/>
                      <w:marRight w:val="0"/>
                      <w:marTop w:val="0"/>
                      <w:marBottom w:val="0"/>
                      <w:divBdr>
                        <w:top w:val="none" w:sz="0" w:space="0" w:color="auto"/>
                        <w:left w:val="none" w:sz="0" w:space="0" w:color="auto"/>
                        <w:bottom w:val="none" w:sz="0" w:space="0" w:color="auto"/>
                        <w:right w:val="none" w:sz="0" w:space="0" w:color="auto"/>
                      </w:divBdr>
                    </w:div>
                  </w:divsChild>
                </w:div>
                <w:div w:id="1304235039">
                  <w:marLeft w:val="0"/>
                  <w:marRight w:val="0"/>
                  <w:marTop w:val="0"/>
                  <w:marBottom w:val="0"/>
                  <w:divBdr>
                    <w:top w:val="none" w:sz="0" w:space="0" w:color="auto"/>
                    <w:left w:val="none" w:sz="0" w:space="0" w:color="auto"/>
                    <w:bottom w:val="none" w:sz="0" w:space="0" w:color="auto"/>
                    <w:right w:val="none" w:sz="0" w:space="0" w:color="auto"/>
                  </w:divBdr>
                  <w:divsChild>
                    <w:div w:id="49548017">
                      <w:marLeft w:val="0"/>
                      <w:marRight w:val="0"/>
                      <w:marTop w:val="0"/>
                      <w:marBottom w:val="0"/>
                      <w:divBdr>
                        <w:top w:val="none" w:sz="0" w:space="0" w:color="auto"/>
                        <w:left w:val="none" w:sz="0" w:space="0" w:color="auto"/>
                        <w:bottom w:val="none" w:sz="0" w:space="0" w:color="auto"/>
                        <w:right w:val="none" w:sz="0" w:space="0" w:color="auto"/>
                      </w:divBdr>
                    </w:div>
                  </w:divsChild>
                </w:div>
                <w:div w:id="955405153">
                  <w:marLeft w:val="0"/>
                  <w:marRight w:val="0"/>
                  <w:marTop w:val="0"/>
                  <w:marBottom w:val="0"/>
                  <w:divBdr>
                    <w:top w:val="none" w:sz="0" w:space="0" w:color="auto"/>
                    <w:left w:val="none" w:sz="0" w:space="0" w:color="auto"/>
                    <w:bottom w:val="none" w:sz="0" w:space="0" w:color="auto"/>
                    <w:right w:val="none" w:sz="0" w:space="0" w:color="auto"/>
                  </w:divBdr>
                  <w:divsChild>
                    <w:div w:id="296188391">
                      <w:marLeft w:val="0"/>
                      <w:marRight w:val="0"/>
                      <w:marTop w:val="0"/>
                      <w:marBottom w:val="0"/>
                      <w:divBdr>
                        <w:top w:val="none" w:sz="0" w:space="0" w:color="auto"/>
                        <w:left w:val="none" w:sz="0" w:space="0" w:color="auto"/>
                        <w:bottom w:val="none" w:sz="0" w:space="0" w:color="auto"/>
                        <w:right w:val="none" w:sz="0" w:space="0" w:color="auto"/>
                      </w:divBdr>
                    </w:div>
                  </w:divsChild>
                </w:div>
                <w:div w:id="1744375228">
                  <w:marLeft w:val="0"/>
                  <w:marRight w:val="0"/>
                  <w:marTop w:val="0"/>
                  <w:marBottom w:val="0"/>
                  <w:divBdr>
                    <w:top w:val="none" w:sz="0" w:space="0" w:color="auto"/>
                    <w:left w:val="none" w:sz="0" w:space="0" w:color="auto"/>
                    <w:bottom w:val="none" w:sz="0" w:space="0" w:color="auto"/>
                    <w:right w:val="none" w:sz="0" w:space="0" w:color="auto"/>
                  </w:divBdr>
                  <w:divsChild>
                    <w:div w:id="1529024386">
                      <w:marLeft w:val="0"/>
                      <w:marRight w:val="0"/>
                      <w:marTop w:val="0"/>
                      <w:marBottom w:val="0"/>
                      <w:divBdr>
                        <w:top w:val="none" w:sz="0" w:space="0" w:color="auto"/>
                        <w:left w:val="none" w:sz="0" w:space="0" w:color="auto"/>
                        <w:bottom w:val="none" w:sz="0" w:space="0" w:color="auto"/>
                        <w:right w:val="none" w:sz="0" w:space="0" w:color="auto"/>
                      </w:divBdr>
                    </w:div>
                  </w:divsChild>
                </w:div>
                <w:div w:id="1095900612">
                  <w:marLeft w:val="0"/>
                  <w:marRight w:val="0"/>
                  <w:marTop w:val="0"/>
                  <w:marBottom w:val="0"/>
                  <w:divBdr>
                    <w:top w:val="none" w:sz="0" w:space="0" w:color="auto"/>
                    <w:left w:val="none" w:sz="0" w:space="0" w:color="auto"/>
                    <w:bottom w:val="none" w:sz="0" w:space="0" w:color="auto"/>
                    <w:right w:val="none" w:sz="0" w:space="0" w:color="auto"/>
                  </w:divBdr>
                  <w:divsChild>
                    <w:div w:id="1728065908">
                      <w:marLeft w:val="0"/>
                      <w:marRight w:val="0"/>
                      <w:marTop w:val="0"/>
                      <w:marBottom w:val="0"/>
                      <w:divBdr>
                        <w:top w:val="none" w:sz="0" w:space="0" w:color="auto"/>
                        <w:left w:val="none" w:sz="0" w:space="0" w:color="auto"/>
                        <w:bottom w:val="none" w:sz="0" w:space="0" w:color="auto"/>
                        <w:right w:val="none" w:sz="0" w:space="0" w:color="auto"/>
                      </w:divBdr>
                    </w:div>
                  </w:divsChild>
                </w:div>
                <w:div w:id="557128477">
                  <w:marLeft w:val="0"/>
                  <w:marRight w:val="0"/>
                  <w:marTop w:val="0"/>
                  <w:marBottom w:val="0"/>
                  <w:divBdr>
                    <w:top w:val="none" w:sz="0" w:space="0" w:color="auto"/>
                    <w:left w:val="none" w:sz="0" w:space="0" w:color="auto"/>
                    <w:bottom w:val="none" w:sz="0" w:space="0" w:color="auto"/>
                    <w:right w:val="none" w:sz="0" w:space="0" w:color="auto"/>
                  </w:divBdr>
                  <w:divsChild>
                    <w:div w:id="33237389">
                      <w:marLeft w:val="0"/>
                      <w:marRight w:val="0"/>
                      <w:marTop w:val="0"/>
                      <w:marBottom w:val="0"/>
                      <w:divBdr>
                        <w:top w:val="none" w:sz="0" w:space="0" w:color="auto"/>
                        <w:left w:val="none" w:sz="0" w:space="0" w:color="auto"/>
                        <w:bottom w:val="none" w:sz="0" w:space="0" w:color="auto"/>
                        <w:right w:val="none" w:sz="0" w:space="0" w:color="auto"/>
                      </w:divBdr>
                    </w:div>
                  </w:divsChild>
                </w:div>
                <w:div w:id="235363466">
                  <w:marLeft w:val="0"/>
                  <w:marRight w:val="0"/>
                  <w:marTop w:val="0"/>
                  <w:marBottom w:val="0"/>
                  <w:divBdr>
                    <w:top w:val="none" w:sz="0" w:space="0" w:color="auto"/>
                    <w:left w:val="none" w:sz="0" w:space="0" w:color="auto"/>
                    <w:bottom w:val="none" w:sz="0" w:space="0" w:color="auto"/>
                    <w:right w:val="none" w:sz="0" w:space="0" w:color="auto"/>
                  </w:divBdr>
                  <w:divsChild>
                    <w:div w:id="871572152">
                      <w:marLeft w:val="0"/>
                      <w:marRight w:val="0"/>
                      <w:marTop w:val="0"/>
                      <w:marBottom w:val="0"/>
                      <w:divBdr>
                        <w:top w:val="none" w:sz="0" w:space="0" w:color="auto"/>
                        <w:left w:val="none" w:sz="0" w:space="0" w:color="auto"/>
                        <w:bottom w:val="none" w:sz="0" w:space="0" w:color="auto"/>
                        <w:right w:val="none" w:sz="0" w:space="0" w:color="auto"/>
                      </w:divBdr>
                    </w:div>
                  </w:divsChild>
                </w:div>
                <w:div w:id="1856797606">
                  <w:marLeft w:val="0"/>
                  <w:marRight w:val="0"/>
                  <w:marTop w:val="0"/>
                  <w:marBottom w:val="0"/>
                  <w:divBdr>
                    <w:top w:val="none" w:sz="0" w:space="0" w:color="auto"/>
                    <w:left w:val="none" w:sz="0" w:space="0" w:color="auto"/>
                    <w:bottom w:val="none" w:sz="0" w:space="0" w:color="auto"/>
                    <w:right w:val="none" w:sz="0" w:space="0" w:color="auto"/>
                  </w:divBdr>
                  <w:divsChild>
                    <w:div w:id="1154761232">
                      <w:marLeft w:val="0"/>
                      <w:marRight w:val="0"/>
                      <w:marTop w:val="0"/>
                      <w:marBottom w:val="0"/>
                      <w:divBdr>
                        <w:top w:val="none" w:sz="0" w:space="0" w:color="auto"/>
                        <w:left w:val="none" w:sz="0" w:space="0" w:color="auto"/>
                        <w:bottom w:val="none" w:sz="0" w:space="0" w:color="auto"/>
                        <w:right w:val="none" w:sz="0" w:space="0" w:color="auto"/>
                      </w:divBdr>
                    </w:div>
                  </w:divsChild>
                </w:div>
                <w:div w:id="1438982978">
                  <w:marLeft w:val="0"/>
                  <w:marRight w:val="0"/>
                  <w:marTop w:val="0"/>
                  <w:marBottom w:val="0"/>
                  <w:divBdr>
                    <w:top w:val="none" w:sz="0" w:space="0" w:color="auto"/>
                    <w:left w:val="none" w:sz="0" w:space="0" w:color="auto"/>
                    <w:bottom w:val="none" w:sz="0" w:space="0" w:color="auto"/>
                    <w:right w:val="none" w:sz="0" w:space="0" w:color="auto"/>
                  </w:divBdr>
                  <w:divsChild>
                    <w:div w:id="916137869">
                      <w:marLeft w:val="0"/>
                      <w:marRight w:val="0"/>
                      <w:marTop w:val="0"/>
                      <w:marBottom w:val="0"/>
                      <w:divBdr>
                        <w:top w:val="none" w:sz="0" w:space="0" w:color="auto"/>
                        <w:left w:val="none" w:sz="0" w:space="0" w:color="auto"/>
                        <w:bottom w:val="none" w:sz="0" w:space="0" w:color="auto"/>
                        <w:right w:val="none" w:sz="0" w:space="0" w:color="auto"/>
                      </w:divBdr>
                    </w:div>
                  </w:divsChild>
                </w:div>
                <w:div w:id="221066610">
                  <w:marLeft w:val="0"/>
                  <w:marRight w:val="0"/>
                  <w:marTop w:val="0"/>
                  <w:marBottom w:val="0"/>
                  <w:divBdr>
                    <w:top w:val="none" w:sz="0" w:space="0" w:color="auto"/>
                    <w:left w:val="none" w:sz="0" w:space="0" w:color="auto"/>
                    <w:bottom w:val="none" w:sz="0" w:space="0" w:color="auto"/>
                    <w:right w:val="none" w:sz="0" w:space="0" w:color="auto"/>
                  </w:divBdr>
                  <w:divsChild>
                    <w:div w:id="526332411">
                      <w:marLeft w:val="0"/>
                      <w:marRight w:val="0"/>
                      <w:marTop w:val="0"/>
                      <w:marBottom w:val="0"/>
                      <w:divBdr>
                        <w:top w:val="none" w:sz="0" w:space="0" w:color="auto"/>
                        <w:left w:val="none" w:sz="0" w:space="0" w:color="auto"/>
                        <w:bottom w:val="none" w:sz="0" w:space="0" w:color="auto"/>
                        <w:right w:val="none" w:sz="0" w:space="0" w:color="auto"/>
                      </w:divBdr>
                    </w:div>
                  </w:divsChild>
                </w:div>
                <w:div w:id="4746409">
                  <w:marLeft w:val="0"/>
                  <w:marRight w:val="0"/>
                  <w:marTop w:val="0"/>
                  <w:marBottom w:val="0"/>
                  <w:divBdr>
                    <w:top w:val="none" w:sz="0" w:space="0" w:color="auto"/>
                    <w:left w:val="none" w:sz="0" w:space="0" w:color="auto"/>
                    <w:bottom w:val="none" w:sz="0" w:space="0" w:color="auto"/>
                    <w:right w:val="none" w:sz="0" w:space="0" w:color="auto"/>
                  </w:divBdr>
                  <w:divsChild>
                    <w:div w:id="1718624482">
                      <w:marLeft w:val="0"/>
                      <w:marRight w:val="0"/>
                      <w:marTop w:val="0"/>
                      <w:marBottom w:val="0"/>
                      <w:divBdr>
                        <w:top w:val="none" w:sz="0" w:space="0" w:color="auto"/>
                        <w:left w:val="none" w:sz="0" w:space="0" w:color="auto"/>
                        <w:bottom w:val="none" w:sz="0" w:space="0" w:color="auto"/>
                        <w:right w:val="none" w:sz="0" w:space="0" w:color="auto"/>
                      </w:divBdr>
                    </w:div>
                  </w:divsChild>
                </w:div>
                <w:div w:id="412632744">
                  <w:marLeft w:val="0"/>
                  <w:marRight w:val="0"/>
                  <w:marTop w:val="0"/>
                  <w:marBottom w:val="0"/>
                  <w:divBdr>
                    <w:top w:val="none" w:sz="0" w:space="0" w:color="auto"/>
                    <w:left w:val="none" w:sz="0" w:space="0" w:color="auto"/>
                    <w:bottom w:val="none" w:sz="0" w:space="0" w:color="auto"/>
                    <w:right w:val="none" w:sz="0" w:space="0" w:color="auto"/>
                  </w:divBdr>
                  <w:divsChild>
                    <w:div w:id="1236358811">
                      <w:marLeft w:val="0"/>
                      <w:marRight w:val="0"/>
                      <w:marTop w:val="0"/>
                      <w:marBottom w:val="0"/>
                      <w:divBdr>
                        <w:top w:val="none" w:sz="0" w:space="0" w:color="auto"/>
                        <w:left w:val="none" w:sz="0" w:space="0" w:color="auto"/>
                        <w:bottom w:val="none" w:sz="0" w:space="0" w:color="auto"/>
                        <w:right w:val="none" w:sz="0" w:space="0" w:color="auto"/>
                      </w:divBdr>
                    </w:div>
                  </w:divsChild>
                </w:div>
                <w:div w:id="2000225629">
                  <w:marLeft w:val="0"/>
                  <w:marRight w:val="0"/>
                  <w:marTop w:val="0"/>
                  <w:marBottom w:val="0"/>
                  <w:divBdr>
                    <w:top w:val="none" w:sz="0" w:space="0" w:color="auto"/>
                    <w:left w:val="none" w:sz="0" w:space="0" w:color="auto"/>
                    <w:bottom w:val="none" w:sz="0" w:space="0" w:color="auto"/>
                    <w:right w:val="none" w:sz="0" w:space="0" w:color="auto"/>
                  </w:divBdr>
                  <w:divsChild>
                    <w:div w:id="1169294800">
                      <w:marLeft w:val="0"/>
                      <w:marRight w:val="0"/>
                      <w:marTop w:val="0"/>
                      <w:marBottom w:val="0"/>
                      <w:divBdr>
                        <w:top w:val="none" w:sz="0" w:space="0" w:color="auto"/>
                        <w:left w:val="none" w:sz="0" w:space="0" w:color="auto"/>
                        <w:bottom w:val="none" w:sz="0" w:space="0" w:color="auto"/>
                        <w:right w:val="none" w:sz="0" w:space="0" w:color="auto"/>
                      </w:divBdr>
                    </w:div>
                  </w:divsChild>
                </w:div>
                <w:div w:id="418253053">
                  <w:marLeft w:val="0"/>
                  <w:marRight w:val="0"/>
                  <w:marTop w:val="0"/>
                  <w:marBottom w:val="0"/>
                  <w:divBdr>
                    <w:top w:val="none" w:sz="0" w:space="0" w:color="auto"/>
                    <w:left w:val="none" w:sz="0" w:space="0" w:color="auto"/>
                    <w:bottom w:val="none" w:sz="0" w:space="0" w:color="auto"/>
                    <w:right w:val="none" w:sz="0" w:space="0" w:color="auto"/>
                  </w:divBdr>
                  <w:divsChild>
                    <w:div w:id="925578781">
                      <w:marLeft w:val="0"/>
                      <w:marRight w:val="0"/>
                      <w:marTop w:val="0"/>
                      <w:marBottom w:val="0"/>
                      <w:divBdr>
                        <w:top w:val="none" w:sz="0" w:space="0" w:color="auto"/>
                        <w:left w:val="none" w:sz="0" w:space="0" w:color="auto"/>
                        <w:bottom w:val="none" w:sz="0" w:space="0" w:color="auto"/>
                        <w:right w:val="none" w:sz="0" w:space="0" w:color="auto"/>
                      </w:divBdr>
                    </w:div>
                  </w:divsChild>
                </w:div>
                <w:div w:id="1285425314">
                  <w:marLeft w:val="0"/>
                  <w:marRight w:val="0"/>
                  <w:marTop w:val="0"/>
                  <w:marBottom w:val="0"/>
                  <w:divBdr>
                    <w:top w:val="none" w:sz="0" w:space="0" w:color="auto"/>
                    <w:left w:val="none" w:sz="0" w:space="0" w:color="auto"/>
                    <w:bottom w:val="none" w:sz="0" w:space="0" w:color="auto"/>
                    <w:right w:val="none" w:sz="0" w:space="0" w:color="auto"/>
                  </w:divBdr>
                  <w:divsChild>
                    <w:div w:id="1651250116">
                      <w:marLeft w:val="0"/>
                      <w:marRight w:val="0"/>
                      <w:marTop w:val="0"/>
                      <w:marBottom w:val="0"/>
                      <w:divBdr>
                        <w:top w:val="none" w:sz="0" w:space="0" w:color="auto"/>
                        <w:left w:val="none" w:sz="0" w:space="0" w:color="auto"/>
                        <w:bottom w:val="none" w:sz="0" w:space="0" w:color="auto"/>
                        <w:right w:val="none" w:sz="0" w:space="0" w:color="auto"/>
                      </w:divBdr>
                    </w:div>
                  </w:divsChild>
                </w:div>
                <w:div w:id="750155752">
                  <w:marLeft w:val="0"/>
                  <w:marRight w:val="0"/>
                  <w:marTop w:val="0"/>
                  <w:marBottom w:val="0"/>
                  <w:divBdr>
                    <w:top w:val="none" w:sz="0" w:space="0" w:color="auto"/>
                    <w:left w:val="none" w:sz="0" w:space="0" w:color="auto"/>
                    <w:bottom w:val="none" w:sz="0" w:space="0" w:color="auto"/>
                    <w:right w:val="none" w:sz="0" w:space="0" w:color="auto"/>
                  </w:divBdr>
                  <w:divsChild>
                    <w:div w:id="865413598">
                      <w:marLeft w:val="0"/>
                      <w:marRight w:val="0"/>
                      <w:marTop w:val="0"/>
                      <w:marBottom w:val="0"/>
                      <w:divBdr>
                        <w:top w:val="none" w:sz="0" w:space="0" w:color="auto"/>
                        <w:left w:val="none" w:sz="0" w:space="0" w:color="auto"/>
                        <w:bottom w:val="none" w:sz="0" w:space="0" w:color="auto"/>
                        <w:right w:val="none" w:sz="0" w:space="0" w:color="auto"/>
                      </w:divBdr>
                    </w:div>
                  </w:divsChild>
                </w:div>
                <w:div w:id="1225019702">
                  <w:marLeft w:val="0"/>
                  <w:marRight w:val="0"/>
                  <w:marTop w:val="0"/>
                  <w:marBottom w:val="0"/>
                  <w:divBdr>
                    <w:top w:val="none" w:sz="0" w:space="0" w:color="auto"/>
                    <w:left w:val="none" w:sz="0" w:space="0" w:color="auto"/>
                    <w:bottom w:val="none" w:sz="0" w:space="0" w:color="auto"/>
                    <w:right w:val="none" w:sz="0" w:space="0" w:color="auto"/>
                  </w:divBdr>
                  <w:divsChild>
                    <w:div w:id="600799426">
                      <w:marLeft w:val="0"/>
                      <w:marRight w:val="0"/>
                      <w:marTop w:val="0"/>
                      <w:marBottom w:val="0"/>
                      <w:divBdr>
                        <w:top w:val="none" w:sz="0" w:space="0" w:color="auto"/>
                        <w:left w:val="none" w:sz="0" w:space="0" w:color="auto"/>
                        <w:bottom w:val="none" w:sz="0" w:space="0" w:color="auto"/>
                        <w:right w:val="none" w:sz="0" w:space="0" w:color="auto"/>
                      </w:divBdr>
                    </w:div>
                  </w:divsChild>
                </w:div>
                <w:div w:id="615214717">
                  <w:marLeft w:val="0"/>
                  <w:marRight w:val="0"/>
                  <w:marTop w:val="0"/>
                  <w:marBottom w:val="0"/>
                  <w:divBdr>
                    <w:top w:val="none" w:sz="0" w:space="0" w:color="auto"/>
                    <w:left w:val="none" w:sz="0" w:space="0" w:color="auto"/>
                    <w:bottom w:val="none" w:sz="0" w:space="0" w:color="auto"/>
                    <w:right w:val="none" w:sz="0" w:space="0" w:color="auto"/>
                  </w:divBdr>
                  <w:divsChild>
                    <w:div w:id="922182427">
                      <w:marLeft w:val="0"/>
                      <w:marRight w:val="0"/>
                      <w:marTop w:val="0"/>
                      <w:marBottom w:val="0"/>
                      <w:divBdr>
                        <w:top w:val="none" w:sz="0" w:space="0" w:color="auto"/>
                        <w:left w:val="none" w:sz="0" w:space="0" w:color="auto"/>
                        <w:bottom w:val="none" w:sz="0" w:space="0" w:color="auto"/>
                        <w:right w:val="none" w:sz="0" w:space="0" w:color="auto"/>
                      </w:divBdr>
                    </w:div>
                  </w:divsChild>
                </w:div>
                <w:div w:id="2071999419">
                  <w:marLeft w:val="0"/>
                  <w:marRight w:val="0"/>
                  <w:marTop w:val="0"/>
                  <w:marBottom w:val="0"/>
                  <w:divBdr>
                    <w:top w:val="none" w:sz="0" w:space="0" w:color="auto"/>
                    <w:left w:val="none" w:sz="0" w:space="0" w:color="auto"/>
                    <w:bottom w:val="none" w:sz="0" w:space="0" w:color="auto"/>
                    <w:right w:val="none" w:sz="0" w:space="0" w:color="auto"/>
                  </w:divBdr>
                  <w:divsChild>
                    <w:div w:id="1713339027">
                      <w:marLeft w:val="0"/>
                      <w:marRight w:val="0"/>
                      <w:marTop w:val="0"/>
                      <w:marBottom w:val="0"/>
                      <w:divBdr>
                        <w:top w:val="none" w:sz="0" w:space="0" w:color="auto"/>
                        <w:left w:val="none" w:sz="0" w:space="0" w:color="auto"/>
                        <w:bottom w:val="none" w:sz="0" w:space="0" w:color="auto"/>
                        <w:right w:val="none" w:sz="0" w:space="0" w:color="auto"/>
                      </w:divBdr>
                    </w:div>
                  </w:divsChild>
                </w:div>
                <w:div w:id="876623318">
                  <w:marLeft w:val="0"/>
                  <w:marRight w:val="0"/>
                  <w:marTop w:val="0"/>
                  <w:marBottom w:val="0"/>
                  <w:divBdr>
                    <w:top w:val="none" w:sz="0" w:space="0" w:color="auto"/>
                    <w:left w:val="none" w:sz="0" w:space="0" w:color="auto"/>
                    <w:bottom w:val="none" w:sz="0" w:space="0" w:color="auto"/>
                    <w:right w:val="none" w:sz="0" w:space="0" w:color="auto"/>
                  </w:divBdr>
                  <w:divsChild>
                    <w:div w:id="915555674">
                      <w:marLeft w:val="0"/>
                      <w:marRight w:val="0"/>
                      <w:marTop w:val="0"/>
                      <w:marBottom w:val="0"/>
                      <w:divBdr>
                        <w:top w:val="none" w:sz="0" w:space="0" w:color="auto"/>
                        <w:left w:val="none" w:sz="0" w:space="0" w:color="auto"/>
                        <w:bottom w:val="none" w:sz="0" w:space="0" w:color="auto"/>
                        <w:right w:val="none" w:sz="0" w:space="0" w:color="auto"/>
                      </w:divBdr>
                    </w:div>
                  </w:divsChild>
                </w:div>
                <w:div w:id="920988768">
                  <w:marLeft w:val="0"/>
                  <w:marRight w:val="0"/>
                  <w:marTop w:val="0"/>
                  <w:marBottom w:val="0"/>
                  <w:divBdr>
                    <w:top w:val="none" w:sz="0" w:space="0" w:color="auto"/>
                    <w:left w:val="none" w:sz="0" w:space="0" w:color="auto"/>
                    <w:bottom w:val="none" w:sz="0" w:space="0" w:color="auto"/>
                    <w:right w:val="none" w:sz="0" w:space="0" w:color="auto"/>
                  </w:divBdr>
                  <w:divsChild>
                    <w:div w:id="2091542553">
                      <w:marLeft w:val="0"/>
                      <w:marRight w:val="0"/>
                      <w:marTop w:val="0"/>
                      <w:marBottom w:val="0"/>
                      <w:divBdr>
                        <w:top w:val="none" w:sz="0" w:space="0" w:color="auto"/>
                        <w:left w:val="none" w:sz="0" w:space="0" w:color="auto"/>
                        <w:bottom w:val="none" w:sz="0" w:space="0" w:color="auto"/>
                        <w:right w:val="none" w:sz="0" w:space="0" w:color="auto"/>
                      </w:divBdr>
                    </w:div>
                  </w:divsChild>
                </w:div>
                <w:div w:id="1950893325">
                  <w:marLeft w:val="0"/>
                  <w:marRight w:val="0"/>
                  <w:marTop w:val="0"/>
                  <w:marBottom w:val="0"/>
                  <w:divBdr>
                    <w:top w:val="none" w:sz="0" w:space="0" w:color="auto"/>
                    <w:left w:val="none" w:sz="0" w:space="0" w:color="auto"/>
                    <w:bottom w:val="none" w:sz="0" w:space="0" w:color="auto"/>
                    <w:right w:val="none" w:sz="0" w:space="0" w:color="auto"/>
                  </w:divBdr>
                  <w:divsChild>
                    <w:div w:id="1988970010">
                      <w:marLeft w:val="0"/>
                      <w:marRight w:val="0"/>
                      <w:marTop w:val="0"/>
                      <w:marBottom w:val="0"/>
                      <w:divBdr>
                        <w:top w:val="none" w:sz="0" w:space="0" w:color="auto"/>
                        <w:left w:val="none" w:sz="0" w:space="0" w:color="auto"/>
                        <w:bottom w:val="none" w:sz="0" w:space="0" w:color="auto"/>
                        <w:right w:val="none" w:sz="0" w:space="0" w:color="auto"/>
                      </w:divBdr>
                    </w:div>
                  </w:divsChild>
                </w:div>
                <w:div w:id="236986498">
                  <w:marLeft w:val="0"/>
                  <w:marRight w:val="0"/>
                  <w:marTop w:val="0"/>
                  <w:marBottom w:val="0"/>
                  <w:divBdr>
                    <w:top w:val="none" w:sz="0" w:space="0" w:color="auto"/>
                    <w:left w:val="none" w:sz="0" w:space="0" w:color="auto"/>
                    <w:bottom w:val="none" w:sz="0" w:space="0" w:color="auto"/>
                    <w:right w:val="none" w:sz="0" w:space="0" w:color="auto"/>
                  </w:divBdr>
                  <w:divsChild>
                    <w:div w:id="337001757">
                      <w:marLeft w:val="0"/>
                      <w:marRight w:val="0"/>
                      <w:marTop w:val="0"/>
                      <w:marBottom w:val="0"/>
                      <w:divBdr>
                        <w:top w:val="none" w:sz="0" w:space="0" w:color="auto"/>
                        <w:left w:val="none" w:sz="0" w:space="0" w:color="auto"/>
                        <w:bottom w:val="none" w:sz="0" w:space="0" w:color="auto"/>
                        <w:right w:val="none" w:sz="0" w:space="0" w:color="auto"/>
                      </w:divBdr>
                    </w:div>
                  </w:divsChild>
                </w:div>
                <w:div w:id="67459519">
                  <w:marLeft w:val="0"/>
                  <w:marRight w:val="0"/>
                  <w:marTop w:val="0"/>
                  <w:marBottom w:val="0"/>
                  <w:divBdr>
                    <w:top w:val="none" w:sz="0" w:space="0" w:color="auto"/>
                    <w:left w:val="none" w:sz="0" w:space="0" w:color="auto"/>
                    <w:bottom w:val="none" w:sz="0" w:space="0" w:color="auto"/>
                    <w:right w:val="none" w:sz="0" w:space="0" w:color="auto"/>
                  </w:divBdr>
                  <w:divsChild>
                    <w:div w:id="836848425">
                      <w:marLeft w:val="0"/>
                      <w:marRight w:val="0"/>
                      <w:marTop w:val="0"/>
                      <w:marBottom w:val="0"/>
                      <w:divBdr>
                        <w:top w:val="none" w:sz="0" w:space="0" w:color="auto"/>
                        <w:left w:val="none" w:sz="0" w:space="0" w:color="auto"/>
                        <w:bottom w:val="none" w:sz="0" w:space="0" w:color="auto"/>
                        <w:right w:val="none" w:sz="0" w:space="0" w:color="auto"/>
                      </w:divBdr>
                    </w:div>
                  </w:divsChild>
                </w:div>
                <w:div w:id="1927807670">
                  <w:marLeft w:val="0"/>
                  <w:marRight w:val="0"/>
                  <w:marTop w:val="0"/>
                  <w:marBottom w:val="0"/>
                  <w:divBdr>
                    <w:top w:val="none" w:sz="0" w:space="0" w:color="auto"/>
                    <w:left w:val="none" w:sz="0" w:space="0" w:color="auto"/>
                    <w:bottom w:val="none" w:sz="0" w:space="0" w:color="auto"/>
                    <w:right w:val="none" w:sz="0" w:space="0" w:color="auto"/>
                  </w:divBdr>
                  <w:divsChild>
                    <w:div w:id="133836092">
                      <w:marLeft w:val="0"/>
                      <w:marRight w:val="0"/>
                      <w:marTop w:val="0"/>
                      <w:marBottom w:val="0"/>
                      <w:divBdr>
                        <w:top w:val="none" w:sz="0" w:space="0" w:color="auto"/>
                        <w:left w:val="none" w:sz="0" w:space="0" w:color="auto"/>
                        <w:bottom w:val="none" w:sz="0" w:space="0" w:color="auto"/>
                        <w:right w:val="none" w:sz="0" w:space="0" w:color="auto"/>
                      </w:divBdr>
                    </w:div>
                  </w:divsChild>
                </w:div>
                <w:div w:id="1079714911">
                  <w:marLeft w:val="0"/>
                  <w:marRight w:val="0"/>
                  <w:marTop w:val="0"/>
                  <w:marBottom w:val="0"/>
                  <w:divBdr>
                    <w:top w:val="none" w:sz="0" w:space="0" w:color="auto"/>
                    <w:left w:val="none" w:sz="0" w:space="0" w:color="auto"/>
                    <w:bottom w:val="none" w:sz="0" w:space="0" w:color="auto"/>
                    <w:right w:val="none" w:sz="0" w:space="0" w:color="auto"/>
                  </w:divBdr>
                  <w:divsChild>
                    <w:div w:id="157616180">
                      <w:marLeft w:val="0"/>
                      <w:marRight w:val="0"/>
                      <w:marTop w:val="0"/>
                      <w:marBottom w:val="0"/>
                      <w:divBdr>
                        <w:top w:val="none" w:sz="0" w:space="0" w:color="auto"/>
                        <w:left w:val="none" w:sz="0" w:space="0" w:color="auto"/>
                        <w:bottom w:val="none" w:sz="0" w:space="0" w:color="auto"/>
                        <w:right w:val="none" w:sz="0" w:space="0" w:color="auto"/>
                      </w:divBdr>
                    </w:div>
                  </w:divsChild>
                </w:div>
                <w:div w:id="577062336">
                  <w:marLeft w:val="0"/>
                  <w:marRight w:val="0"/>
                  <w:marTop w:val="0"/>
                  <w:marBottom w:val="0"/>
                  <w:divBdr>
                    <w:top w:val="none" w:sz="0" w:space="0" w:color="auto"/>
                    <w:left w:val="none" w:sz="0" w:space="0" w:color="auto"/>
                    <w:bottom w:val="none" w:sz="0" w:space="0" w:color="auto"/>
                    <w:right w:val="none" w:sz="0" w:space="0" w:color="auto"/>
                  </w:divBdr>
                  <w:divsChild>
                    <w:div w:id="1752241047">
                      <w:marLeft w:val="0"/>
                      <w:marRight w:val="0"/>
                      <w:marTop w:val="0"/>
                      <w:marBottom w:val="0"/>
                      <w:divBdr>
                        <w:top w:val="none" w:sz="0" w:space="0" w:color="auto"/>
                        <w:left w:val="none" w:sz="0" w:space="0" w:color="auto"/>
                        <w:bottom w:val="none" w:sz="0" w:space="0" w:color="auto"/>
                        <w:right w:val="none" w:sz="0" w:space="0" w:color="auto"/>
                      </w:divBdr>
                    </w:div>
                  </w:divsChild>
                </w:div>
                <w:div w:id="2146117074">
                  <w:marLeft w:val="0"/>
                  <w:marRight w:val="0"/>
                  <w:marTop w:val="0"/>
                  <w:marBottom w:val="0"/>
                  <w:divBdr>
                    <w:top w:val="none" w:sz="0" w:space="0" w:color="auto"/>
                    <w:left w:val="none" w:sz="0" w:space="0" w:color="auto"/>
                    <w:bottom w:val="none" w:sz="0" w:space="0" w:color="auto"/>
                    <w:right w:val="none" w:sz="0" w:space="0" w:color="auto"/>
                  </w:divBdr>
                  <w:divsChild>
                    <w:div w:id="1682927327">
                      <w:marLeft w:val="0"/>
                      <w:marRight w:val="0"/>
                      <w:marTop w:val="0"/>
                      <w:marBottom w:val="0"/>
                      <w:divBdr>
                        <w:top w:val="none" w:sz="0" w:space="0" w:color="auto"/>
                        <w:left w:val="none" w:sz="0" w:space="0" w:color="auto"/>
                        <w:bottom w:val="none" w:sz="0" w:space="0" w:color="auto"/>
                        <w:right w:val="none" w:sz="0" w:space="0" w:color="auto"/>
                      </w:divBdr>
                    </w:div>
                  </w:divsChild>
                </w:div>
                <w:div w:id="253516222">
                  <w:marLeft w:val="0"/>
                  <w:marRight w:val="0"/>
                  <w:marTop w:val="0"/>
                  <w:marBottom w:val="0"/>
                  <w:divBdr>
                    <w:top w:val="none" w:sz="0" w:space="0" w:color="auto"/>
                    <w:left w:val="none" w:sz="0" w:space="0" w:color="auto"/>
                    <w:bottom w:val="none" w:sz="0" w:space="0" w:color="auto"/>
                    <w:right w:val="none" w:sz="0" w:space="0" w:color="auto"/>
                  </w:divBdr>
                  <w:divsChild>
                    <w:div w:id="1820151807">
                      <w:marLeft w:val="0"/>
                      <w:marRight w:val="0"/>
                      <w:marTop w:val="0"/>
                      <w:marBottom w:val="0"/>
                      <w:divBdr>
                        <w:top w:val="none" w:sz="0" w:space="0" w:color="auto"/>
                        <w:left w:val="none" w:sz="0" w:space="0" w:color="auto"/>
                        <w:bottom w:val="none" w:sz="0" w:space="0" w:color="auto"/>
                        <w:right w:val="none" w:sz="0" w:space="0" w:color="auto"/>
                      </w:divBdr>
                    </w:div>
                  </w:divsChild>
                </w:div>
                <w:div w:id="2013528503">
                  <w:marLeft w:val="0"/>
                  <w:marRight w:val="0"/>
                  <w:marTop w:val="0"/>
                  <w:marBottom w:val="0"/>
                  <w:divBdr>
                    <w:top w:val="none" w:sz="0" w:space="0" w:color="auto"/>
                    <w:left w:val="none" w:sz="0" w:space="0" w:color="auto"/>
                    <w:bottom w:val="none" w:sz="0" w:space="0" w:color="auto"/>
                    <w:right w:val="none" w:sz="0" w:space="0" w:color="auto"/>
                  </w:divBdr>
                  <w:divsChild>
                    <w:div w:id="2090496491">
                      <w:marLeft w:val="0"/>
                      <w:marRight w:val="0"/>
                      <w:marTop w:val="0"/>
                      <w:marBottom w:val="0"/>
                      <w:divBdr>
                        <w:top w:val="none" w:sz="0" w:space="0" w:color="auto"/>
                        <w:left w:val="none" w:sz="0" w:space="0" w:color="auto"/>
                        <w:bottom w:val="none" w:sz="0" w:space="0" w:color="auto"/>
                        <w:right w:val="none" w:sz="0" w:space="0" w:color="auto"/>
                      </w:divBdr>
                    </w:div>
                  </w:divsChild>
                </w:div>
                <w:div w:id="711342432">
                  <w:marLeft w:val="0"/>
                  <w:marRight w:val="0"/>
                  <w:marTop w:val="0"/>
                  <w:marBottom w:val="0"/>
                  <w:divBdr>
                    <w:top w:val="none" w:sz="0" w:space="0" w:color="auto"/>
                    <w:left w:val="none" w:sz="0" w:space="0" w:color="auto"/>
                    <w:bottom w:val="none" w:sz="0" w:space="0" w:color="auto"/>
                    <w:right w:val="none" w:sz="0" w:space="0" w:color="auto"/>
                  </w:divBdr>
                  <w:divsChild>
                    <w:div w:id="1591740050">
                      <w:marLeft w:val="0"/>
                      <w:marRight w:val="0"/>
                      <w:marTop w:val="0"/>
                      <w:marBottom w:val="0"/>
                      <w:divBdr>
                        <w:top w:val="none" w:sz="0" w:space="0" w:color="auto"/>
                        <w:left w:val="none" w:sz="0" w:space="0" w:color="auto"/>
                        <w:bottom w:val="none" w:sz="0" w:space="0" w:color="auto"/>
                        <w:right w:val="none" w:sz="0" w:space="0" w:color="auto"/>
                      </w:divBdr>
                    </w:div>
                  </w:divsChild>
                </w:div>
                <w:div w:id="384986889">
                  <w:marLeft w:val="0"/>
                  <w:marRight w:val="0"/>
                  <w:marTop w:val="0"/>
                  <w:marBottom w:val="0"/>
                  <w:divBdr>
                    <w:top w:val="none" w:sz="0" w:space="0" w:color="auto"/>
                    <w:left w:val="none" w:sz="0" w:space="0" w:color="auto"/>
                    <w:bottom w:val="none" w:sz="0" w:space="0" w:color="auto"/>
                    <w:right w:val="none" w:sz="0" w:space="0" w:color="auto"/>
                  </w:divBdr>
                  <w:divsChild>
                    <w:div w:id="1026367931">
                      <w:marLeft w:val="0"/>
                      <w:marRight w:val="0"/>
                      <w:marTop w:val="0"/>
                      <w:marBottom w:val="0"/>
                      <w:divBdr>
                        <w:top w:val="none" w:sz="0" w:space="0" w:color="auto"/>
                        <w:left w:val="none" w:sz="0" w:space="0" w:color="auto"/>
                        <w:bottom w:val="none" w:sz="0" w:space="0" w:color="auto"/>
                        <w:right w:val="none" w:sz="0" w:space="0" w:color="auto"/>
                      </w:divBdr>
                    </w:div>
                  </w:divsChild>
                </w:div>
                <w:div w:id="208811632">
                  <w:marLeft w:val="0"/>
                  <w:marRight w:val="0"/>
                  <w:marTop w:val="0"/>
                  <w:marBottom w:val="0"/>
                  <w:divBdr>
                    <w:top w:val="none" w:sz="0" w:space="0" w:color="auto"/>
                    <w:left w:val="none" w:sz="0" w:space="0" w:color="auto"/>
                    <w:bottom w:val="none" w:sz="0" w:space="0" w:color="auto"/>
                    <w:right w:val="none" w:sz="0" w:space="0" w:color="auto"/>
                  </w:divBdr>
                  <w:divsChild>
                    <w:div w:id="1465806879">
                      <w:marLeft w:val="0"/>
                      <w:marRight w:val="0"/>
                      <w:marTop w:val="0"/>
                      <w:marBottom w:val="0"/>
                      <w:divBdr>
                        <w:top w:val="none" w:sz="0" w:space="0" w:color="auto"/>
                        <w:left w:val="none" w:sz="0" w:space="0" w:color="auto"/>
                        <w:bottom w:val="none" w:sz="0" w:space="0" w:color="auto"/>
                        <w:right w:val="none" w:sz="0" w:space="0" w:color="auto"/>
                      </w:divBdr>
                    </w:div>
                  </w:divsChild>
                </w:div>
                <w:div w:id="823740425">
                  <w:marLeft w:val="0"/>
                  <w:marRight w:val="0"/>
                  <w:marTop w:val="0"/>
                  <w:marBottom w:val="0"/>
                  <w:divBdr>
                    <w:top w:val="none" w:sz="0" w:space="0" w:color="auto"/>
                    <w:left w:val="none" w:sz="0" w:space="0" w:color="auto"/>
                    <w:bottom w:val="none" w:sz="0" w:space="0" w:color="auto"/>
                    <w:right w:val="none" w:sz="0" w:space="0" w:color="auto"/>
                  </w:divBdr>
                  <w:divsChild>
                    <w:div w:id="2003971797">
                      <w:marLeft w:val="0"/>
                      <w:marRight w:val="0"/>
                      <w:marTop w:val="0"/>
                      <w:marBottom w:val="0"/>
                      <w:divBdr>
                        <w:top w:val="none" w:sz="0" w:space="0" w:color="auto"/>
                        <w:left w:val="none" w:sz="0" w:space="0" w:color="auto"/>
                        <w:bottom w:val="none" w:sz="0" w:space="0" w:color="auto"/>
                        <w:right w:val="none" w:sz="0" w:space="0" w:color="auto"/>
                      </w:divBdr>
                    </w:div>
                  </w:divsChild>
                </w:div>
                <w:div w:id="76052759">
                  <w:marLeft w:val="0"/>
                  <w:marRight w:val="0"/>
                  <w:marTop w:val="0"/>
                  <w:marBottom w:val="0"/>
                  <w:divBdr>
                    <w:top w:val="none" w:sz="0" w:space="0" w:color="auto"/>
                    <w:left w:val="none" w:sz="0" w:space="0" w:color="auto"/>
                    <w:bottom w:val="none" w:sz="0" w:space="0" w:color="auto"/>
                    <w:right w:val="none" w:sz="0" w:space="0" w:color="auto"/>
                  </w:divBdr>
                  <w:divsChild>
                    <w:div w:id="471873193">
                      <w:marLeft w:val="0"/>
                      <w:marRight w:val="0"/>
                      <w:marTop w:val="0"/>
                      <w:marBottom w:val="0"/>
                      <w:divBdr>
                        <w:top w:val="none" w:sz="0" w:space="0" w:color="auto"/>
                        <w:left w:val="none" w:sz="0" w:space="0" w:color="auto"/>
                        <w:bottom w:val="none" w:sz="0" w:space="0" w:color="auto"/>
                        <w:right w:val="none" w:sz="0" w:space="0" w:color="auto"/>
                      </w:divBdr>
                    </w:div>
                  </w:divsChild>
                </w:div>
                <w:div w:id="60324543">
                  <w:marLeft w:val="0"/>
                  <w:marRight w:val="0"/>
                  <w:marTop w:val="0"/>
                  <w:marBottom w:val="0"/>
                  <w:divBdr>
                    <w:top w:val="none" w:sz="0" w:space="0" w:color="auto"/>
                    <w:left w:val="none" w:sz="0" w:space="0" w:color="auto"/>
                    <w:bottom w:val="none" w:sz="0" w:space="0" w:color="auto"/>
                    <w:right w:val="none" w:sz="0" w:space="0" w:color="auto"/>
                  </w:divBdr>
                  <w:divsChild>
                    <w:div w:id="259798106">
                      <w:marLeft w:val="0"/>
                      <w:marRight w:val="0"/>
                      <w:marTop w:val="0"/>
                      <w:marBottom w:val="0"/>
                      <w:divBdr>
                        <w:top w:val="none" w:sz="0" w:space="0" w:color="auto"/>
                        <w:left w:val="none" w:sz="0" w:space="0" w:color="auto"/>
                        <w:bottom w:val="none" w:sz="0" w:space="0" w:color="auto"/>
                        <w:right w:val="none" w:sz="0" w:space="0" w:color="auto"/>
                      </w:divBdr>
                    </w:div>
                  </w:divsChild>
                </w:div>
                <w:div w:id="2037340869">
                  <w:marLeft w:val="0"/>
                  <w:marRight w:val="0"/>
                  <w:marTop w:val="0"/>
                  <w:marBottom w:val="0"/>
                  <w:divBdr>
                    <w:top w:val="none" w:sz="0" w:space="0" w:color="auto"/>
                    <w:left w:val="none" w:sz="0" w:space="0" w:color="auto"/>
                    <w:bottom w:val="none" w:sz="0" w:space="0" w:color="auto"/>
                    <w:right w:val="none" w:sz="0" w:space="0" w:color="auto"/>
                  </w:divBdr>
                  <w:divsChild>
                    <w:div w:id="303193758">
                      <w:marLeft w:val="0"/>
                      <w:marRight w:val="0"/>
                      <w:marTop w:val="0"/>
                      <w:marBottom w:val="0"/>
                      <w:divBdr>
                        <w:top w:val="none" w:sz="0" w:space="0" w:color="auto"/>
                        <w:left w:val="none" w:sz="0" w:space="0" w:color="auto"/>
                        <w:bottom w:val="none" w:sz="0" w:space="0" w:color="auto"/>
                        <w:right w:val="none" w:sz="0" w:space="0" w:color="auto"/>
                      </w:divBdr>
                    </w:div>
                  </w:divsChild>
                </w:div>
                <w:div w:id="2089303390">
                  <w:marLeft w:val="0"/>
                  <w:marRight w:val="0"/>
                  <w:marTop w:val="0"/>
                  <w:marBottom w:val="0"/>
                  <w:divBdr>
                    <w:top w:val="none" w:sz="0" w:space="0" w:color="auto"/>
                    <w:left w:val="none" w:sz="0" w:space="0" w:color="auto"/>
                    <w:bottom w:val="none" w:sz="0" w:space="0" w:color="auto"/>
                    <w:right w:val="none" w:sz="0" w:space="0" w:color="auto"/>
                  </w:divBdr>
                  <w:divsChild>
                    <w:div w:id="1335645273">
                      <w:marLeft w:val="0"/>
                      <w:marRight w:val="0"/>
                      <w:marTop w:val="0"/>
                      <w:marBottom w:val="0"/>
                      <w:divBdr>
                        <w:top w:val="none" w:sz="0" w:space="0" w:color="auto"/>
                        <w:left w:val="none" w:sz="0" w:space="0" w:color="auto"/>
                        <w:bottom w:val="none" w:sz="0" w:space="0" w:color="auto"/>
                        <w:right w:val="none" w:sz="0" w:space="0" w:color="auto"/>
                      </w:divBdr>
                    </w:div>
                  </w:divsChild>
                </w:div>
                <w:div w:id="720590235">
                  <w:marLeft w:val="0"/>
                  <w:marRight w:val="0"/>
                  <w:marTop w:val="0"/>
                  <w:marBottom w:val="0"/>
                  <w:divBdr>
                    <w:top w:val="none" w:sz="0" w:space="0" w:color="auto"/>
                    <w:left w:val="none" w:sz="0" w:space="0" w:color="auto"/>
                    <w:bottom w:val="none" w:sz="0" w:space="0" w:color="auto"/>
                    <w:right w:val="none" w:sz="0" w:space="0" w:color="auto"/>
                  </w:divBdr>
                  <w:divsChild>
                    <w:div w:id="1295063690">
                      <w:marLeft w:val="0"/>
                      <w:marRight w:val="0"/>
                      <w:marTop w:val="0"/>
                      <w:marBottom w:val="0"/>
                      <w:divBdr>
                        <w:top w:val="none" w:sz="0" w:space="0" w:color="auto"/>
                        <w:left w:val="none" w:sz="0" w:space="0" w:color="auto"/>
                        <w:bottom w:val="none" w:sz="0" w:space="0" w:color="auto"/>
                        <w:right w:val="none" w:sz="0" w:space="0" w:color="auto"/>
                      </w:divBdr>
                    </w:div>
                  </w:divsChild>
                </w:div>
                <w:div w:id="975842332">
                  <w:marLeft w:val="0"/>
                  <w:marRight w:val="0"/>
                  <w:marTop w:val="0"/>
                  <w:marBottom w:val="0"/>
                  <w:divBdr>
                    <w:top w:val="none" w:sz="0" w:space="0" w:color="auto"/>
                    <w:left w:val="none" w:sz="0" w:space="0" w:color="auto"/>
                    <w:bottom w:val="none" w:sz="0" w:space="0" w:color="auto"/>
                    <w:right w:val="none" w:sz="0" w:space="0" w:color="auto"/>
                  </w:divBdr>
                  <w:divsChild>
                    <w:div w:id="1206065158">
                      <w:marLeft w:val="0"/>
                      <w:marRight w:val="0"/>
                      <w:marTop w:val="0"/>
                      <w:marBottom w:val="0"/>
                      <w:divBdr>
                        <w:top w:val="none" w:sz="0" w:space="0" w:color="auto"/>
                        <w:left w:val="none" w:sz="0" w:space="0" w:color="auto"/>
                        <w:bottom w:val="none" w:sz="0" w:space="0" w:color="auto"/>
                        <w:right w:val="none" w:sz="0" w:space="0" w:color="auto"/>
                      </w:divBdr>
                    </w:div>
                  </w:divsChild>
                </w:div>
                <w:div w:id="1374695151">
                  <w:marLeft w:val="0"/>
                  <w:marRight w:val="0"/>
                  <w:marTop w:val="0"/>
                  <w:marBottom w:val="0"/>
                  <w:divBdr>
                    <w:top w:val="none" w:sz="0" w:space="0" w:color="auto"/>
                    <w:left w:val="none" w:sz="0" w:space="0" w:color="auto"/>
                    <w:bottom w:val="none" w:sz="0" w:space="0" w:color="auto"/>
                    <w:right w:val="none" w:sz="0" w:space="0" w:color="auto"/>
                  </w:divBdr>
                  <w:divsChild>
                    <w:div w:id="919145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3588">
          <w:marLeft w:val="0"/>
          <w:marRight w:val="0"/>
          <w:marTop w:val="0"/>
          <w:marBottom w:val="0"/>
          <w:divBdr>
            <w:top w:val="none" w:sz="0" w:space="0" w:color="auto"/>
            <w:left w:val="none" w:sz="0" w:space="0" w:color="auto"/>
            <w:bottom w:val="none" w:sz="0" w:space="0" w:color="auto"/>
            <w:right w:val="none" w:sz="0" w:space="0" w:color="auto"/>
          </w:divBdr>
          <w:divsChild>
            <w:div w:id="1280992233">
              <w:marLeft w:val="0"/>
              <w:marRight w:val="0"/>
              <w:marTop w:val="0"/>
              <w:marBottom w:val="0"/>
              <w:divBdr>
                <w:top w:val="none" w:sz="0" w:space="0" w:color="auto"/>
                <w:left w:val="none" w:sz="0" w:space="0" w:color="auto"/>
                <w:bottom w:val="none" w:sz="0" w:space="0" w:color="auto"/>
                <w:right w:val="none" w:sz="0" w:space="0" w:color="auto"/>
              </w:divBdr>
            </w:div>
            <w:div w:id="104036502">
              <w:marLeft w:val="0"/>
              <w:marRight w:val="0"/>
              <w:marTop w:val="0"/>
              <w:marBottom w:val="0"/>
              <w:divBdr>
                <w:top w:val="none" w:sz="0" w:space="0" w:color="auto"/>
                <w:left w:val="none" w:sz="0" w:space="0" w:color="auto"/>
                <w:bottom w:val="none" w:sz="0" w:space="0" w:color="auto"/>
                <w:right w:val="none" w:sz="0" w:space="0" w:color="auto"/>
              </w:divBdr>
              <w:divsChild>
                <w:div w:id="426076317">
                  <w:marLeft w:val="0"/>
                  <w:marRight w:val="0"/>
                  <w:marTop w:val="0"/>
                  <w:marBottom w:val="0"/>
                  <w:divBdr>
                    <w:top w:val="none" w:sz="0" w:space="0" w:color="auto"/>
                    <w:left w:val="none" w:sz="0" w:space="0" w:color="auto"/>
                    <w:bottom w:val="none" w:sz="0" w:space="0" w:color="auto"/>
                    <w:right w:val="none" w:sz="0" w:space="0" w:color="auto"/>
                  </w:divBdr>
                  <w:divsChild>
                    <w:div w:id="907956227">
                      <w:marLeft w:val="0"/>
                      <w:marRight w:val="0"/>
                      <w:marTop w:val="0"/>
                      <w:marBottom w:val="0"/>
                      <w:divBdr>
                        <w:top w:val="none" w:sz="0" w:space="0" w:color="auto"/>
                        <w:left w:val="none" w:sz="0" w:space="0" w:color="auto"/>
                        <w:bottom w:val="none" w:sz="0" w:space="0" w:color="auto"/>
                        <w:right w:val="none" w:sz="0" w:space="0" w:color="auto"/>
                      </w:divBdr>
                    </w:div>
                  </w:divsChild>
                </w:div>
                <w:div w:id="332687809">
                  <w:marLeft w:val="0"/>
                  <w:marRight w:val="0"/>
                  <w:marTop w:val="0"/>
                  <w:marBottom w:val="0"/>
                  <w:divBdr>
                    <w:top w:val="none" w:sz="0" w:space="0" w:color="auto"/>
                    <w:left w:val="none" w:sz="0" w:space="0" w:color="auto"/>
                    <w:bottom w:val="none" w:sz="0" w:space="0" w:color="auto"/>
                    <w:right w:val="none" w:sz="0" w:space="0" w:color="auto"/>
                  </w:divBdr>
                  <w:divsChild>
                    <w:div w:id="91316535">
                      <w:marLeft w:val="0"/>
                      <w:marRight w:val="0"/>
                      <w:marTop w:val="0"/>
                      <w:marBottom w:val="0"/>
                      <w:divBdr>
                        <w:top w:val="none" w:sz="0" w:space="0" w:color="auto"/>
                        <w:left w:val="none" w:sz="0" w:space="0" w:color="auto"/>
                        <w:bottom w:val="none" w:sz="0" w:space="0" w:color="auto"/>
                        <w:right w:val="none" w:sz="0" w:space="0" w:color="auto"/>
                      </w:divBdr>
                    </w:div>
                  </w:divsChild>
                </w:div>
                <w:div w:id="1418747343">
                  <w:marLeft w:val="0"/>
                  <w:marRight w:val="0"/>
                  <w:marTop w:val="0"/>
                  <w:marBottom w:val="0"/>
                  <w:divBdr>
                    <w:top w:val="none" w:sz="0" w:space="0" w:color="auto"/>
                    <w:left w:val="none" w:sz="0" w:space="0" w:color="auto"/>
                    <w:bottom w:val="none" w:sz="0" w:space="0" w:color="auto"/>
                    <w:right w:val="none" w:sz="0" w:space="0" w:color="auto"/>
                  </w:divBdr>
                  <w:divsChild>
                    <w:div w:id="749695546">
                      <w:marLeft w:val="0"/>
                      <w:marRight w:val="0"/>
                      <w:marTop w:val="0"/>
                      <w:marBottom w:val="0"/>
                      <w:divBdr>
                        <w:top w:val="none" w:sz="0" w:space="0" w:color="auto"/>
                        <w:left w:val="none" w:sz="0" w:space="0" w:color="auto"/>
                        <w:bottom w:val="none" w:sz="0" w:space="0" w:color="auto"/>
                        <w:right w:val="none" w:sz="0" w:space="0" w:color="auto"/>
                      </w:divBdr>
                    </w:div>
                  </w:divsChild>
                </w:div>
                <w:div w:id="1874533793">
                  <w:marLeft w:val="0"/>
                  <w:marRight w:val="0"/>
                  <w:marTop w:val="0"/>
                  <w:marBottom w:val="0"/>
                  <w:divBdr>
                    <w:top w:val="none" w:sz="0" w:space="0" w:color="auto"/>
                    <w:left w:val="none" w:sz="0" w:space="0" w:color="auto"/>
                    <w:bottom w:val="none" w:sz="0" w:space="0" w:color="auto"/>
                    <w:right w:val="none" w:sz="0" w:space="0" w:color="auto"/>
                  </w:divBdr>
                  <w:divsChild>
                    <w:div w:id="1779910013">
                      <w:marLeft w:val="0"/>
                      <w:marRight w:val="0"/>
                      <w:marTop w:val="0"/>
                      <w:marBottom w:val="0"/>
                      <w:divBdr>
                        <w:top w:val="none" w:sz="0" w:space="0" w:color="auto"/>
                        <w:left w:val="none" w:sz="0" w:space="0" w:color="auto"/>
                        <w:bottom w:val="none" w:sz="0" w:space="0" w:color="auto"/>
                        <w:right w:val="none" w:sz="0" w:space="0" w:color="auto"/>
                      </w:divBdr>
                    </w:div>
                  </w:divsChild>
                </w:div>
                <w:div w:id="1975133365">
                  <w:marLeft w:val="0"/>
                  <w:marRight w:val="0"/>
                  <w:marTop w:val="0"/>
                  <w:marBottom w:val="0"/>
                  <w:divBdr>
                    <w:top w:val="none" w:sz="0" w:space="0" w:color="auto"/>
                    <w:left w:val="none" w:sz="0" w:space="0" w:color="auto"/>
                    <w:bottom w:val="none" w:sz="0" w:space="0" w:color="auto"/>
                    <w:right w:val="none" w:sz="0" w:space="0" w:color="auto"/>
                  </w:divBdr>
                  <w:divsChild>
                    <w:div w:id="945313247">
                      <w:marLeft w:val="0"/>
                      <w:marRight w:val="0"/>
                      <w:marTop w:val="0"/>
                      <w:marBottom w:val="0"/>
                      <w:divBdr>
                        <w:top w:val="none" w:sz="0" w:space="0" w:color="auto"/>
                        <w:left w:val="none" w:sz="0" w:space="0" w:color="auto"/>
                        <w:bottom w:val="none" w:sz="0" w:space="0" w:color="auto"/>
                        <w:right w:val="none" w:sz="0" w:space="0" w:color="auto"/>
                      </w:divBdr>
                    </w:div>
                  </w:divsChild>
                </w:div>
                <w:div w:id="1042948074">
                  <w:marLeft w:val="0"/>
                  <w:marRight w:val="0"/>
                  <w:marTop w:val="0"/>
                  <w:marBottom w:val="0"/>
                  <w:divBdr>
                    <w:top w:val="none" w:sz="0" w:space="0" w:color="auto"/>
                    <w:left w:val="none" w:sz="0" w:space="0" w:color="auto"/>
                    <w:bottom w:val="none" w:sz="0" w:space="0" w:color="auto"/>
                    <w:right w:val="none" w:sz="0" w:space="0" w:color="auto"/>
                  </w:divBdr>
                  <w:divsChild>
                    <w:div w:id="1082681109">
                      <w:marLeft w:val="0"/>
                      <w:marRight w:val="0"/>
                      <w:marTop w:val="0"/>
                      <w:marBottom w:val="0"/>
                      <w:divBdr>
                        <w:top w:val="none" w:sz="0" w:space="0" w:color="auto"/>
                        <w:left w:val="none" w:sz="0" w:space="0" w:color="auto"/>
                        <w:bottom w:val="none" w:sz="0" w:space="0" w:color="auto"/>
                        <w:right w:val="none" w:sz="0" w:space="0" w:color="auto"/>
                      </w:divBdr>
                    </w:div>
                  </w:divsChild>
                </w:div>
                <w:div w:id="731394252">
                  <w:marLeft w:val="0"/>
                  <w:marRight w:val="0"/>
                  <w:marTop w:val="0"/>
                  <w:marBottom w:val="0"/>
                  <w:divBdr>
                    <w:top w:val="none" w:sz="0" w:space="0" w:color="auto"/>
                    <w:left w:val="none" w:sz="0" w:space="0" w:color="auto"/>
                    <w:bottom w:val="none" w:sz="0" w:space="0" w:color="auto"/>
                    <w:right w:val="none" w:sz="0" w:space="0" w:color="auto"/>
                  </w:divBdr>
                  <w:divsChild>
                    <w:div w:id="1625890622">
                      <w:marLeft w:val="0"/>
                      <w:marRight w:val="0"/>
                      <w:marTop w:val="0"/>
                      <w:marBottom w:val="0"/>
                      <w:divBdr>
                        <w:top w:val="none" w:sz="0" w:space="0" w:color="auto"/>
                        <w:left w:val="none" w:sz="0" w:space="0" w:color="auto"/>
                        <w:bottom w:val="none" w:sz="0" w:space="0" w:color="auto"/>
                        <w:right w:val="none" w:sz="0" w:space="0" w:color="auto"/>
                      </w:divBdr>
                    </w:div>
                  </w:divsChild>
                </w:div>
                <w:div w:id="1471629593">
                  <w:marLeft w:val="0"/>
                  <w:marRight w:val="0"/>
                  <w:marTop w:val="0"/>
                  <w:marBottom w:val="0"/>
                  <w:divBdr>
                    <w:top w:val="none" w:sz="0" w:space="0" w:color="auto"/>
                    <w:left w:val="none" w:sz="0" w:space="0" w:color="auto"/>
                    <w:bottom w:val="none" w:sz="0" w:space="0" w:color="auto"/>
                    <w:right w:val="none" w:sz="0" w:space="0" w:color="auto"/>
                  </w:divBdr>
                  <w:divsChild>
                    <w:div w:id="186909565">
                      <w:marLeft w:val="0"/>
                      <w:marRight w:val="0"/>
                      <w:marTop w:val="0"/>
                      <w:marBottom w:val="0"/>
                      <w:divBdr>
                        <w:top w:val="none" w:sz="0" w:space="0" w:color="auto"/>
                        <w:left w:val="none" w:sz="0" w:space="0" w:color="auto"/>
                        <w:bottom w:val="none" w:sz="0" w:space="0" w:color="auto"/>
                        <w:right w:val="none" w:sz="0" w:space="0" w:color="auto"/>
                      </w:divBdr>
                    </w:div>
                  </w:divsChild>
                </w:div>
                <w:div w:id="1429620114">
                  <w:marLeft w:val="0"/>
                  <w:marRight w:val="0"/>
                  <w:marTop w:val="0"/>
                  <w:marBottom w:val="0"/>
                  <w:divBdr>
                    <w:top w:val="none" w:sz="0" w:space="0" w:color="auto"/>
                    <w:left w:val="none" w:sz="0" w:space="0" w:color="auto"/>
                    <w:bottom w:val="none" w:sz="0" w:space="0" w:color="auto"/>
                    <w:right w:val="none" w:sz="0" w:space="0" w:color="auto"/>
                  </w:divBdr>
                  <w:divsChild>
                    <w:div w:id="1752779433">
                      <w:marLeft w:val="0"/>
                      <w:marRight w:val="0"/>
                      <w:marTop w:val="0"/>
                      <w:marBottom w:val="0"/>
                      <w:divBdr>
                        <w:top w:val="none" w:sz="0" w:space="0" w:color="auto"/>
                        <w:left w:val="none" w:sz="0" w:space="0" w:color="auto"/>
                        <w:bottom w:val="none" w:sz="0" w:space="0" w:color="auto"/>
                        <w:right w:val="none" w:sz="0" w:space="0" w:color="auto"/>
                      </w:divBdr>
                    </w:div>
                  </w:divsChild>
                </w:div>
                <w:div w:id="2119374876">
                  <w:marLeft w:val="0"/>
                  <w:marRight w:val="0"/>
                  <w:marTop w:val="0"/>
                  <w:marBottom w:val="0"/>
                  <w:divBdr>
                    <w:top w:val="none" w:sz="0" w:space="0" w:color="auto"/>
                    <w:left w:val="none" w:sz="0" w:space="0" w:color="auto"/>
                    <w:bottom w:val="none" w:sz="0" w:space="0" w:color="auto"/>
                    <w:right w:val="none" w:sz="0" w:space="0" w:color="auto"/>
                  </w:divBdr>
                  <w:divsChild>
                    <w:div w:id="157431932">
                      <w:marLeft w:val="0"/>
                      <w:marRight w:val="0"/>
                      <w:marTop w:val="0"/>
                      <w:marBottom w:val="0"/>
                      <w:divBdr>
                        <w:top w:val="none" w:sz="0" w:space="0" w:color="auto"/>
                        <w:left w:val="none" w:sz="0" w:space="0" w:color="auto"/>
                        <w:bottom w:val="none" w:sz="0" w:space="0" w:color="auto"/>
                        <w:right w:val="none" w:sz="0" w:space="0" w:color="auto"/>
                      </w:divBdr>
                    </w:div>
                  </w:divsChild>
                </w:div>
                <w:div w:id="1965885820">
                  <w:marLeft w:val="0"/>
                  <w:marRight w:val="0"/>
                  <w:marTop w:val="0"/>
                  <w:marBottom w:val="0"/>
                  <w:divBdr>
                    <w:top w:val="none" w:sz="0" w:space="0" w:color="auto"/>
                    <w:left w:val="none" w:sz="0" w:space="0" w:color="auto"/>
                    <w:bottom w:val="none" w:sz="0" w:space="0" w:color="auto"/>
                    <w:right w:val="none" w:sz="0" w:space="0" w:color="auto"/>
                  </w:divBdr>
                  <w:divsChild>
                    <w:div w:id="1986007348">
                      <w:marLeft w:val="0"/>
                      <w:marRight w:val="0"/>
                      <w:marTop w:val="0"/>
                      <w:marBottom w:val="0"/>
                      <w:divBdr>
                        <w:top w:val="none" w:sz="0" w:space="0" w:color="auto"/>
                        <w:left w:val="none" w:sz="0" w:space="0" w:color="auto"/>
                        <w:bottom w:val="none" w:sz="0" w:space="0" w:color="auto"/>
                        <w:right w:val="none" w:sz="0" w:space="0" w:color="auto"/>
                      </w:divBdr>
                    </w:div>
                  </w:divsChild>
                </w:div>
                <w:div w:id="2023389358">
                  <w:marLeft w:val="0"/>
                  <w:marRight w:val="0"/>
                  <w:marTop w:val="0"/>
                  <w:marBottom w:val="0"/>
                  <w:divBdr>
                    <w:top w:val="none" w:sz="0" w:space="0" w:color="auto"/>
                    <w:left w:val="none" w:sz="0" w:space="0" w:color="auto"/>
                    <w:bottom w:val="none" w:sz="0" w:space="0" w:color="auto"/>
                    <w:right w:val="none" w:sz="0" w:space="0" w:color="auto"/>
                  </w:divBdr>
                  <w:divsChild>
                    <w:div w:id="1693451678">
                      <w:marLeft w:val="0"/>
                      <w:marRight w:val="0"/>
                      <w:marTop w:val="0"/>
                      <w:marBottom w:val="0"/>
                      <w:divBdr>
                        <w:top w:val="none" w:sz="0" w:space="0" w:color="auto"/>
                        <w:left w:val="none" w:sz="0" w:space="0" w:color="auto"/>
                        <w:bottom w:val="none" w:sz="0" w:space="0" w:color="auto"/>
                        <w:right w:val="none" w:sz="0" w:space="0" w:color="auto"/>
                      </w:divBdr>
                    </w:div>
                  </w:divsChild>
                </w:div>
                <w:div w:id="1777014822">
                  <w:marLeft w:val="0"/>
                  <w:marRight w:val="0"/>
                  <w:marTop w:val="0"/>
                  <w:marBottom w:val="0"/>
                  <w:divBdr>
                    <w:top w:val="none" w:sz="0" w:space="0" w:color="auto"/>
                    <w:left w:val="none" w:sz="0" w:space="0" w:color="auto"/>
                    <w:bottom w:val="none" w:sz="0" w:space="0" w:color="auto"/>
                    <w:right w:val="none" w:sz="0" w:space="0" w:color="auto"/>
                  </w:divBdr>
                  <w:divsChild>
                    <w:div w:id="1514765557">
                      <w:marLeft w:val="0"/>
                      <w:marRight w:val="0"/>
                      <w:marTop w:val="0"/>
                      <w:marBottom w:val="0"/>
                      <w:divBdr>
                        <w:top w:val="none" w:sz="0" w:space="0" w:color="auto"/>
                        <w:left w:val="none" w:sz="0" w:space="0" w:color="auto"/>
                        <w:bottom w:val="none" w:sz="0" w:space="0" w:color="auto"/>
                        <w:right w:val="none" w:sz="0" w:space="0" w:color="auto"/>
                      </w:divBdr>
                    </w:div>
                  </w:divsChild>
                </w:div>
                <w:div w:id="1139540650">
                  <w:marLeft w:val="0"/>
                  <w:marRight w:val="0"/>
                  <w:marTop w:val="0"/>
                  <w:marBottom w:val="0"/>
                  <w:divBdr>
                    <w:top w:val="none" w:sz="0" w:space="0" w:color="auto"/>
                    <w:left w:val="none" w:sz="0" w:space="0" w:color="auto"/>
                    <w:bottom w:val="none" w:sz="0" w:space="0" w:color="auto"/>
                    <w:right w:val="none" w:sz="0" w:space="0" w:color="auto"/>
                  </w:divBdr>
                  <w:divsChild>
                    <w:div w:id="1854565962">
                      <w:marLeft w:val="0"/>
                      <w:marRight w:val="0"/>
                      <w:marTop w:val="0"/>
                      <w:marBottom w:val="0"/>
                      <w:divBdr>
                        <w:top w:val="none" w:sz="0" w:space="0" w:color="auto"/>
                        <w:left w:val="none" w:sz="0" w:space="0" w:color="auto"/>
                        <w:bottom w:val="none" w:sz="0" w:space="0" w:color="auto"/>
                        <w:right w:val="none" w:sz="0" w:space="0" w:color="auto"/>
                      </w:divBdr>
                    </w:div>
                  </w:divsChild>
                </w:div>
                <w:div w:id="61414062">
                  <w:marLeft w:val="0"/>
                  <w:marRight w:val="0"/>
                  <w:marTop w:val="0"/>
                  <w:marBottom w:val="0"/>
                  <w:divBdr>
                    <w:top w:val="none" w:sz="0" w:space="0" w:color="auto"/>
                    <w:left w:val="none" w:sz="0" w:space="0" w:color="auto"/>
                    <w:bottom w:val="none" w:sz="0" w:space="0" w:color="auto"/>
                    <w:right w:val="none" w:sz="0" w:space="0" w:color="auto"/>
                  </w:divBdr>
                  <w:divsChild>
                    <w:div w:id="1204824113">
                      <w:marLeft w:val="0"/>
                      <w:marRight w:val="0"/>
                      <w:marTop w:val="0"/>
                      <w:marBottom w:val="0"/>
                      <w:divBdr>
                        <w:top w:val="none" w:sz="0" w:space="0" w:color="auto"/>
                        <w:left w:val="none" w:sz="0" w:space="0" w:color="auto"/>
                        <w:bottom w:val="none" w:sz="0" w:space="0" w:color="auto"/>
                        <w:right w:val="none" w:sz="0" w:space="0" w:color="auto"/>
                      </w:divBdr>
                    </w:div>
                  </w:divsChild>
                </w:div>
                <w:div w:id="1060203473">
                  <w:marLeft w:val="0"/>
                  <w:marRight w:val="0"/>
                  <w:marTop w:val="0"/>
                  <w:marBottom w:val="0"/>
                  <w:divBdr>
                    <w:top w:val="none" w:sz="0" w:space="0" w:color="auto"/>
                    <w:left w:val="none" w:sz="0" w:space="0" w:color="auto"/>
                    <w:bottom w:val="none" w:sz="0" w:space="0" w:color="auto"/>
                    <w:right w:val="none" w:sz="0" w:space="0" w:color="auto"/>
                  </w:divBdr>
                  <w:divsChild>
                    <w:div w:id="83114693">
                      <w:marLeft w:val="0"/>
                      <w:marRight w:val="0"/>
                      <w:marTop w:val="0"/>
                      <w:marBottom w:val="0"/>
                      <w:divBdr>
                        <w:top w:val="none" w:sz="0" w:space="0" w:color="auto"/>
                        <w:left w:val="none" w:sz="0" w:space="0" w:color="auto"/>
                        <w:bottom w:val="none" w:sz="0" w:space="0" w:color="auto"/>
                        <w:right w:val="none" w:sz="0" w:space="0" w:color="auto"/>
                      </w:divBdr>
                    </w:div>
                  </w:divsChild>
                </w:div>
                <w:div w:id="1889103342">
                  <w:marLeft w:val="0"/>
                  <w:marRight w:val="0"/>
                  <w:marTop w:val="0"/>
                  <w:marBottom w:val="0"/>
                  <w:divBdr>
                    <w:top w:val="none" w:sz="0" w:space="0" w:color="auto"/>
                    <w:left w:val="none" w:sz="0" w:space="0" w:color="auto"/>
                    <w:bottom w:val="none" w:sz="0" w:space="0" w:color="auto"/>
                    <w:right w:val="none" w:sz="0" w:space="0" w:color="auto"/>
                  </w:divBdr>
                  <w:divsChild>
                    <w:div w:id="1207528465">
                      <w:marLeft w:val="0"/>
                      <w:marRight w:val="0"/>
                      <w:marTop w:val="0"/>
                      <w:marBottom w:val="0"/>
                      <w:divBdr>
                        <w:top w:val="none" w:sz="0" w:space="0" w:color="auto"/>
                        <w:left w:val="none" w:sz="0" w:space="0" w:color="auto"/>
                        <w:bottom w:val="none" w:sz="0" w:space="0" w:color="auto"/>
                        <w:right w:val="none" w:sz="0" w:space="0" w:color="auto"/>
                      </w:divBdr>
                    </w:div>
                  </w:divsChild>
                </w:div>
                <w:div w:id="1260143287">
                  <w:marLeft w:val="0"/>
                  <w:marRight w:val="0"/>
                  <w:marTop w:val="0"/>
                  <w:marBottom w:val="0"/>
                  <w:divBdr>
                    <w:top w:val="none" w:sz="0" w:space="0" w:color="auto"/>
                    <w:left w:val="none" w:sz="0" w:space="0" w:color="auto"/>
                    <w:bottom w:val="none" w:sz="0" w:space="0" w:color="auto"/>
                    <w:right w:val="none" w:sz="0" w:space="0" w:color="auto"/>
                  </w:divBdr>
                  <w:divsChild>
                    <w:div w:id="1752004955">
                      <w:marLeft w:val="0"/>
                      <w:marRight w:val="0"/>
                      <w:marTop w:val="0"/>
                      <w:marBottom w:val="0"/>
                      <w:divBdr>
                        <w:top w:val="none" w:sz="0" w:space="0" w:color="auto"/>
                        <w:left w:val="none" w:sz="0" w:space="0" w:color="auto"/>
                        <w:bottom w:val="none" w:sz="0" w:space="0" w:color="auto"/>
                        <w:right w:val="none" w:sz="0" w:space="0" w:color="auto"/>
                      </w:divBdr>
                    </w:div>
                  </w:divsChild>
                </w:div>
                <w:div w:id="674840779">
                  <w:marLeft w:val="0"/>
                  <w:marRight w:val="0"/>
                  <w:marTop w:val="0"/>
                  <w:marBottom w:val="0"/>
                  <w:divBdr>
                    <w:top w:val="none" w:sz="0" w:space="0" w:color="auto"/>
                    <w:left w:val="none" w:sz="0" w:space="0" w:color="auto"/>
                    <w:bottom w:val="none" w:sz="0" w:space="0" w:color="auto"/>
                    <w:right w:val="none" w:sz="0" w:space="0" w:color="auto"/>
                  </w:divBdr>
                  <w:divsChild>
                    <w:div w:id="200410290">
                      <w:marLeft w:val="0"/>
                      <w:marRight w:val="0"/>
                      <w:marTop w:val="0"/>
                      <w:marBottom w:val="0"/>
                      <w:divBdr>
                        <w:top w:val="none" w:sz="0" w:space="0" w:color="auto"/>
                        <w:left w:val="none" w:sz="0" w:space="0" w:color="auto"/>
                        <w:bottom w:val="none" w:sz="0" w:space="0" w:color="auto"/>
                        <w:right w:val="none" w:sz="0" w:space="0" w:color="auto"/>
                      </w:divBdr>
                    </w:div>
                  </w:divsChild>
                </w:div>
                <w:div w:id="1114329244">
                  <w:marLeft w:val="0"/>
                  <w:marRight w:val="0"/>
                  <w:marTop w:val="0"/>
                  <w:marBottom w:val="0"/>
                  <w:divBdr>
                    <w:top w:val="none" w:sz="0" w:space="0" w:color="auto"/>
                    <w:left w:val="none" w:sz="0" w:space="0" w:color="auto"/>
                    <w:bottom w:val="none" w:sz="0" w:space="0" w:color="auto"/>
                    <w:right w:val="none" w:sz="0" w:space="0" w:color="auto"/>
                  </w:divBdr>
                  <w:divsChild>
                    <w:div w:id="1411734002">
                      <w:marLeft w:val="0"/>
                      <w:marRight w:val="0"/>
                      <w:marTop w:val="0"/>
                      <w:marBottom w:val="0"/>
                      <w:divBdr>
                        <w:top w:val="none" w:sz="0" w:space="0" w:color="auto"/>
                        <w:left w:val="none" w:sz="0" w:space="0" w:color="auto"/>
                        <w:bottom w:val="none" w:sz="0" w:space="0" w:color="auto"/>
                        <w:right w:val="none" w:sz="0" w:space="0" w:color="auto"/>
                      </w:divBdr>
                    </w:div>
                  </w:divsChild>
                </w:div>
                <w:div w:id="782459091">
                  <w:marLeft w:val="0"/>
                  <w:marRight w:val="0"/>
                  <w:marTop w:val="0"/>
                  <w:marBottom w:val="0"/>
                  <w:divBdr>
                    <w:top w:val="none" w:sz="0" w:space="0" w:color="auto"/>
                    <w:left w:val="none" w:sz="0" w:space="0" w:color="auto"/>
                    <w:bottom w:val="none" w:sz="0" w:space="0" w:color="auto"/>
                    <w:right w:val="none" w:sz="0" w:space="0" w:color="auto"/>
                  </w:divBdr>
                  <w:divsChild>
                    <w:div w:id="534347119">
                      <w:marLeft w:val="0"/>
                      <w:marRight w:val="0"/>
                      <w:marTop w:val="0"/>
                      <w:marBottom w:val="0"/>
                      <w:divBdr>
                        <w:top w:val="none" w:sz="0" w:space="0" w:color="auto"/>
                        <w:left w:val="none" w:sz="0" w:space="0" w:color="auto"/>
                        <w:bottom w:val="none" w:sz="0" w:space="0" w:color="auto"/>
                        <w:right w:val="none" w:sz="0" w:space="0" w:color="auto"/>
                      </w:divBdr>
                    </w:div>
                  </w:divsChild>
                </w:div>
                <w:div w:id="1224102523">
                  <w:marLeft w:val="0"/>
                  <w:marRight w:val="0"/>
                  <w:marTop w:val="0"/>
                  <w:marBottom w:val="0"/>
                  <w:divBdr>
                    <w:top w:val="none" w:sz="0" w:space="0" w:color="auto"/>
                    <w:left w:val="none" w:sz="0" w:space="0" w:color="auto"/>
                    <w:bottom w:val="none" w:sz="0" w:space="0" w:color="auto"/>
                    <w:right w:val="none" w:sz="0" w:space="0" w:color="auto"/>
                  </w:divBdr>
                  <w:divsChild>
                    <w:div w:id="722679660">
                      <w:marLeft w:val="0"/>
                      <w:marRight w:val="0"/>
                      <w:marTop w:val="0"/>
                      <w:marBottom w:val="0"/>
                      <w:divBdr>
                        <w:top w:val="none" w:sz="0" w:space="0" w:color="auto"/>
                        <w:left w:val="none" w:sz="0" w:space="0" w:color="auto"/>
                        <w:bottom w:val="none" w:sz="0" w:space="0" w:color="auto"/>
                        <w:right w:val="none" w:sz="0" w:space="0" w:color="auto"/>
                      </w:divBdr>
                    </w:div>
                  </w:divsChild>
                </w:div>
                <w:div w:id="1874033818">
                  <w:marLeft w:val="0"/>
                  <w:marRight w:val="0"/>
                  <w:marTop w:val="0"/>
                  <w:marBottom w:val="0"/>
                  <w:divBdr>
                    <w:top w:val="none" w:sz="0" w:space="0" w:color="auto"/>
                    <w:left w:val="none" w:sz="0" w:space="0" w:color="auto"/>
                    <w:bottom w:val="none" w:sz="0" w:space="0" w:color="auto"/>
                    <w:right w:val="none" w:sz="0" w:space="0" w:color="auto"/>
                  </w:divBdr>
                  <w:divsChild>
                    <w:div w:id="1774091479">
                      <w:marLeft w:val="0"/>
                      <w:marRight w:val="0"/>
                      <w:marTop w:val="0"/>
                      <w:marBottom w:val="0"/>
                      <w:divBdr>
                        <w:top w:val="none" w:sz="0" w:space="0" w:color="auto"/>
                        <w:left w:val="none" w:sz="0" w:space="0" w:color="auto"/>
                        <w:bottom w:val="none" w:sz="0" w:space="0" w:color="auto"/>
                        <w:right w:val="none" w:sz="0" w:space="0" w:color="auto"/>
                      </w:divBdr>
                    </w:div>
                  </w:divsChild>
                </w:div>
                <w:div w:id="2112624532">
                  <w:marLeft w:val="0"/>
                  <w:marRight w:val="0"/>
                  <w:marTop w:val="0"/>
                  <w:marBottom w:val="0"/>
                  <w:divBdr>
                    <w:top w:val="none" w:sz="0" w:space="0" w:color="auto"/>
                    <w:left w:val="none" w:sz="0" w:space="0" w:color="auto"/>
                    <w:bottom w:val="none" w:sz="0" w:space="0" w:color="auto"/>
                    <w:right w:val="none" w:sz="0" w:space="0" w:color="auto"/>
                  </w:divBdr>
                  <w:divsChild>
                    <w:div w:id="1131099426">
                      <w:marLeft w:val="0"/>
                      <w:marRight w:val="0"/>
                      <w:marTop w:val="0"/>
                      <w:marBottom w:val="0"/>
                      <w:divBdr>
                        <w:top w:val="none" w:sz="0" w:space="0" w:color="auto"/>
                        <w:left w:val="none" w:sz="0" w:space="0" w:color="auto"/>
                        <w:bottom w:val="none" w:sz="0" w:space="0" w:color="auto"/>
                        <w:right w:val="none" w:sz="0" w:space="0" w:color="auto"/>
                      </w:divBdr>
                    </w:div>
                  </w:divsChild>
                </w:div>
                <w:div w:id="1110710453">
                  <w:marLeft w:val="0"/>
                  <w:marRight w:val="0"/>
                  <w:marTop w:val="0"/>
                  <w:marBottom w:val="0"/>
                  <w:divBdr>
                    <w:top w:val="none" w:sz="0" w:space="0" w:color="auto"/>
                    <w:left w:val="none" w:sz="0" w:space="0" w:color="auto"/>
                    <w:bottom w:val="none" w:sz="0" w:space="0" w:color="auto"/>
                    <w:right w:val="none" w:sz="0" w:space="0" w:color="auto"/>
                  </w:divBdr>
                  <w:divsChild>
                    <w:div w:id="322316830">
                      <w:marLeft w:val="0"/>
                      <w:marRight w:val="0"/>
                      <w:marTop w:val="0"/>
                      <w:marBottom w:val="0"/>
                      <w:divBdr>
                        <w:top w:val="none" w:sz="0" w:space="0" w:color="auto"/>
                        <w:left w:val="none" w:sz="0" w:space="0" w:color="auto"/>
                        <w:bottom w:val="none" w:sz="0" w:space="0" w:color="auto"/>
                        <w:right w:val="none" w:sz="0" w:space="0" w:color="auto"/>
                      </w:divBdr>
                    </w:div>
                  </w:divsChild>
                </w:div>
                <w:div w:id="2029988356">
                  <w:marLeft w:val="0"/>
                  <w:marRight w:val="0"/>
                  <w:marTop w:val="0"/>
                  <w:marBottom w:val="0"/>
                  <w:divBdr>
                    <w:top w:val="none" w:sz="0" w:space="0" w:color="auto"/>
                    <w:left w:val="none" w:sz="0" w:space="0" w:color="auto"/>
                    <w:bottom w:val="none" w:sz="0" w:space="0" w:color="auto"/>
                    <w:right w:val="none" w:sz="0" w:space="0" w:color="auto"/>
                  </w:divBdr>
                  <w:divsChild>
                    <w:div w:id="1986549803">
                      <w:marLeft w:val="0"/>
                      <w:marRight w:val="0"/>
                      <w:marTop w:val="0"/>
                      <w:marBottom w:val="0"/>
                      <w:divBdr>
                        <w:top w:val="none" w:sz="0" w:space="0" w:color="auto"/>
                        <w:left w:val="none" w:sz="0" w:space="0" w:color="auto"/>
                        <w:bottom w:val="none" w:sz="0" w:space="0" w:color="auto"/>
                        <w:right w:val="none" w:sz="0" w:space="0" w:color="auto"/>
                      </w:divBdr>
                    </w:div>
                  </w:divsChild>
                </w:div>
                <w:div w:id="588738976">
                  <w:marLeft w:val="0"/>
                  <w:marRight w:val="0"/>
                  <w:marTop w:val="0"/>
                  <w:marBottom w:val="0"/>
                  <w:divBdr>
                    <w:top w:val="none" w:sz="0" w:space="0" w:color="auto"/>
                    <w:left w:val="none" w:sz="0" w:space="0" w:color="auto"/>
                    <w:bottom w:val="none" w:sz="0" w:space="0" w:color="auto"/>
                    <w:right w:val="none" w:sz="0" w:space="0" w:color="auto"/>
                  </w:divBdr>
                  <w:divsChild>
                    <w:div w:id="2128815511">
                      <w:marLeft w:val="0"/>
                      <w:marRight w:val="0"/>
                      <w:marTop w:val="0"/>
                      <w:marBottom w:val="0"/>
                      <w:divBdr>
                        <w:top w:val="none" w:sz="0" w:space="0" w:color="auto"/>
                        <w:left w:val="none" w:sz="0" w:space="0" w:color="auto"/>
                        <w:bottom w:val="none" w:sz="0" w:space="0" w:color="auto"/>
                        <w:right w:val="none" w:sz="0" w:space="0" w:color="auto"/>
                      </w:divBdr>
                    </w:div>
                  </w:divsChild>
                </w:div>
                <w:div w:id="2104060151">
                  <w:marLeft w:val="0"/>
                  <w:marRight w:val="0"/>
                  <w:marTop w:val="0"/>
                  <w:marBottom w:val="0"/>
                  <w:divBdr>
                    <w:top w:val="none" w:sz="0" w:space="0" w:color="auto"/>
                    <w:left w:val="none" w:sz="0" w:space="0" w:color="auto"/>
                    <w:bottom w:val="none" w:sz="0" w:space="0" w:color="auto"/>
                    <w:right w:val="none" w:sz="0" w:space="0" w:color="auto"/>
                  </w:divBdr>
                  <w:divsChild>
                    <w:div w:id="898128395">
                      <w:marLeft w:val="0"/>
                      <w:marRight w:val="0"/>
                      <w:marTop w:val="0"/>
                      <w:marBottom w:val="0"/>
                      <w:divBdr>
                        <w:top w:val="none" w:sz="0" w:space="0" w:color="auto"/>
                        <w:left w:val="none" w:sz="0" w:space="0" w:color="auto"/>
                        <w:bottom w:val="none" w:sz="0" w:space="0" w:color="auto"/>
                        <w:right w:val="none" w:sz="0" w:space="0" w:color="auto"/>
                      </w:divBdr>
                    </w:div>
                  </w:divsChild>
                </w:div>
                <w:div w:id="1066536654">
                  <w:marLeft w:val="0"/>
                  <w:marRight w:val="0"/>
                  <w:marTop w:val="0"/>
                  <w:marBottom w:val="0"/>
                  <w:divBdr>
                    <w:top w:val="none" w:sz="0" w:space="0" w:color="auto"/>
                    <w:left w:val="none" w:sz="0" w:space="0" w:color="auto"/>
                    <w:bottom w:val="none" w:sz="0" w:space="0" w:color="auto"/>
                    <w:right w:val="none" w:sz="0" w:space="0" w:color="auto"/>
                  </w:divBdr>
                  <w:divsChild>
                    <w:div w:id="1780955208">
                      <w:marLeft w:val="0"/>
                      <w:marRight w:val="0"/>
                      <w:marTop w:val="0"/>
                      <w:marBottom w:val="0"/>
                      <w:divBdr>
                        <w:top w:val="none" w:sz="0" w:space="0" w:color="auto"/>
                        <w:left w:val="none" w:sz="0" w:space="0" w:color="auto"/>
                        <w:bottom w:val="none" w:sz="0" w:space="0" w:color="auto"/>
                        <w:right w:val="none" w:sz="0" w:space="0" w:color="auto"/>
                      </w:divBdr>
                    </w:div>
                  </w:divsChild>
                </w:div>
                <w:div w:id="993991970">
                  <w:marLeft w:val="0"/>
                  <w:marRight w:val="0"/>
                  <w:marTop w:val="0"/>
                  <w:marBottom w:val="0"/>
                  <w:divBdr>
                    <w:top w:val="none" w:sz="0" w:space="0" w:color="auto"/>
                    <w:left w:val="none" w:sz="0" w:space="0" w:color="auto"/>
                    <w:bottom w:val="none" w:sz="0" w:space="0" w:color="auto"/>
                    <w:right w:val="none" w:sz="0" w:space="0" w:color="auto"/>
                  </w:divBdr>
                  <w:divsChild>
                    <w:div w:id="259416649">
                      <w:marLeft w:val="0"/>
                      <w:marRight w:val="0"/>
                      <w:marTop w:val="0"/>
                      <w:marBottom w:val="0"/>
                      <w:divBdr>
                        <w:top w:val="none" w:sz="0" w:space="0" w:color="auto"/>
                        <w:left w:val="none" w:sz="0" w:space="0" w:color="auto"/>
                        <w:bottom w:val="none" w:sz="0" w:space="0" w:color="auto"/>
                        <w:right w:val="none" w:sz="0" w:space="0" w:color="auto"/>
                      </w:divBdr>
                    </w:div>
                  </w:divsChild>
                </w:div>
                <w:div w:id="55592638">
                  <w:marLeft w:val="0"/>
                  <w:marRight w:val="0"/>
                  <w:marTop w:val="0"/>
                  <w:marBottom w:val="0"/>
                  <w:divBdr>
                    <w:top w:val="none" w:sz="0" w:space="0" w:color="auto"/>
                    <w:left w:val="none" w:sz="0" w:space="0" w:color="auto"/>
                    <w:bottom w:val="none" w:sz="0" w:space="0" w:color="auto"/>
                    <w:right w:val="none" w:sz="0" w:space="0" w:color="auto"/>
                  </w:divBdr>
                  <w:divsChild>
                    <w:div w:id="869487692">
                      <w:marLeft w:val="0"/>
                      <w:marRight w:val="0"/>
                      <w:marTop w:val="0"/>
                      <w:marBottom w:val="0"/>
                      <w:divBdr>
                        <w:top w:val="none" w:sz="0" w:space="0" w:color="auto"/>
                        <w:left w:val="none" w:sz="0" w:space="0" w:color="auto"/>
                        <w:bottom w:val="none" w:sz="0" w:space="0" w:color="auto"/>
                        <w:right w:val="none" w:sz="0" w:space="0" w:color="auto"/>
                      </w:divBdr>
                    </w:div>
                  </w:divsChild>
                </w:div>
                <w:div w:id="1451896115">
                  <w:marLeft w:val="0"/>
                  <w:marRight w:val="0"/>
                  <w:marTop w:val="0"/>
                  <w:marBottom w:val="0"/>
                  <w:divBdr>
                    <w:top w:val="none" w:sz="0" w:space="0" w:color="auto"/>
                    <w:left w:val="none" w:sz="0" w:space="0" w:color="auto"/>
                    <w:bottom w:val="none" w:sz="0" w:space="0" w:color="auto"/>
                    <w:right w:val="none" w:sz="0" w:space="0" w:color="auto"/>
                  </w:divBdr>
                  <w:divsChild>
                    <w:div w:id="72508909">
                      <w:marLeft w:val="0"/>
                      <w:marRight w:val="0"/>
                      <w:marTop w:val="0"/>
                      <w:marBottom w:val="0"/>
                      <w:divBdr>
                        <w:top w:val="none" w:sz="0" w:space="0" w:color="auto"/>
                        <w:left w:val="none" w:sz="0" w:space="0" w:color="auto"/>
                        <w:bottom w:val="none" w:sz="0" w:space="0" w:color="auto"/>
                        <w:right w:val="none" w:sz="0" w:space="0" w:color="auto"/>
                      </w:divBdr>
                    </w:div>
                  </w:divsChild>
                </w:div>
                <w:div w:id="1475877724">
                  <w:marLeft w:val="0"/>
                  <w:marRight w:val="0"/>
                  <w:marTop w:val="0"/>
                  <w:marBottom w:val="0"/>
                  <w:divBdr>
                    <w:top w:val="none" w:sz="0" w:space="0" w:color="auto"/>
                    <w:left w:val="none" w:sz="0" w:space="0" w:color="auto"/>
                    <w:bottom w:val="none" w:sz="0" w:space="0" w:color="auto"/>
                    <w:right w:val="none" w:sz="0" w:space="0" w:color="auto"/>
                  </w:divBdr>
                  <w:divsChild>
                    <w:div w:id="122235372">
                      <w:marLeft w:val="0"/>
                      <w:marRight w:val="0"/>
                      <w:marTop w:val="0"/>
                      <w:marBottom w:val="0"/>
                      <w:divBdr>
                        <w:top w:val="none" w:sz="0" w:space="0" w:color="auto"/>
                        <w:left w:val="none" w:sz="0" w:space="0" w:color="auto"/>
                        <w:bottom w:val="none" w:sz="0" w:space="0" w:color="auto"/>
                        <w:right w:val="none" w:sz="0" w:space="0" w:color="auto"/>
                      </w:divBdr>
                    </w:div>
                  </w:divsChild>
                </w:div>
                <w:div w:id="44530051">
                  <w:marLeft w:val="0"/>
                  <w:marRight w:val="0"/>
                  <w:marTop w:val="0"/>
                  <w:marBottom w:val="0"/>
                  <w:divBdr>
                    <w:top w:val="none" w:sz="0" w:space="0" w:color="auto"/>
                    <w:left w:val="none" w:sz="0" w:space="0" w:color="auto"/>
                    <w:bottom w:val="none" w:sz="0" w:space="0" w:color="auto"/>
                    <w:right w:val="none" w:sz="0" w:space="0" w:color="auto"/>
                  </w:divBdr>
                  <w:divsChild>
                    <w:div w:id="754665734">
                      <w:marLeft w:val="0"/>
                      <w:marRight w:val="0"/>
                      <w:marTop w:val="0"/>
                      <w:marBottom w:val="0"/>
                      <w:divBdr>
                        <w:top w:val="none" w:sz="0" w:space="0" w:color="auto"/>
                        <w:left w:val="none" w:sz="0" w:space="0" w:color="auto"/>
                        <w:bottom w:val="none" w:sz="0" w:space="0" w:color="auto"/>
                        <w:right w:val="none" w:sz="0" w:space="0" w:color="auto"/>
                      </w:divBdr>
                    </w:div>
                  </w:divsChild>
                </w:div>
                <w:div w:id="648290743">
                  <w:marLeft w:val="0"/>
                  <w:marRight w:val="0"/>
                  <w:marTop w:val="0"/>
                  <w:marBottom w:val="0"/>
                  <w:divBdr>
                    <w:top w:val="none" w:sz="0" w:space="0" w:color="auto"/>
                    <w:left w:val="none" w:sz="0" w:space="0" w:color="auto"/>
                    <w:bottom w:val="none" w:sz="0" w:space="0" w:color="auto"/>
                    <w:right w:val="none" w:sz="0" w:space="0" w:color="auto"/>
                  </w:divBdr>
                  <w:divsChild>
                    <w:div w:id="1257011666">
                      <w:marLeft w:val="0"/>
                      <w:marRight w:val="0"/>
                      <w:marTop w:val="0"/>
                      <w:marBottom w:val="0"/>
                      <w:divBdr>
                        <w:top w:val="none" w:sz="0" w:space="0" w:color="auto"/>
                        <w:left w:val="none" w:sz="0" w:space="0" w:color="auto"/>
                        <w:bottom w:val="none" w:sz="0" w:space="0" w:color="auto"/>
                        <w:right w:val="none" w:sz="0" w:space="0" w:color="auto"/>
                      </w:divBdr>
                    </w:div>
                  </w:divsChild>
                </w:div>
                <w:div w:id="411128250">
                  <w:marLeft w:val="0"/>
                  <w:marRight w:val="0"/>
                  <w:marTop w:val="0"/>
                  <w:marBottom w:val="0"/>
                  <w:divBdr>
                    <w:top w:val="none" w:sz="0" w:space="0" w:color="auto"/>
                    <w:left w:val="none" w:sz="0" w:space="0" w:color="auto"/>
                    <w:bottom w:val="none" w:sz="0" w:space="0" w:color="auto"/>
                    <w:right w:val="none" w:sz="0" w:space="0" w:color="auto"/>
                  </w:divBdr>
                  <w:divsChild>
                    <w:div w:id="2077782415">
                      <w:marLeft w:val="0"/>
                      <w:marRight w:val="0"/>
                      <w:marTop w:val="0"/>
                      <w:marBottom w:val="0"/>
                      <w:divBdr>
                        <w:top w:val="none" w:sz="0" w:space="0" w:color="auto"/>
                        <w:left w:val="none" w:sz="0" w:space="0" w:color="auto"/>
                        <w:bottom w:val="none" w:sz="0" w:space="0" w:color="auto"/>
                        <w:right w:val="none" w:sz="0" w:space="0" w:color="auto"/>
                      </w:divBdr>
                    </w:div>
                  </w:divsChild>
                </w:div>
                <w:div w:id="1824540205">
                  <w:marLeft w:val="0"/>
                  <w:marRight w:val="0"/>
                  <w:marTop w:val="0"/>
                  <w:marBottom w:val="0"/>
                  <w:divBdr>
                    <w:top w:val="none" w:sz="0" w:space="0" w:color="auto"/>
                    <w:left w:val="none" w:sz="0" w:space="0" w:color="auto"/>
                    <w:bottom w:val="none" w:sz="0" w:space="0" w:color="auto"/>
                    <w:right w:val="none" w:sz="0" w:space="0" w:color="auto"/>
                  </w:divBdr>
                  <w:divsChild>
                    <w:div w:id="1814985032">
                      <w:marLeft w:val="0"/>
                      <w:marRight w:val="0"/>
                      <w:marTop w:val="0"/>
                      <w:marBottom w:val="0"/>
                      <w:divBdr>
                        <w:top w:val="none" w:sz="0" w:space="0" w:color="auto"/>
                        <w:left w:val="none" w:sz="0" w:space="0" w:color="auto"/>
                        <w:bottom w:val="none" w:sz="0" w:space="0" w:color="auto"/>
                        <w:right w:val="none" w:sz="0" w:space="0" w:color="auto"/>
                      </w:divBdr>
                    </w:div>
                  </w:divsChild>
                </w:div>
                <w:div w:id="1091505572">
                  <w:marLeft w:val="0"/>
                  <w:marRight w:val="0"/>
                  <w:marTop w:val="0"/>
                  <w:marBottom w:val="0"/>
                  <w:divBdr>
                    <w:top w:val="none" w:sz="0" w:space="0" w:color="auto"/>
                    <w:left w:val="none" w:sz="0" w:space="0" w:color="auto"/>
                    <w:bottom w:val="none" w:sz="0" w:space="0" w:color="auto"/>
                    <w:right w:val="none" w:sz="0" w:space="0" w:color="auto"/>
                  </w:divBdr>
                  <w:divsChild>
                    <w:div w:id="1166897628">
                      <w:marLeft w:val="0"/>
                      <w:marRight w:val="0"/>
                      <w:marTop w:val="0"/>
                      <w:marBottom w:val="0"/>
                      <w:divBdr>
                        <w:top w:val="none" w:sz="0" w:space="0" w:color="auto"/>
                        <w:left w:val="none" w:sz="0" w:space="0" w:color="auto"/>
                        <w:bottom w:val="none" w:sz="0" w:space="0" w:color="auto"/>
                        <w:right w:val="none" w:sz="0" w:space="0" w:color="auto"/>
                      </w:divBdr>
                    </w:div>
                  </w:divsChild>
                </w:div>
                <w:div w:id="1455951031">
                  <w:marLeft w:val="0"/>
                  <w:marRight w:val="0"/>
                  <w:marTop w:val="0"/>
                  <w:marBottom w:val="0"/>
                  <w:divBdr>
                    <w:top w:val="none" w:sz="0" w:space="0" w:color="auto"/>
                    <w:left w:val="none" w:sz="0" w:space="0" w:color="auto"/>
                    <w:bottom w:val="none" w:sz="0" w:space="0" w:color="auto"/>
                    <w:right w:val="none" w:sz="0" w:space="0" w:color="auto"/>
                  </w:divBdr>
                  <w:divsChild>
                    <w:div w:id="1536962465">
                      <w:marLeft w:val="0"/>
                      <w:marRight w:val="0"/>
                      <w:marTop w:val="0"/>
                      <w:marBottom w:val="0"/>
                      <w:divBdr>
                        <w:top w:val="none" w:sz="0" w:space="0" w:color="auto"/>
                        <w:left w:val="none" w:sz="0" w:space="0" w:color="auto"/>
                        <w:bottom w:val="none" w:sz="0" w:space="0" w:color="auto"/>
                        <w:right w:val="none" w:sz="0" w:space="0" w:color="auto"/>
                      </w:divBdr>
                    </w:div>
                  </w:divsChild>
                </w:div>
                <w:div w:id="134563594">
                  <w:marLeft w:val="0"/>
                  <w:marRight w:val="0"/>
                  <w:marTop w:val="0"/>
                  <w:marBottom w:val="0"/>
                  <w:divBdr>
                    <w:top w:val="none" w:sz="0" w:space="0" w:color="auto"/>
                    <w:left w:val="none" w:sz="0" w:space="0" w:color="auto"/>
                    <w:bottom w:val="none" w:sz="0" w:space="0" w:color="auto"/>
                    <w:right w:val="none" w:sz="0" w:space="0" w:color="auto"/>
                  </w:divBdr>
                  <w:divsChild>
                    <w:div w:id="1176192712">
                      <w:marLeft w:val="0"/>
                      <w:marRight w:val="0"/>
                      <w:marTop w:val="0"/>
                      <w:marBottom w:val="0"/>
                      <w:divBdr>
                        <w:top w:val="none" w:sz="0" w:space="0" w:color="auto"/>
                        <w:left w:val="none" w:sz="0" w:space="0" w:color="auto"/>
                        <w:bottom w:val="none" w:sz="0" w:space="0" w:color="auto"/>
                        <w:right w:val="none" w:sz="0" w:space="0" w:color="auto"/>
                      </w:divBdr>
                    </w:div>
                  </w:divsChild>
                </w:div>
                <w:div w:id="285351165">
                  <w:marLeft w:val="0"/>
                  <w:marRight w:val="0"/>
                  <w:marTop w:val="0"/>
                  <w:marBottom w:val="0"/>
                  <w:divBdr>
                    <w:top w:val="none" w:sz="0" w:space="0" w:color="auto"/>
                    <w:left w:val="none" w:sz="0" w:space="0" w:color="auto"/>
                    <w:bottom w:val="none" w:sz="0" w:space="0" w:color="auto"/>
                    <w:right w:val="none" w:sz="0" w:space="0" w:color="auto"/>
                  </w:divBdr>
                  <w:divsChild>
                    <w:div w:id="16040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169064">
      <w:bodyDiv w:val="1"/>
      <w:marLeft w:val="0"/>
      <w:marRight w:val="0"/>
      <w:marTop w:val="0"/>
      <w:marBottom w:val="0"/>
      <w:divBdr>
        <w:top w:val="none" w:sz="0" w:space="0" w:color="auto"/>
        <w:left w:val="none" w:sz="0" w:space="0" w:color="auto"/>
        <w:bottom w:val="none" w:sz="0" w:space="0" w:color="auto"/>
        <w:right w:val="none" w:sz="0" w:space="0" w:color="auto"/>
      </w:divBdr>
      <w:divsChild>
        <w:div w:id="1035885335">
          <w:marLeft w:val="0"/>
          <w:marRight w:val="0"/>
          <w:marTop w:val="0"/>
          <w:marBottom w:val="0"/>
          <w:divBdr>
            <w:top w:val="none" w:sz="0" w:space="0" w:color="auto"/>
            <w:left w:val="none" w:sz="0" w:space="0" w:color="auto"/>
            <w:bottom w:val="none" w:sz="0" w:space="0" w:color="auto"/>
            <w:right w:val="none" w:sz="0" w:space="0" w:color="auto"/>
          </w:divBdr>
          <w:divsChild>
            <w:div w:id="331884265">
              <w:marLeft w:val="0"/>
              <w:marRight w:val="0"/>
              <w:marTop w:val="0"/>
              <w:marBottom w:val="0"/>
              <w:divBdr>
                <w:top w:val="none" w:sz="0" w:space="0" w:color="auto"/>
                <w:left w:val="none" w:sz="0" w:space="0" w:color="auto"/>
                <w:bottom w:val="none" w:sz="0" w:space="0" w:color="auto"/>
                <w:right w:val="none" w:sz="0" w:space="0" w:color="auto"/>
              </w:divBdr>
            </w:div>
          </w:divsChild>
        </w:div>
        <w:div w:id="1412198604">
          <w:marLeft w:val="0"/>
          <w:marRight w:val="0"/>
          <w:marTop w:val="0"/>
          <w:marBottom w:val="0"/>
          <w:divBdr>
            <w:top w:val="none" w:sz="0" w:space="0" w:color="auto"/>
            <w:left w:val="none" w:sz="0" w:space="0" w:color="auto"/>
            <w:bottom w:val="none" w:sz="0" w:space="0" w:color="auto"/>
            <w:right w:val="none" w:sz="0" w:space="0" w:color="auto"/>
          </w:divBdr>
          <w:divsChild>
            <w:div w:id="343750299">
              <w:marLeft w:val="0"/>
              <w:marRight w:val="0"/>
              <w:marTop w:val="0"/>
              <w:marBottom w:val="0"/>
              <w:divBdr>
                <w:top w:val="none" w:sz="0" w:space="0" w:color="auto"/>
                <w:left w:val="none" w:sz="0" w:space="0" w:color="auto"/>
                <w:bottom w:val="none" w:sz="0" w:space="0" w:color="auto"/>
                <w:right w:val="none" w:sz="0" w:space="0" w:color="auto"/>
              </w:divBdr>
            </w:div>
            <w:div w:id="1997873927">
              <w:marLeft w:val="0"/>
              <w:marRight w:val="0"/>
              <w:marTop w:val="0"/>
              <w:marBottom w:val="0"/>
              <w:divBdr>
                <w:top w:val="none" w:sz="0" w:space="0" w:color="auto"/>
                <w:left w:val="none" w:sz="0" w:space="0" w:color="auto"/>
                <w:bottom w:val="none" w:sz="0" w:space="0" w:color="auto"/>
                <w:right w:val="none" w:sz="0" w:space="0" w:color="auto"/>
              </w:divBdr>
              <w:divsChild>
                <w:div w:id="612904698">
                  <w:marLeft w:val="0"/>
                  <w:marRight w:val="0"/>
                  <w:marTop w:val="0"/>
                  <w:marBottom w:val="0"/>
                  <w:divBdr>
                    <w:top w:val="none" w:sz="0" w:space="0" w:color="auto"/>
                    <w:left w:val="none" w:sz="0" w:space="0" w:color="auto"/>
                    <w:bottom w:val="none" w:sz="0" w:space="0" w:color="auto"/>
                    <w:right w:val="none" w:sz="0" w:space="0" w:color="auto"/>
                  </w:divBdr>
                  <w:divsChild>
                    <w:div w:id="312872071">
                      <w:marLeft w:val="0"/>
                      <w:marRight w:val="0"/>
                      <w:marTop w:val="0"/>
                      <w:marBottom w:val="0"/>
                      <w:divBdr>
                        <w:top w:val="none" w:sz="0" w:space="0" w:color="auto"/>
                        <w:left w:val="none" w:sz="0" w:space="0" w:color="auto"/>
                        <w:bottom w:val="none" w:sz="0" w:space="0" w:color="auto"/>
                        <w:right w:val="none" w:sz="0" w:space="0" w:color="auto"/>
                      </w:divBdr>
                    </w:div>
                  </w:divsChild>
                </w:div>
                <w:div w:id="1419867075">
                  <w:marLeft w:val="0"/>
                  <w:marRight w:val="0"/>
                  <w:marTop w:val="0"/>
                  <w:marBottom w:val="0"/>
                  <w:divBdr>
                    <w:top w:val="none" w:sz="0" w:space="0" w:color="auto"/>
                    <w:left w:val="none" w:sz="0" w:space="0" w:color="auto"/>
                    <w:bottom w:val="none" w:sz="0" w:space="0" w:color="auto"/>
                    <w:right w:val="none" w:sz="0" w:space="0" w:color="auto"/>
                  </w:divBdr>
                  <w:divsChild>
                    <w:div w:id="1218971674">
                      <w:marLeft w:val="0"/>
                      <w:marRight w:val="0"/>
                      <w:marTop w:val="0"/>
                      <w:marBottom w:val="0"/>
                      <w:divBdr>
                        <w:top w:val="none" w:sz="0" w:space="0" w:color="auto"/>
                        <w:left w:val="none" w:sz="0" w:space="0" w:color="auto"/>
                        <w:bottom w:val="none" w:sz="0" w:space="0" w:color="auto"/>
                        <w:right w:val="none" w:sz="0" w:space="0" w:color="auto"/>
                      </w:divBdr>
                    </w:div>
                  </w:divsChild>
                </w:div>
                <w:div w:id="2093549211">
                  <w:marLeft w:val="0"/>
                  <w:marRight w:val="0"/>
                  <w:marTop w:val="0"/>
                  <w:marBottom w:val="0"/>
                  <w:divBdr>
                    <w:top w:val="none" w:sz="0" w:space="0" w:color="auto"/>
                    <w:left w:val="none" w:sz="0" w:space="0" w:color="auto"/>
                    <w:bottom w:val="none" w:sz="0" w:space="0" w:color="auto"/>
                    <w:right w:val="none" w:sz="0" w:space="0" w:color="auto"/>
                  </w:divBdr>
                  <w:divsChild>
                    <w:div w:id="644510314">
                      <w:marLeft w:val="0"/>
                      <w:marRight w:val="0"/>
                      <w:marTop w:val="0"/>
                      <w:marBottom w:val="0"/>
                      <w:divBdr>
                        <w:top w:val="none" w:sz="0" w:space="0" w:color="auto"/>
                        <w:left w:val="none" w:sz="0" w:space="0" w:color="auto"/>
                        <w:bottom w:val="none" w:sz="0" w:space="0" w:color="auto"/>
                        <w:right w:val="none" w:sz="0" w:space="0" w:color="auto"/>
                      </w:divBdr>
                    </w:div>
                  </w:divsChild>
                </w:div>
                <w:div w:id="2131239699">
                  <w:marLeft w:val="0"/>
                  <w:marRight w:val="0"/>
                  <w:marTop w:val="0"/>
                  <w:marBottom w:val="0"/>
                  <w:divBdr>
                    <w:top w:val="none" w:sz="0" w:space="0" w:color="auto"/>
                    <w:left w:val="none" w:sz="0" w:space="0" w:color="auto"/>
                    <w:bottom w:val="none" w:sz="0" w:space="0" w:color="auto"/>
                    <w:right w:val="none" w:sz="0" w:space="0" w:color="auto"/>
                  </w:divBdr>
                  <w:divsChild>
                    <w:div w:id="2059863440">
                      <w:marLeft w:val="0"/>
                      <w:marRight w:val="0"/>
                      <w:marTop w:val="0"/>
                      <w:marBottom w:val="0"/>
                      <w:divBdr>
                        <w:top w:val="none" w:sz="0" w:space="0" w:color="auto"/>
                        <w:left w:val="none" w:sz="0" w:space="0" w:color="auto"/>
                        <w:bottom w:val="none" w:sz="0" w:space="0" w:color="auto"/>
                        <w:right w:val="none" w:sz="0" w:space="0" w:color="auto"/>
                      </w:divBdr>
                    </w:div>
                  </w:divsChild>
                </w:div>
                <w:div w:id="1062674974">
                  <w:marLeft w:val="0"/>
                  <w:marRight w:val="0"/>
                  <w:marTop w:val="0"/>
                  <w:marBottom w:val="0"/>
                  <w:divBdr>
                    <w:top w:val="none" w:sz="0" w:space="0" w:color="auto"/>
                    <w:left w:val="none" w:sz="0" w:space="0" w:color="auto"/>
                    <w:bottom w:val="none" w:sz="0" w:space="0" w:color="auto"/>
                    <w:right w:val="none" w:sz="0" w:space="0" w:color="auto"/>
                  </w:divBdr>
                  <w:divsChild>
                    <w:div w:id="670719378">
                      <w:marLeft w:val="0"/>
                      <w:marRight w:val="0"/>
                      <w:marTop w:val="0"/>
                      <w:marBottom w:val="0"/>
                      <w:divBdr>
                        <w:top w:val="none" w:sz="0" w:space="0" w:color="auto"/>
                        <w:left w:val="none" w:sz="0" w:space="0" w:color="auto"/>
                        <w:bottom w:val="none" w:sz="0" w:space="0" w:color="auto"/>
                        <w:right w:val="none" w:sz="0" w:space="0" w:color="auto"/>
                      </w:divBdr>
                    </w:div>
                  </w:divsChild>
                </w:div>
                <w:div w:id="213852377">
                  <w:marLeft w:val="0"/>
                  <w:marRight w:val="0"/>
                  <w:marTop w:val="0"/>
                  <w:marBottom w:val="0"/>
                  <w:divBdr>
                    <w:top w:val="none" w:sz="0" w:space="0" w:color="auto"/>
                    <w:left w:val="none" w:sz="0" w:space="0" w:color="auto"/>
                    <w:bottom w:val="none" w:sz="0" w:space="0" w:color="auto"/>
                    <w:right w:val="none" w:sz="0" w:space="0" w:color="auto"/>
                  </w:divBdr>
                  <w:divsChild>
                    <w:div w:id="1518956842">
                      <w:marLeft w:val="0"/>
                      <w:marRight w:val="0"/>
                      <w:marTop w:val="0"/>
                      <w:marBottom w:val="0"/>
                      <w:divBdr>
                        <w:top w:val="none" w:sz="0" w:space="0" w:color="auto"/>
                        <w:left w:val="none" w:sz="0" w:space="0" w:color="auto"/>
                        <w:bottom w:val="none" w:sz="0" w:space="0" w:color="auto"/>
                        <w:right w:val="none" w:sz="0" w:space="0" w:color="auto"/>
                      </w:divBdr>
                    </w:div>
                  </w:divsChild>
                </w:div>
                <w:div w:id="1491294147">
                  <w:marLeft w:val="0"/>
                  <w:marRight w:val="0"/>
                  <w:marTop w:val="0"/>
                  <w:marBottom w:val="0"/>
                  <w:divBdr>
                    <w:top w:val="none" w:sz="0" w:space="0" w:color="auto"/>
                    <w:left w:val="none" w:sz="0" w:space="0" w:color="auto"/>
                    <w:bottom w:val="none" w:sz="0" w:space="0" w:color="auto"/>
                    <w:right w:val="none" w:sz="0" w:space="0" w:color="auto"/>
                  </w:divBdr>
                  <w:divsChild>
                    <w:div w:id="1209025633">
                      <w:marLeft w:val="0"/>
                      <w:marRight w:val="0"/>
                      <w:marTop w:val="0"/>
                      <w:marBottom w:val="0"/>
                      <w:divBdr>
                        <w:top w:val="none" w:sz="0" w:space="0" w:color="auto"/>
                        <w:left w:val="none" w:sz="0" w:space="0" w:color="auto"/>
                        <w:bottom w:val="none" w:sz="0" w:space="0" w:color="auto"/>
                        <w:right w:val="none" w:sz="0" w:space="0" w:color="auto"/>
                      </w:divBdr>
                    </w:div>
                  </w:divsChild>
                </w:div>
                <w:div w:id="886799043">
                  <w:marLeft w:val="0"/>
                  <w:marRight w:val="0"/>
                  <w:marTop w:val="0"/>
                  <w:marBottom w:val="0"/>
                  <w:divBdr>
                    <w:top w:val="none" w:sz="0" w:space="0" w:color="auto"/>
                    <w:left w:val="none" w:sz="0" w:space="0" w:color="auto"/>
                    <w:bottom w:val="none" w:sz="0" w:space="0" w:color="auto"/>
                    <w:right w:val="none" w:sz="0" w:space="0" w:color="auto"/>
                  </w:divBdr>
                  <w:divsChild>
                    <w:div w:id="2034186402">
                      <w:marLeft w:val="0"/>
                      <w:marRight w:val="0"/>
                      <w:marTop w:val="0"/>
                      <w:marBottom w:val="0"/>
                      <w:divBdr>
                        <w:top w:val="none" w:sz="0" w:space="0" w:color="auto"/>
                        <w:left w:val="none" w:sz="0" w:space="0" w:color="auto"/>
                        <w:bottom w:val="none" w:sz="0" w:space="0" w:color="auto"/>
                        <w:right w:val="none" w:sz="0" w:space="0" w:color="auto"/>
                      </w:divBdr>
                    </w:div>
                  </w:divsChild>
                </w:div>
                <w:div w:id="1768771650">
                  <w:marLeft w:val="0"/>
                  <w:marRight w:val="0"/>
                  <w:marTop w:val="0"/>
                  <w:marBottom w:val="0"/>
                  <w:divBdr>
                    <w:top w:val="none" w:sz="0" w:space="0" w:color="auto"/>
                    <w:left w:val="none" w:sz="0" w:space="0" w:color="auto"/>
                    <w:bottom w:val="none" w:sz="0" w:space="0" w:color="auto"/>
                    <w:right w:val="none" w:sz="0" w:space="0" w:color="auto"/>
                  </w:divBdr>
                  <w:divsChild>
                    <w:div w:id="1087651624">
                      <w:marLeft w:val="0"/>
                      <w:marRight w:val="0"/>
                      <w:marTop w:val="0"/>
                      <w:marBottom w:val="0"/>
                      <w:divBdr>
                        <w:top w:val="none" w:sz="0" w:space="0" w:color="auto"/>
                        <w:left w:val="none" w:sz="0" w:space="0" w:color="auto"/>
                        <w:bottom w:val="none" w:sz="0" w:space="0" w:color="auto"/>
                        <w:right w:val="none" w:sz="0" w:space="0" w:color="auto"/>
                      </w:divBdr>
                    </w:div>
                  </w:divsChild>
                </w:div>
                <w:div w:id="2144805349">
                  <w:marLeft w:val="0"/>
                  <w:marRight w:val="0"/>
                  <w:marTop w:val="0"/>
                  <w:marBottom w:val="0"/>
                  <w:divBdr>
                    <w:top w:val="none" w:sz="0" w:space="0" w:color="auto"/>
                    <w:left w:val="none" w:sz="0" w:space="0" w:color="auto"/>
                    <w:bottom w:val="none" w:sz="0" w:space="0" w:color="auto"/>
                    <w:right w:val="none" w:sz="0" w:space="0" w:color="auto"/>
                  </w:divBdr>
                  <w:divsChild>
                    <w:div w:id="337077902">
                      <w:marLeft w:val="0"/>
                      <w:marRight w:val="0"/>
                      <w:marTop w:val="0"/>
                      <w:marBottom w:val="0"/>
                      <w:divBdr>
                        <w:top w:val="none" w:sz="0" w:space="0" w:color="auto"/>
                        <w:left w:val="none" w:sz="0" w:space="0" w:color="auto"/>
                        <w:bottom w:val="none" w:sz="0" w:space="0" w:color="auto"/>
                        <w:right w:val="none" w:sz="0" w:space="0" w:color="auto"/>
                      </w:divBdr>
                    </w:div>
                  </w:divsChild>
                </w:div>
                <w:div w:id="2014068638">
                  <w:marLeft w:val="0"/>
                  <w:marRight w:val="0"/>
                  <w:marTop w:val="0"/>
                  <w:marBottom w:val="0"/>
                  <w:divBdr>
                    <w:top w:val="none" w:sz="0" w:space="0" w:color="auto"/>
                    <w:left w:val="none" w:sz="0" w:space="0" w:color="auto"/>
                    <w:bottom w:val="none" w:sz="0" w:space="0" w:color="auto"/>
                    <w:right w:val="none" w:sz="0" w:space="0" w:color="auto"/>
                  </w:divBdr>
                  <w:divsChild>
                    <w:div w:id="1409304888">
                      <w:marLeft w:val="0"/>
                      <w:marRight w:val="0"/>
                      <w:marTop w:val="0"/>
                      <w:marBottom w:val="0"/>
                      <w:divBdr>
                        <w:top w:val="none" w:sz="0" w:space="0" w:color="auto"/>
                        <w:left w:val="none" w:sz="0" w:space="0" w:color="auto"/>
                        <w:bottom w:val="none" w:sz="0" w:space="0" w:color="auto"/>
                        <w:right w:val="none" w:sz="0" w:space="0" w:color="auto"/>
                      </w:divBdr>
                    </w:div>
                  </w:divsChild>
                </w:div>
                <w:div w:id="1226406182">
                  <w:marLeft w:val="0"/>
                  <w:marRight w:val="0"/>
                  <w:marTop w:val="0"/>
                  <w:marBottom w:val="0"/>
                  <w:divBdr>
                    <w:top w:val="none" w:sz="0" w:space="0" w:color="auto"/>
                    <w:left w:val="none" w:sz="0" w:space="0" w:color="auto"/>
                    <w:bottom w:val="none" w:sz="0" w:space="0" w:color="auto"/>
                    <w:right w:val="none" w:sz="0" w:space="0" w:color="auto"/>
                  </w:divBdr>
                  <w:divsChild>
                    <w:div w:id="951134119">
                      <w:marLeft w:val="0"/>
                      <w:marRight w:val="0"/>
                      <w:marTop w:val="0"/>
                      <w:marBottom w:val="0"/>
                      <w:divBdr>
                        <w:top w:val="none" w:sz="0" w:space="0" w:color="auto"/>
                        <w:left w:val="none" w:sz="0" w:space="0" w:color="auto"/>
                        <w:bottom w:val="none" w:sz="0" w:space="0" w:color="auto"/>
                        <w:right w:val="none" w:sz="0" w:space="0" w:color="auto"/>
                      </w:divBdr>
                    </w:div>
                  </w:divsChild>
                </w:div>
                <w:div w:id="809635311">
                  <w:marLeft w:val="0"/>
                  <w:marRight w:val="0"/>
                  <w:marTop w:val="0"/>
                  <w:marBottom w:val="0"/>
                  <w:divBdr>
                    <w:top w:val="none" w:sz="0" w:space="0" w:color="auto"/>
                    <w:left w:val="none" w:sz="0" w:space="0" w:color="auto"/>
                    <w:bottom w:val="none" w:sz="0" w:space="0" w:color="auto"/>
                    <w:right w:val="none" w:sz="0" w:space="0" w:color="auto"/>
                  </w:divBdr>
                  <w:divsChild>
                    <w:div w:id="1548909991">
                      <w:marLeft w:val="0"/>
                      <w:marRight w:val="0"/>
                      <w:marTop w:val="0"/>
                      <w:marBottom w:val="0"/>
                      <w:divBdr>
                        <w:top w:val="none" w:sz="0" w:space="0" w:color="auto"/>
                        <w:left w:val="none" w:sz="0" w:space="0" w:color="auto"/>
                        <w:bottom w:val="none" w:sz="0" w:space="0" w:color="auto"/>
                        <w:right w:val="none" w:sz="0" w:space="0" w:color="auto"/>
                      </w:divBdr>
                    </w:div>
                  </w:divsChild>
                </w:div>
                <w:div w:id="1895464523">
                  <w:marLeft w:val="0"/>
                  <w:marRight w:val="0"/>
                  <w:marTop w:val="0"/>
                  <w:marBottom w:val="0"/>
                  <w:divBdr>
                    <w:top w:val="none" w:sz="0" w:space="0" w:color="auto"/>
                    <w:left w:val="none" w:sz="0" w:space="0" w:color="auto"/>
                    <w:bottom w:val="none" w:sz="0" w:space="0" w:color="auto"/>
                    <w:right w:val="none" w:sz="0" w:space="0" w:color="auto"/>
                  </w:divBdr>
                  <w:divsChild>
                    <w:div w:id="318115740">
                      <w:marLeft w:val="0"/>
                      <w:marRight w:val="0"/>
                      <w:marTop w:val="0"/>
                      <w:marBottom w:val="0"/>
                      <w:divBdr>
                        <w:top w:val="none" w:sz="0" w:space="0" w:color="auto"/>
                        <w:left w:val="none" w:sz="0" w:space="0" w:color="auto"/>
                        <w:bottom w:val="none" w:sz="0" w:space="0" w:color="auto"/>
                        <w:right w:val="none" w:sz="0" w:space="0" w:color="auto"/>
                      </w:divBdr>
                    </w:div>
                  </w:divsChild>
                </w:div>
                <w:div w:id="310602728">
                  <w:marLeft w:val="0"/>
                  <w:marRight w:val="0"/>
                  <w:marTop w:val="0"/>
                  <w:marBottom w:val="0"/>
                  <w:divBdr>
                    <w:top w:val="none" w:sz="0" w:space="0" w:color="auto"/>
                    <w:left w:val="none" w:sz="0" w:space="0" w:color="auto"/>
                    <w:bottom w:val="none" w:sz="0" w:space="0" w:color="auto"/>
                    <w:right w:val="none" w:sz="0" w:space="0" w:color="auto"/>
                  </w:divBdr>
                  <w:divsChild>
                    <w:div w:id="746460852">
                      <w:marLeft w:val="0"/>
                      <w:marRight w:val="0"/>
                      <w:marTop w:val="0"/>
                      <w:marBottom w:val="0"/>
                      <w:divBdr>
                        <w:top w:val="none" w:sz="0" w:space="0" w:color="auto"/>
                        <w:left w:val="none" w:sz="0" w:space="0" w:color="auto"/>
                        <w:bottom w:val="none" w:sz="0" w:space="0" w:color="auto"/>
                        <w:right w:val="none" w:sz="0" w:space="0" w:color="auto"/>
                      </w:divBdr>
                    </w:div>
                  </w:divsChild>
                </w:div>
                <w:div w:id="1384717917">
                  <w:marLeft w:val="0"/>
                  <w:marRight w:val="0"/>
                  <w:marTop w:val="0"/>
                  <w:marBottom w:val="0"/>
                  <w:divBdr>
                    <w:top w:val="none" w:sz="0" w:space="0" w:color="auto"/>
                    <w:left w:val="none" w:sz="0" w:space="0" w:color="auto"/>
                    <w:bottom w:val="none" w:sz="0" w:space="0" w:color="auto"/>
                    <w:right w:val="none" w:sz="0" w:space="0" w:color="auto"/>
                  </w:divBdr>
                  <w:divsChild>
                    <w:div w:id="1041439661">
                      <w:marLeft w:val="0"/>
                      <w:marRight w:val="0"/>
                      <w:marTop w:val="0"/>
                      <w:marBottom w:val="0"/>
                      <w:divBdr>
                        <w:top w:val="none" w:sz="0" w:space="0" w:color="auto"/>
                        <w:left w:val="none" w:sz="0" w:space="0" w:color="auto"/>
                        <w:bottom w:val="none" w:sz="0" w:space="0" w:color="auto"/>
                        <w:right w:val="none" w:sz="0" w:space="0" w:color="auto"/>
                      </w:divBdr>
                    </w:div>
                  </w:divsChild>
                </w:div>
                <w:div w:id="92558104">
                  <w:marLeft w:val="0"/>
                  <w:marRight w:val="0"/>
                  <w:marTop w:val="0"/>
                  <w:marBottom w:val="0"/>
                  <w:divBdr>
                    <w:top w:val="none" w:sz="0" w:space="0" w:color="auto"/>
                    <w:left w:val="none" w:sz="0" w:space="0" w:color="auto"/>
                    <w:bottom w:val="none" w:sz="0" w:space="0" w:color="auto"/>
                    <w:right w:val="none" w:sz="0" w:space="0" w:color="auto"/>
                  </w:divBdr>
                  <w:divsChild>
                    <w:div w:id="1858039819">
                      <w:marLeft w:val="0"/>
                      <w:marRight w:val="0"/>
                      <w:marTop w:val="0"/>
                      <w:marBottom w:val="0"/>
                      <w:divBdr>
                        <w:top w:val="none" w:sz="0" w:space="0" w:color="auto"/>
                        <w:left w:val="none" w:sz="0" w:space="0" w:color="auto"/>
                        <w:bottom w:val="none" w:sz="0" w:space="0" w:color="auto"/>
                        <w:right w:val="none" w:sz="0" w:space="0" w:color="auto"/>
                      </w:divBdr>
                    </w:div>
                  </w:divsChild>
                </w:div>
                <w:div w:id="1696812758">
                  <w:marLeft w:val="0"/>
                  <w:marRight w:val="0"/>
                  <w:marTop w:val="0"/>
                  <w:marBottom w:val="0"/>
                  <w:divBdr>
                    <w:top w:val="none" w:sz="0" w:space="0" w:color="auto"/>
                    <w:left w:val="none" w:sz="0" w:space="0" w:color="auto"/>
                    <w:bottom w:val="none" w:sz="0" w:space="0" w:color="auto"/>
                    <w:right w:val="none" w:sz="0" w:space="0" w:color="auto"/>
                  </w:divBdr>
                  <w:divsChild>
                    <w:div w:id="1522159574">
                      <w:marLeft w:val="0"/>
                      <w:marRight w:val="0"/>
                      <w:marTop w:val="0"/>
                      <w:marBottom w:val="0"/>
                      <w:divBdr>
                        <w:top w:val="none" w:sz="0" w:space="0" w:color="auto"/>
                        <w:left w:val="none" w:sz="0" w:space="0" w:color="auto"/>
                        <w:bottom w:val="none" w:sz="0" w:space="0" w:color="auto"/>
                        <w:right w:val="none" w:sz="0" w:space="0" w:color="auto"/>
                      </w:divBdr>
                    </w:div>
                  </w:divsChild>
                </w:div>
                <w:div w:id="283659461">
                  <w:marLeft w:val="0"/>
                  <w:marRight w:val="0"/>
                  <w:marTop w:val="0"/>
                  <w:marBottom w:val="0"/>
                  <w:divBdr>
                    <w:top w:val="none" w:sz="0" w:space="0" w:color="auto"/>
                    <w:left w:val="none" w:sz="0" w:space="0" w:color="auto"/>
                    <w:bottom w:val="none" w:sz="0" w:space="0" w:color="auto"/>
                    <w:right w:val="none" w:sz="0" w:space="0" w:color="auto"/>
                  </w:divBdr>
                  <w:divsChild>
                    <w:div w:id="216555594">
                      <w:marLeft w:val="0"/>
                      <w:marRight w:val="0"/>
                      <w:marTop w:val="0"/>
                      <w:marBottom w:val="0"/>
                      <w:divBdr>
                        <w:top w:val="none" w:sz="0" w:space="0" w:color="auto"/>
                        <w:left w:val="none" w:sz="0" w:space="0" w:color="auto"/>
                        <w:bottom w:val="none" w:sz="0" w:space="0" w:color="auto"/>
                        <w:right w:val="none" w:sz="0" w:space="0" w:color="auto"/>
                      </w:divBdr>
                    </w:div>
                  </w:divsChild>
                </w:div>
                <w:div w:id="1288975757">
                  <w:marLeft w:val="0"/>
                  <w:marRight w:val="0"/>
                  <w:marTop w:val="0"/>
                  <w:marBottom w:val="0"/>
                  <w:divBdr>
                    <w:top w:val="none" w:sz="0" w:space="0" w:color="auto"/>
                    <w:left w:val="none" w:sz="0" w:space="0" w:color="auto"/>
                    <w:bottom w:val="none" w:sz="0" w:space="0" w:color="auto"/>
                    <w:right w:val="none" w:sz="0" w:space="0" w:color="auto"/>
                  </w:divBdr>
                  <w:divsChild>
                    <w:div w:id="759716132">
                      <w:marLeft w:val="0"/>
                      <w:marRight w:val="0"/>
                      <w:marTop w:val="0"/>
                      <w:marBottom w:val="0"/>
                      <w:divBdr>
                        <w:top w:val="none" w:sz="0" w:space="0" w:color="auto"/>
                        <w:left w:val="none" w:sz="0" w:space="0" w:color="auto"/>
                        <w:bottom w:val="none" w:sz="0" w:space="0" w:color="auto"/>
                        <w:right w:val="none" w:sz="0" w:space="0" w:color="auto"/>
                      </w:divBdr>
                    </w:div>
                  </w:divsChild>
                </w:div>
                <w:div w:id="823161376">
                  <w:marLeft w:val="0"/>
                  <w:marRight w:val="0"/>
                  <w:marTop w:val="0"/>
                  <w:marBottom w:val="0"/>
                  <w:divBdr>
                    <w:top w:val="none" w:sz="0" w:space="0" w:color="auto"/>
                    <w:left w:val="none" w:sz="0" w:space="0" w:color="auto"/>
                    <w:bottom w:val="none" w:sz="0" w:space="0" w:color="auto"/>
                    <w:right w:val="none" w:sz="0" w:space="0" w:color="auto"/>
                  </w:divBdr>
                  <w:divsChild>
                    <w:div w:id="1871068075">
                      <w:marLeft w:val="0"/>
                      <w:marRight w:val="0"/>
                      <w:marTop w:val="0"/>
                      <w:marBottom w:val="0"/>
                      <w:divBdr>
                        <w:top w:val="none" w:sz="0" w:space="0" w:color="auto"/>
                        <w:left w:val="none" w:sz="0" w:space="0" w:color="auto"/>
                        <w:bottom w:val="none" w:sz="0" w:space="0" w:color="auto"/>
                        <w:right w:val="none" w:sz="0" w:space="0" w:color="auto"/>
                      </w:divBdr>
                    </w:div>
                  </w:divsChild>
                </w:div>
                <w:div w:id="1378433030">
                  <w:marLeft w:val="0"/>
                  <w:marRight w:val="0"/>
                  <w:marTop w:val="0"/>
                  <w:marBottom w:val="0"/>
                  <w:divBdr>
                    <w:top w:val="none" w:sz="0" w:space="0" w:color="auto"/>
                    <w:left w:val="none" w:sz="0" w:space="0" w:color="auto"/>
                    <w:bottom w:val="none" w:sz="0" w:space="0" w:color="auto"/>
                    <w:right w:val="none" w:sz="0" w:space="0" w:color="auto"/>
                  </w:divBdr>
                  <w:divsChild>
                    <w:div w:id="1723940503">
                      <w:marLeft w:val="0"/>
                      <w:marRight w:val="0"/>
                      <w:marTop w:val="0"/>
                      <w:marBottom w:val="0"/>
                      <w:divBdr>
                        <w:top w:val="none" w:sz="0" w:space="0" w:color="auto"/>
                        <w:left w:val="none" w:sz="0" w:space="0" w:color="auto"/>
                        <w:bottom w:val="none" w:sz="0" w:space="0" w:color="auto"/>
                        <w:right w:val="none" w:sz="0" w:space="0" w:color="auto"/>
                      </w:divBdr>
                    </w:div>
                  </w:divsChild>
                </w:div>
                <w:div w:id="1096245486">
                  <w:marLeft w:val="0"/>
                  <w:marRight w:val="0"/>
                  <w:marTop w:val="0"/>
                  <w:marBottom w:val="0"/>
                  <w:divBdr>
                    <w:top w:val="none" w:sz="0" w:space="0" w:color="auto"/>
                    <w:left w:val="none" w:sz="0" w:space="0" w:color="auto"/>
                    <w:bottom w:val="none" w:sz="0" w:space="0" w:color="auto"/>
                    <w:right w:val="none" w:sz="0" w:space="0" w:color="auto"/>
                  </w:divBdr>
                  <w:divsChild>
                    <w:div w:id="1367177223">
                      <w:marLeft w:val="0"/>
                      <w:marRight w:val="0"/>
                      <w:marTop w:val="0"/>
                      <w:marBottom w:val="0"/>
                      <w:divBdr>
                        <w:top w:val="none" w:sz="0" w:space="0" w:color="auto"/>
                        <w:left w:val="none" w:sz="0" w:space="0" w:color="auto"/>
                        <w:bottom w:val="none" w:sz="0" w:space="0" w:color="auto"/>
                        <w:right w:val="none" w:sz="0" w:space="0" w:color="auto"/>
                      </w:divBdr>
                    </w:div>
                  </w:divsChild>
                </w:div>
                <w:div w:id="746225253">
                  <w:marLeft w:val="0"/>
                  <w:marRight w:val="0"/>
                  <w:marTop w:val="0"/>
                  <w:marBottom w:val="0"/>
                  <w:divBdr>
                    <w:top w:val="none" w:sz="0" w:space="0" w:color="auto"/>
                    <w:left w:val="none" w:sz="0" w:space="0" w:color="auto"/>
                    <w:bottom w:val="none" w:sz="0" w:space="0" w:color="auto"/>
                    <w:right w:val="none" w:sz="0" w:space="0" w:color="auto"/>
                  </w:divBdr>
                  <w:divsChild>
                    <w:div w:id="829759685">
                      <w:marLeft w:val="0"/>
                      <w:marRight w:val="0"/>
                      <w:marTop w:val="0"/>
                      <w:marBottom w:val="0"/>
                      <w:divBdr>
                        <w:top w:val="none" w:sz="0" w:space="0" w:color="auto"/>
                        <w:left w:val="none" w:sz="0" w:space="0" w:color="auto"/>
                        <w:bottom w:val="none" w:sz="0" w:space="0" w:color="auto"/>
                        <w:right w:val="none" w:sz="0" w:space="0" w:color="auto"/>
                      </w:divBdr>
                    </w:div>
                  </w:divsChild>
                </w:div>
                <w:div w:id="850872935">
                  <w:marLeft w:val="0"/>
                  <w:marRight w:val="0"/>
                  <w:marTop w:val="0"/>
                  <w:marBottom w:val="0"/>
                  <w:divBdr>
                    <w:top w:val="none" w:sz="0" w:space="0" w:color="auto"/>
                    <w:left w:val="none" w:sz="0" w:space="0" w:color="auto"/>
                    <w:bottom w:val="none" w:sz="0" w:space="0" w:color="auto"/>
                    <w:right w:val="none" w:sz="0" w:space="0" w:color="auto"/>
                  </w:divBdr>
                  <w:divsChild>
                    <w:div w:id="271279182">
                      <w:marLeft w:val="0"/>
                      <w:marRight w:val="0"/>
                      <w:marTop w:val="0"/>
                      <w:marBottom w:val="0"/>
                      <w:divBdr>
                        <w:top w:val="none" w:sz="0" w:space="0" w:color="auto"/>
                        <w:left w:val="none" w:sz="0" w:space="0" w:color="auto"/>
                        <w:bottom w:val="none" w:sz="0" w:space="0" w:color="auto"/>
                        <w:right w:val="none" w:sz="0" w:space="0" w:color="auto"/>
                      </w:divBdr>
                    </w:div>
                  </w:divsChild>
                </w:div>
                <w:div w:id="233010938">
                  <w:marLeft w:val="0"/>
                  <w:marRight w:val="0"/>
                  <w:marTop w:val="0"/>
                  <w:marBottom w:val="0"/>
                  <w:divBdr>
                    <w:top w:val="none" w:sz="0" w:space="0" w:color="auto"/>
                    <w:left w:val="none" w:sz="0" w:space="0" w:color="auto"/>
                    <w:bottom w:val="none" w:sz="0" w:space="0" w:color="auto"/>
                    <w:right w:val="none" w:sz="0" w:space="0" w:color="auto"/>
                  </w:divBdr>
                  <w:divsChild>
                    <w:div w:id="2073312190">
                      <w:marLeft w:val="0"/>
                      <w:marRight w:val="0"/>
                      <w:marTop w:val="0"/>
                      <w:marBottom w:val="0"/>
                      <w:divBdr>
                        <w:top w:val="none" w:sz="0" w:space="0" w:color="auto"/>
                        <w:left w:val="none" w:sz="0" w:space="0" w:color="auto"/>
                        <w:bottom w:val="none" w:sz="0" w:space="0" w:color="auto"/>
                        <w:right w:val="none" w:sz="0" w:space="0" w:color="auto"/>
                      </w:divBdr>
                    </w:div>
                  </w:divsChild>
                </w:div>
                <w:div w:id="211162208">
                  <w:marLeft w:val="0"/>
                  <w:marRight w:val="0"/>
                  <w:marTop w:val="0"/>
                  <w:marBottom w:val="0"/>
                  <w:divBdr>
                    <w:top w:val="none" w:sz="0" w:space="0" w:color="auto"/>
                    <w:left w:val="none" w:sz="0" w:space="0" w:color="auto"/>
                    <w:bottom w:val="none" w:sz="0" w:space="0" w:color="auto"/>
                    <w:right w:val="none" w:sz="0" w:space="0" w:color="auto"/>
                  </w:divBdr>
                  <w:divsChild>
                    <w:div w:id="1997412724">
                      <w:marLeft w:val="0"/>
                      <w:marRight w:val="0"/>
                      <w:marTop w:val="0"/>
                      <w:marBottom w:val="0"/>
                      <w:divBdr>
                        <w:top w:val="none" w:sz="0" w:space="0" w:color="auto"/>
                        <w:left w:val="none" w:sz="0" w:space="0" w:color="auto"/>
                        <w:bottom w:val="none" w:sz="0" w:space="0" w:color="auto"/>
                        <w:right w:val="none" w:sz="0" w:space="0" w:color="auto"/>
                      </w:divBdr>
                    </w:div>
                  </w:divsChild>
                </w:div>
                <w:div w:id="1507476749">
                  <w:marLeft w:val="0"/>
                  <w:marRight w:val="0"/>
                  <w:marTop w:val="0"/>
                  <w:marBottom w:val="0"/>
                  <w:divBdr>
                    <w:top w:val="none" w:sz="0" w:space="0" w:color="auto"/>
                    <w:left w:val="none" w:sz="0" w:space="0" w:color="auto"/>
                    <w:bottom w:val="none" w:sz="0" w:space="0" w:color="auto"/>
                    <w:right w:val="none" w:sz="0" w:space="0" w:color="auto"/>
                  </w:divBdr>
                  <w:divsChild>
                    <w:div w:id="1169784042">
                      <w:marLeft w:val="0"/>
                      <w:marRight w:val="0"/>
                      <w:marTop w:val="0"/>
                      <w:marBottom w:val="0"/>
                      <w:divBdr>
                        <w:top w:val="none" w:sz="0" w:space="0" w:color="auto"/>
                        <w:left w:val="none" w:sz="0" w:space="0" w:color="auto"/>
                        <w:bottom w:val="none" w:sz="0" w:space="0" w:color="auto"/>
                        <w:right w:val="none" w:sz="0" w:space="0" w:color="auto"/>
                      </w:divBdr>
                    </w:div>
                  </w:divsChild>
                </w:div>
                <w:div w:id="1178537884">
                  <w:marLeft w:val="0"/>
                  <w:marRight w:val="0"/>
                  <w:marTop w:val="0"/>
                  <w:marBottom w:val="0"/>
                  <w:divBdr>
                    <w:top w:val="none" w:sz="0" w:space="0" w:color="auto"/>
                    <w:left w:val="none" w:sz="0" w:space="0" w:color="auto"/>
                    <w:bottom w:val="none" w:sz="0" w:space="0" w:color="auto"/>
                    <w:right w:val="none" w:sz="0" w:space="0" w:color="auto"/>
                  </w:divBdr>
                  <w:divsChild>
                    <w:div w:id="449933265">
                      <w:marLeft w:val="0"/>
                      <w:marRight w:val="0"/>
                      <w:marTop w:val="0"/>
                      <w:marBottom w:val="0"/>
                      <w:divBdr>
                        <w:top w:val="none" w:sz="0" w:space="0" w:color="auto"/>
                        <w:left w:val="none" w:sz="0" w:space="0" w:color="auto"/>
                        <w:bottom w:val="none" w:sz="0" w:space="0" w:color="auto"/>
                        <w:right w:val="none" w:sz="0" w:space="0" w:color="auto"/>
                      </w:divBdr>
                    </w:div>
                  </w:divsChild>
                </w:div>
                <w:div w:id="2005665291">
                  <w:marLeft w:val="0"/>
                  <w:marRight w:val="0"/>
                  <w:marTop w:val="0"/>
                  <w:marBottom w:val="0"/>
                  <w:divBdr>
                    <w:top w:val="none" w:sz="0" w:space="0" w:color="auto"/>
                    <w:left w:val="none" w:sz="0" w:space="0" w:color="auto"/>
                    <w:bottom w:val="none" w:sz="0" w:space="0" w:color="auto"/>
                    <w:right w:val="none" w:sz="0" w:space="0" w:color="auto"/>
                  </w:divBdr>
                  <w:divsChild>
                    <w:div w:id="1883902143">
                      <w:marLeft w:val="0"/>
                      <w:marRight w:val="0"/>
                      <w:marTop w:val="0"/>
                      <w:marBottom w:val="0"/>
                      <w:divBdr>
                        <w:top w:val="none" w:sz="0" w:space="0" w:color="auto"/>
                        <w:left w:val="none" w:sz="0" w:space="0" w:color="auto"/>
                        <w:bottom w:val="none" w:sz="0" w:space="0" w:color="auto"/>
                        <w:right w:val="none" w:sz="0" w:space="0" w:color="auto"/>
                      </w:divBdr>
                    </w:div>
                  </w:divsChild>
                </w:div>
                <w:div w:id="824661114">
                  <w:marLeft w:val="0"/>
                  <w:marRight w:val="0"/>
                  <w:marTop w:val="0"/>
                  <w:marBottom w:val="0"/>
                  <w:divBdr>
                    <w:top w:val="none" w:sz="0" w:space="0" w:color="auto"/>
                    <w:left w:val="none" w:sz="0" w:space="0" w:color="auto"/>
                    <w:bottom w:val="none" w:sz="0" w:space="0" w:color="auto"/>
                    <w:right w:val="none" w:sz="0" w:space="0" w:color="auto"/>
                  </w:divBdr>
                  <w:divsChild>
                    <w:div w:id="1789468252">
                      <w:marLeft w:val="0"/>
                      <w:marRight w:val="0"/>
                      <w:marTop w:val="0"/>
                      <w:marBottom w:val="0"/>
                      <w:divBdr>
                        <w:top w:val="none" w:sz="0" w:space="0" w:color="auto"/>
                        <w:left w:val="none" w:sz="0" w:space="0" w:color="auto"/>
                        <w:bottom w:val="none" w:sz="0" w:space="0" w:color="auto"/>
                        <w:right w:val="none" w:sz="0" w:space="0" w:color="auto"/>
                      </w:divBdr>
                    </w:div>
                  </w:divsChild>
                </w:div>
                <w:div w:id="1129126743">
                  <w:marLeft w:val="0"/>
                  <w:marRight w:val="0"/>
                  <w:marTop w:val="0"/>
                  <w:marBottom w:val="0"/>
                  <w:divBdr>
                    <w:top w:val="none" w:sz="0" w:space="0" w:color="auto"/>
                    <w:left w:val="none" w:sz="0" w:space="0" w:color="auto"/>
                    <w:bottom w:val="none" w:sz="0" w:space="0" w:color="auto"/>
                    <w:right w:val="none" w:sz="0" w:space="0" w:color="auto"/>
                  </w:divBdr>
                  <w:divsChild>
                    <w:div w:id="1639653463">
                      <w:marLeft w:val="0"/>
                      <w:marRight w:val="0"/>
                      <w:marTop w:val="0"/>
                      <w:marBottom w:val="0"/>
                      <w:divBdr>
                        <w:top w:val="none" w:sz="0" w:space="0" w:color="auto"/>
                        <w:left w:val="none" w:sz="0" w:space="0" w:color="auto"/>
                        <w:bottom w:val="none" w:sz="0" w:space="0" w:color="auto"/>
                        <w:right w:val="none" w:sz="0" w:space="0" w:color="auto"/>
                      </w:divBdr>
                    </w:div>
                  </w:divsChild>
                </w:div>
                <w:div w:id="828792674">
                  <w:marLeft w:val="0"/>
                  <w:marRight w:val="0"/>
                  <w:marTop w:val="0"/>
                  <w:marBottom w:val="0"/>
                  <w:divBdr>
                    <w:top w:val="none" w:sz="0" w:space="0" w:color="auto"/>
                    <w:left w:val="none" w:sz="0" w:space="0" w:color="auto"/>
                    <w:bottom w:val="none" w:sz="0" w:space="0" w:color="auto"/>
                    <w:right w:val="none" w:sz="0" w:space="0" w:color="auto"/>
                  </w:divBdr>
                  <w:divsChild>
                    <w:div w:id="1859460856">
                      <w:marLeft w:val="0"/>
                      <w:marRight w:val="0"/>
                      <w:marTop w:val="0"/>
                      <w:marBottom w:val="0"/>
                      <w:divBdr>
                        <w:top w:val="none" w:sz="0" w:space="0" w:color="auto"/>
                        <w:left w:val="none" w:sz="0" w:space="0" w:color="auto"/>
                        <w:bottom w:val="none" w:sz="0" w:space="0" w:color="auto"/>
                        <w:right w:val="none" w:sz="0" w:space="0" w:color="auto"/>
                      </w:divBdr>
                    </w:div>
                  </w:divsChild>
                </w:div>
                <w:div w:id="544801741">
                  <w:marLeft w:val="0"/>
                  <w:marRight w:val="0"/>
                  <w:marTop w:val="0"/>
                  <w:marBottom w:val="0"/>
                  <w:divBdr>
                    <w:top w:val="none" w:sz="0" w:space="0" w:color="auto"/>
                    <w:left w:val="none" w:sz="0" w:space="0" w:color="auto"/>
                    <w:bottom w:val="none" w:sz="0" w:space="0" w:color="auto"/>
                    <w:right w:val="none" w:sz="0" w:space="0" w:color="auto"/>
                  </w:divBdr>
                  <w:divsChild>
                    <w:div w:id="1439370842">
                      <w:marLeft w:val="0"/>
                      <w:marRight w:val="0"/>
                      <w:marTop w:val="0"/>
                      <w:marBottom w:val="0"/>
                      <w:divBdr>
                        <w:top w:val="none" w:sz="0" w:space="0" w:color="auto"/>
                        <w:left w:val="none" w:sz="0" w:space="0" w:color="auto"/>
                        <w:bottom w:val="none" w:sz="0" w:space="0" w:color="auto"/>
                        <w:right w:val="none" w:sz="0" w:space="0" w:color="auto"/>
                      </w:divBdr>
                    </w:div>
                  </w:divsChild>
                </w:div>
                <w:div w:id="912351754">
                  <w:marLeft w:val="0"/>
                  <w:marRight w:val="0"/>
                  <w:marTop w:val="0"/>
                  <w:marBottom w:val="0"/>
                  <w:divBdr>
                    <w:top w:val="none" w:sz="0" w:space="0" w:color="auto"/>
                    <w:left w:val="none" w:sz="0" w:space="0" w:color="auto"/>
                    <w:bottom w:val="none" w:sz="0" w:space="0" w:color="auto"/>
                    <w:right w:val="none" w:sz="0" w:space="0" w:color="auto"/>
                  </w:divBdr>
                  <w:divsChild>
                    <w:div w:id="1336419529">
                      <w:marLeft w:val="0"/>
                      <w:marRight w:val="0"/>
                      <w:marTop w:val="0"/>
                      <w:marBottom w:val="0"/>
                      <w:divBdr>
                        <w:top w:val="none" w:sz="0" w:space="0" w:color="auto"/>
                        <w:left w:val="none" w:sz="0" w:space="0" w:color="auto"/>
                        <w:bottom w:val="none" w:sz="0" w:space="0" w:color="auto"/>
                        <w:right w:val="none" w:sz="0" w:space="0" w:color="auto"/>
                      </w:divBdr>
                    </w:div>
                  </w:divsChild>
                </w:div>
                <w:div w:id="1322848824">
                  <w:marLeft w:val="0"/>
                  <w:marRight w:val="0"/>
                  <w:marTop w:val="0"/>
                  <w:marBottom w:val="0"/>
                  <w:divBdr>
                    <w:top w:val="none" w:sz="0" w:space="0" w:color="auto"/>
                    <w:left w:val="none" w:sz="0" w:space="0" w:color="auto"/>
                    <w:bottom w:val="none" w:sz="0" w:space="0" w:color="auto"/>
                    <w:right w:val="none" w:sz="0" w:space="0" w:color="auto"/>
                  </w:divBdr>
                  <w:divsChild>
                    <w:div w:id="1106535807">
                      <w:marLeft w:val="0"/>
                      <w:marRight w:val="0"/>
                      <w:marTop w:val="0"/>
                      <w:marBottom w:val="0"/>
                      <w:divBdr>
                        <w:top w:val="none" w:sz="0" w:space="0" w:color="auto"/>
                        <w:left w:val="none" w:sz="0" w:space="0" w:color="auto"/>
                        <w:bottom w:val="none" w:sz="0" w:space="0" w:color="auto"/>
                        <w:right w:val="none" w:sz="0" w:space="0" w:color="auto"/>
                      </w:divBdr>
                    </w:div>
                  </w:divsChild>
                </w:div>
                <w:div w:id="1029795996">
                  <w:marLeft w:val="0"/>
                  <w:marRight w:val="0"/>
                  <w:marTop w:val="0"/>
                  <w:marBottom w:val="0"/>
                  <w:divBdr>
                    <w:top w:val="none" w:sz="0" w:space="0" w:color="auto"/>
                    <w:left w:val="none" w:sz="0" w:space="0" w:color="auto"/>
                    <w:bottom w:val="none" w:sz="0" w:space="0" w:color="auto"/>
                    <w:right w:val="none" w:sz="0" w:space="0" w:color="auto"/>
                  </w:divBdr>
                  <w:divsChild>
                    <w:div w:id="1837575499">
                      <w:marLeft w:val="0"/>
                      <w:marRight w:val="0"/>
                      <w:marTop w:val="0"/>
                      <w:marBottom w:val="0"/>
                      <w:divBdr>
                        <w:top w:val="none" w:sz="0" w:space="0" w:color="auto"/>
                        <w:left w:val="none" w:sz="0" w:space="0" w:color="auto"/>
                        <w:bottom w:val="none" w:sz="0" w:space="0" w:color="auto"/>
                        <w:right w:val="none" w:sz="0" w:space="0" w:color="auto"/>
                      </w:divBdr>
                    </w:div>
                  </w:divsChild>
                </w:div>
                <w:div w:id="2115660984">
                  <w:marLeft w:val="0"/>
                  <w:marRight w:val="0"/>
                  <w:marTop w:val="0"/>
                  <w:marBottom w:val="0"/>
                  <w:divBdr>
                    <w:top w:val="none" w:sz="0" w:space="0" w:color="auto"/>
                    <w:left w:val="none" w:sz="0" w:space="0" w:color="auto"/>
                    <w:bottom w:val="none" w:sz="0" w:space="0" w:color="auto"/>
                    <w:right w:val="none" w:sz="0" w:space="0" w:color="auto"/>
                  </w:divBdr>
                  <w:divsChild>
                    <w:div w:id="1068305679">
                      <w:marLeft w:val="0"/>
                      <w:marRight w:val="0"/>
                      <w:marTop w:val="0"/>
                      <w:marBottom w:val="0"/>
                      <w:divBdr>
                        <w:top w:val="none" w:sz="0" w:space="0" w:color="auto"/>
                        <w:left w:val="none" w:sz="0" w:space="0" w:color="auto"/>
                        <w:bottom w:val="none" w:sz="0" w:space="0" w:color="auto"/>
                        <w:right w:val="none" w:sz="0" w:space="0" w:color="auto"/>
                      </w:divBdr>
                    </w:div>
                  </w:divsChild>
                </w:div>
                <w:div w:id="641232008">
                  <w:marLeft w:val="0"/>
                  <w:marRight w:val="0"/>
                  <w:marTop w:val="0"/>
                  <w:marBottom w:val="0"/>
                  <w:divBdr>
                    <w:top w:val="none" w:sz="0" w:space="0" w:color="auto"/>
                    <w:left w:val="none" w:sz="0" w:space="0" w:color="auto"/>
                    <w:bottom w:val="none" w:sz="0" w:space="0" w:color="auto"/>
                    <w:right w:val="none" w:sz="0" w:space="0" w:color="auto"/>
                  </w:divBdr>
                  <w:divsChild>
                    <w:div w:id="125006313">
                      <w:marLeft w:val="0"/>
                      <w:marRight w:val="0"/>
                      <w:marTop w:val="0"/>
                      <w:marBottom w:val="0"/>
                      <w:divBdr>
                        <w:top w:val="none" w:sz="0" w:space="0" w:color="auto"/>
                        <w:left w:val="none" w:sz="0" w:space="0" w:color="auto"/>
                        <w:bottom w:val="none" w:sz="0" w:space="0" w:color="auto"/>
                        <w:right w:val="none" w:sz="0" w:space="0" w:color="auto"/>
                      </w:divBdr>
                    </w:div>
                  </w:divsChild>
                </w:div>
                <w:div w:id="163279689">
                  <w:marLeft w:val="0"/>
                  <w:marRight w:val="0"/>
                  <w:marTop w:val="0"/>
                  <w:marBottom w:val="0"/>
                  <w:divBdr>
                    <w:top w:val="none" w:sz="0" w:space="0" w:color="auto"/>
                    <w:left w:val="none" w:sz="0" w:space="0" w:color="auto"/>
                    <w:bottom w:val="none" w:sz="0" w:space="0" w:color="auto"/>
                    <w:right w:val="none" w:sz="0" w:space="0" w:color="auto"/>
                  </w:divBdr>
                  <w:divsChild>
                    <w:div w:id="1148589925">
                      <w:marLeft w:val="0"/>
                      <w:marRight w:val="0"/>
                      <w:marTop w:val="0"/>
                      <w:marBottom w:val="0"/>
                      <w:divBdr>
                        <w:top w:val="none" w:sz="0" w:space="0" w:color="auto"/>
                        <w:left w:val="none" w:sz="0" w:space="0" w:color="auto"/>
                        <w:bottom w:val="none" w:sz="0" w:space="0" w:color="auto"/>
                        <w:right w:val="none" w:sz="0" w:space="0" w:color="auto"/>
                      </w:divBdr>
                    </w:div>
                  </w:divsChild>
                </w:div>
                <w:div w:id="1796439546">
                  <w:marLeft w:val="0"/>
                  <w:marRight w:val="0"/>
                  <w:marTop w:val="0"/>
                  <w:marBottom w:val="0"/>
                  <w:divBdr>
                    <w:top w:val="none" w:sz="0" w:space="0" w:color="auto"/>
                    <w:left w:val="none" w:sz="0" w:space="0" w:color="auto"/>
                    <w:bottom w:val="none" w:sz="0" w:space="0" w:color="auto"/>
                    <w:right w:val="none" w:sz="0" w:space="0" w:color="auto"/>
                  </w:divBdr>
                  <w:divsChild>
                    <w:div w:id="1796752011">
                      <w:marLeft w:val="0"/>
                      <w:marRight w:val="0"/>
                      <w:marTop w:val="0"/>
                      <w:marBottom w:val="0"/>
                      <w:divBdr>
                        <w:top w:val="none" w:sz="0" w:space="0" w:color="auto"/>
                        <w:left w:val="none" w:sz="0" w:space="0" w:color="auto"/>
                        <w:bottom w:val="none" w:sz="0" w:space="0" w:color="auto"/>
                        <w:right w:val="none" w:sz="0" w:space="0" w:color="auto"/>
                      </w:divBdr>
                    </w:div>
                  </w:divsChild>
                </w:div>
                <w:div w:id="745761473">
                  <w:marLeft w:val="0"/>
                  <w:marRight w:val="0"/>
                  <w:marTop w:val="0"/>
                  <w:marBottom w:val="0"/>
                  <w:divBdr>
                    <w:top w:val="none" w:sz="0" w:space="0" w:color="auto"/>
                    <w:left w:val="none" w:sz="0" w:space="0" w:color="auto"/>
                    <w:bottom w:val="none" w:sz="0" w:space="0" w:color="auto"/>
                    <w:right w:val="none" w:sz="0" w:space="0" w:color="auto"/>
                  </w:divBdr>
                  <w:divsChild>
                    <w:div w:id="437141983">
                      <w:marLeft w:val="0"/>
                      <w:marRight w:val="0"/>
                      <w:marTop w:val="0"/>
                      <w:marBottom w:val="0"/>
                      <w:divBdr>
                        <w:top w:val="none" w:sz="0" w:space="0" w:color="auto"/>
                        <w:left w:val="none" w:sz="0" w:space="0" w:color="auto"/>
                        <w:bottom w:val="none" w:sz="0" w:space="0" w:color="auto"/>
                        <w:right w:val="none" w:sz="0" w:space="0" w:color="auto"/>
                      </w:divBdr>
                    </w:div>
                  </w:divsChild>
                </w:div>
                <w:div w:id="1533688479">
                  <w:marLeft w:val="0"/>
                  <w:marRight w:val="0"/>
                  <w:marTop w:val="0"/>
                  <w:marBottom w:val="0"/>
                  <w:divBdr>
                    <w:top w:val="none" w:sz="0" w:space="0" w:color="auto"/>
                    <w:left w:val="none" w:sz="0" w:space="0" w:color="auto"/>
                    <w:bottom w:val="none" w:sz="0" w:space="0" w:color="auto"/>
                    <w:right w:val="none" w:sz="0" w:space="0" w:color="auto"/>
                  </w:divBdr>
                  <w:divsChild>
                    <w:div w:id="536430109">
                      <w:marLeft w:val="0"/>
                      <w:marRight w:val="0"/>
                      <w:marTop w:val="0"/>
                      <w:marBottom w:val="0"/>
                      <w:divBdr>
                        <w:top w:val="none" w:sz="0" w:space="0" w:color="auto"/>
                        <w:left w:val="none" w:sz="0" w:space="0" w:color="auto"/>
                        <w:bottom w:val="none" w:sz="0" w:space="0" w:color="auto"/>
                        <w:right w:val="none" w:sz="0" w:space="0" w:color="auto"/>
                      </w:divBdr>
                    </w:div>
                  </w:divsChild>
                </w:div>
                <w:div w:id="1059979912">
                  <w:marLeft w:val="0"/>
                  <w:marRight w:val="0"/>
                  <w:marTop w:val="0"/>
                  <w:marBottom w:val="0"/>
                  <w:divBdr>
                    <w:top w:val="none" w:sz="0" w:space="0" w:color="auto"/>
                    <w:left w:val="none" w:sz="0" w:space="0" w:color="auto"/>
                    <w:bottom w:val="none" w:sz="0" w:space="0" w:color="auto"/>
                    <w:right w:val="none" w:sz="0" w:space="0" w:color="auto"/>
                  </w:divBdr>
                  <w:divsChild>
                    <w:div w:id="1992517314">
                      <w:marLeft w:val="0"/>
                      <w:marRight w:val="0"/>
                      <w:marTop w:val="0"/>
                      <w:marBottom w:val="0"/>
                      <w:divBdr>
                        <w:top w:val="none" w:sz="0" w:space="0" w:color="auto"/>
                        <w:left w:val="none" w:sz="0" w:space="0" w:color="auto"/>
                        <w:bottom w:val="none" w:sz="0" w:space="0" w:color="auto"/>
                        <w:right w:val="none" w:sz="0" w:space="0" w:color="auto"/>
                      </w:divBdr>
                    </w:div>
                  </w:divsChild>
                </w:div>
                <w:div w:id="1962422229">
                  <w:marLeft w:val="0"/>
                  <w:marRight w:val="0"/>
                  <w:marTop w:val="0"/>
                  <w:marBottom w:val="0"/>
                  <w:divBdr>
                    <w:top w:val="none" w:sz="0" w:space="0" w:color="auto"/>
                    <w:left w:val="none" w:sz="0" w:space="0" w:color="auto"/>
                    <w:bottom w:val="none" w:sz="0" w:space="0" w:color="auto"/>
                    <w:right w:val="none" w:sz="0" w:space="0" w:color="auto"/>
                  </w:divBdr>
                  <w:divsChild>
                    <w:div w:id="835069037">
                      <w:marLeft w:val="0"/>
                      <w:marRight w:val="0"/>
                      <w:marTop w:val="0"/>
                      <w:marBottom w:val="0"/>
                      <w:divBdr>
                        <w:top w:val="none" w:sz="0" w:space="0" w:color="auto"/>
                        <w:left w:val="none" w:sz="0" w:space="0" w:color="auto"/>
                        <w:bottom w:val="none" w:sz="0" w:space="0" w:color="auto"/>
                        <w:right w:val="none" w:sz="0" w:space="0" w:color="auto"/>
                      </w:divBdr>
                    </w:div>
                  </w:divsChild>
                </w:div>
                <w:div w:id="664165759">
                  <w:marLeft w:val="0"/>
                  <w:marRight w:val="0"/>
                  <w:marTop w:val="0"/>
                  <w:marBottom w:val="0"/>
                  <w:divBdr>
                    <w:top w:val="none" w:sz="0" w:space="0" w:color="auto"/>
                    <w:left w:val="none" w:sz="0" w:space="0" w:color="auto"/>
                    <w:bottom w:val="none" w:sz="0" w:space="0" w:color="auto"/>
                    <w:right w:val="none" w:sz="0" w:space="0" w:color="auto"/>
                  </w:divBdr>
                  <w:divsChild>
                    <w:div w:id="557127866">
                      <w:marLeft w:val="0"/>
                      <w:marRight w:val="0"/>
                      <w:marTop w:val="0"/>
                      <w:marBottom w:val="0"/>
                      <w:divBdr>
                        <w:top w:val="none" w:sz="0" w:space="0" w:color="auto"/>
                        <w:left w:val="none" w:sz="0" w:space="0" w:color="auto"/>
                        <w:bottom w:val="none" w:sz="0" w:space="0" w:color="auto"/>
                        <w:right w:val="none" w:sz="0" w:space="0" w:color="auto"/>
                      </w:divBdr>
                    </w:div>
                  </w:divsChild>
                </w:div>
                <w:div w:id="913469443">
                  <w:marLeft w:val="0"/>
                  <w:marRight w:val="0"/>
                  <w:marTop w:val="0"/>
                  <w:marBottom w:val="0"/>
                  <w:divBdr>
                    <w:top w:val="none" w:sz="0" w:space="0" w:color="auto"/>
                    <w:left w:val="none" w:sz="0" w:space="0" w:color="auto"/>
                    <w:bottom w:val="none" w:sz="0" w:space="0" w:color="auto"/>
                    <w:right w:val="none" w:sz="0" w:space="0" w:color="auto"/>
                  </w:divBdr>
                  <w:divsChild>
                    <w:div w:id="1973947294">
                      <w:marLeft w:val="0"/>
                      <w:marRight w:val="0"/>
                      <w:marTop w:val="0"/>
                      <w:marBottom w:val="0"/>
                      <w:divBdr>
                        <w:top w:val="none" w:sz="0" w:space="0" w:color="auto"/>
                        <w:left w:val="none" w:sz="0" w:space="0" w:color="auto"/>
                        <w:bottom w:val="none" w:sz="0" w:space="0" w:color="auto"/>
                        <w:right w:val="none" w:sz="0" w:space="0" w:color="auto"/>
                      </w:divBdr>
                    </w:div>
                  </w:divsChild>
                </w:div>
                <w:div w:id="321979222">
                  <w:marLeft w:val="0"/>
                  <w:marRight w:val="0"/>
                  <w:marTop w:val="0"/>
                  <w:marBottom w:val="0"/>
                  <w:divBdr>
                    <w:top w:val="none" w:sz="0" w:space="0" w:color="auto"/>
                    <w:left w:val="none" w:sz="0" w:space="0" w:color="auto"/>
                    <w:bottom w:val="none" w:sz="0" w:space="0" w:color="auto"/>
                    <w:right w:val="none" w:sz="0" w:space="0" w:color="auto"/>
                  </w:divBdr>
                  <w:divsChild>
                    <w:div w:id="1596671368">
                      <w:marLeft w:val="0"/>
                      <w:marRight w:val="0"/>
                      <w:marTop w:val="0"/>
                      <w:marBottom w:val="0"/>
                      <w:divBdr>
                        <w:top w:val="none" w:sz="0" w:space="0" w:color="auto"/>
                        <w:left w:val="none" w:sz="0" w:space="0" w:color="auto"/>
                        <w:bottom w:val="none" w:sz="0" w:space="0" w:color="auto"/>
                        <w:right w:val="none" w:sz="0" w:space="0" w:color="auto"/>
                      </w:divBdr>
                    </w:div>
                  </w:divsChild>
                </w:div>
                <w:div w:id="456342436">
                  <w:marLeft w:val="0"/>
                  <w:marRight w:val="0"/>
                  <w:marTop w:val="0"/>
                  <w:marBottom w:val="0"/>
                  <w:divBdr>
                    <w:top w:val="none" w:sz="0" w:space="0" w:color="auto"/>
                    <w:left w:val="none" w:sz="0" w:space="0" w:color="auto"/>
                    <w:bottom w:val="none" w:sz="0" w:space="0" w:color="auto"/>
                    <w:right w:val="none" w:sz="0" w:space="0" w:color="auto"/>
                  </w:divBdr>
                  <w:divsChild>
                    <w:div w:id="2093039397">
                      <w:marLeft w:val="0"/>
                      <w:marRight w:val="0"/>
                      <w:marTop w:val="0"/>
                      <w:marBottom w:val="0"/>
                      <w:divBdr>
                        <w:top w:val="none" w:sz="0" w:space="0" w:color="auto"/>
                        <w:left w:val="none" w:sz="0" w:space="0" w:color="auto"/>
                        <w:bottom w:val="none" w:sz="0" w:space="0" w:color="auto"/>
                        <w:right w:val="none" w:sz="0" w:space="0" w:color="auto"/>
                      </w:divBdr>
                    </w:div>
                  </w:divsChild>
                </w:div>
                <w:div w:id="2053458048">
                  <w:marLeft w:val="0"/>
                  <w:marRight w:val="0"/>
                  <w:marTop w:val="0"/>
                  <w:marBottom w:val="0"/>
                  <w:divBdr>
                    <w:top w:val="none" w:sz="0" w:space="0" w:color="auto"/>
                    <w:left w:val="none" w:sz="0" w:space="0" w:color="auto"/>
                    <w:bottom w:val="none" w:sz="0" w:space="0" w:color="auto"/>
                    <w:right w:val="none" w:sz="0" w:space="0" w:color="auto"/>
                  </w:divBdr>
                  <w:divsChild>
                    <w:div w:id="592780863">
                      <w:marLeft w:val="0"/>
                      <w:marRight w:val="0"/>
                      <w:marTop w:val="0"/>
                      <w:marBottom w:val="0"/>
                      <w:divBdr>
                        <w:top w:val="none" w:sz="0" w:space="0" w:color="auto"/>
                        <w:left w:val="none" w:sz="0" w:space="0" w:color="auto"/>
                        <w:bottom w:val="none" w:sz="0" w:space="0" w:color="auto"/>
                        <w:right w:val="none" w:sz="0" w:space="0" w:color="auto"/>
                      </w:divBdr>
                    </w:div>
                  </w:divsChild>
                </w:div>
                <w:div w:id="207039136">
                  <w:marLeft w:val="0"/>
                  <w:marRight w:val="0"/>
                  <w:marTop w:val="0"/>
                  <w:marBottom w:val="0"/>
                  <w:divBdr>
                    <w:top w:val="none" w:sz="0" w:space="0" w:color="auto"/>
                    <w:left w:val="none" w:sz="0" w:space="0" w:color="auto"/>
                    <w:bottom w:val="none" w:sz="0" w:space="0" w:color="auto"/>
                    <w:right w:val="none" w:sz="0" w:space="0" w:color="auto"/>
                  </w:divBdr>
                  <w:divsChild>
                    <w:div w:id="2084863952">
                      <w:marLeft w:val="0"/>
                      <w:marRight w:val="0"/>
                      <w:marTop w:val="0"/>
                      <w:marBottom w:val="0"/>
                      <w:divBdr>
                        <w:top w:val="none" w:sz="0" w:space="0" w:color="auto"/>
                        <w:left w:val="none" w:sz="0" w:space="0" w:color="auto"/>
                        <w:bottom w:val="none" w:sz="0" w:space="0" w:color="auto"/>
                        <w:right w:val="none" w:sz="0" w:space="0" w:color="auto"/>
                      </w:divBdr>
                    </w:div>
                  </w:divsChild>
                </w:div>
                <w:div w:id="409933471">
                  <w:marLeft w:val="0"/>
                  <w:marRight w:val="0"/>
                  <w:marTop w:val="0"/>
                  <w:marBottom w:val="0"/>
                  <w:divBdr>
                    <w:top w:val="none" w:sz="0" w:space="0" w:color="auto"/>
                    <w:left w:val="none" w:sz="0" w:space="0" w:color="auto"/>
                    <w:bottom w:val="none" w:sz="0" w:space="0" w:color="auto"/>
                    <w:right w:val="none" w:sz="0" w:space="0" w:color="auto"/>
                  </w:divBdr>
                  <w:divsChild>
                    <w:div w:id="1222248372">
                      <w:marLeft w:val="0"/>
                      <w:marRight w:val="0"/>
                      <w:marTop w:val="0"/>
                      <w:marBottom w:val="0"/>
                      <w:divBdr>
                        <w:top w:val="none" w:sz="0" w:space="0" w:color="auto"/>
                        <w:left w:val="none" w:sz="0" w:space="0" w:color="auto"/>
                        <w:bottom w:val="none" w:sz="0" w:space="0" w:color="auto"/>
                        <w:right w:val="none" w:sz="0" w:space="0" w:color="auto"/>
                      </w:divBdr>
                    </w:div>
                  </w:divsChild>
                </w:div>
                <w:div w:id="2108965189">
                  <w:marLeft w:val="0"/>
                  <w:marRight w:val="0"/>
                  <w:marTop w:val="0"/>
                  <w:marBottom w:val="0"/>
                  <w:divBdr>
                    <w:top w:val="none" w:sz="0" w:space="0" w:color="auto"/>
                    <w:left w:val="none" w:sz="0" w:space="0" w:color="auto"/>
                    <w:bottom w:val="none" w:sz="0" w:space="0" w:color="auto"/>
                    <w:right w:val="none" w:sz="0" w:space="0" w:color="auto"/>
                  </w:divBdr>
                  <w:divsChild>
                    <w:div w:id="1457220115">
                      <w:marLeft w:val="0"/>
                      <w:marRight w:val="0"/>
                      <w:marTop w:val="0"/>
                      <w:marBottom w:val="0"/>
                      <w:divBdr>
                        <w:top w:val="none" w:sz="0" w:space="0" w:color="auto"/>
                        <w:left w:val="none" w:sz="0" w:space="0" w:color="auto"/>
                        <w:bottom w:val="none" w:sz="0" w:space="0" w:color="auto"/>
                        <w:right w:val="none" w:sz="0" w:space="0" w:color="auto"/>
                      </w:divBdr>
                    </w:div>
                  </w:divsChild>
                </w:div>
                <w:div w:id="1936936401">
                  <w:marLeft w:val="0"/>
                  <w:marRight w:val="0"/>
                  <w:marTop w:val="0"/>
                  <w:marBottom w:val="0"/>
                  <w:divBdr>
                    <w:top w:val="none" w:sz="0" w:space="0" w:color="auto"/>
                    <w:left w:val="none" w:sz="0" w:space="0" w:color="auto"/>
                    <w:bottom w:val="none" w:sz="0" w:space="0" w:color="auto"/>
                    <w:right w:val="none" w:sz="0" w:space="0" w:color="auto"/>
                  </w:divBdr>
                  <w:divsChild>
                    <w:div w:id="2118868741">
                      <w:marLeft w:val="0"/>
                      <w:marRight w:val="0"/>
                      <w:marTop w:val="0"/>
                      <w:marBottom w:val="0"/>
                      <w:divBdr>
                        <w:top w:val="none" w:sz="0" w:space="0" w:color="auto"/>
                        <w:left w:val="none" w:sz="0" w:space="0" w:color="auto"/>
                        <w:bottom w:val="none" w:sz="0" w:space="0" w:color="auto"/>
                        <w:right w:val="none" w:sz="0" w:space="0" w:color="auto"/>
                      </w:divBdr>
                    </w:div>
                  </w:divsChild>
                </w:div>
                <w:div w:id="591012721">
                  <w:marLeft w:val="0"/>
                  <w:marRight w:val="0"/>
                  <w:marTop w:val="0"/>
                  <w:marBottom w:val="0"/>
                  <w:divBdr>
                    <w:top w:val="none" w:sz="0" w:space="0" w:color="auto"/>
                    <w:left w:val="none" w:sz="0" w:space="0" w:color="auto"/>
                    <w:bottom w:val="none" w:sz="0" w:space="0" w:color="auto"/>
                    <w:right w:val="none" w:sz="0" w:space="0" w:color="auto"/>
                  </w:divBdr>
                  <w:divsChild>
                    <w:div w:id="1601256029">
                      <w:marLeft w:val="0"/>
                      <w:marRight w:val="0"/>
                      <w:marTop w:val="0"/>
                      <w:marBottom w:val="0"/>
                      <w:divBdr>
                        <w:top w:val="none" w:sz="0" w:space="0" w:color="auto"/>
                        <w:left w:val="none" w:sz="0" w:space="0" w:color="auto"/>
                        <w:bottom w:val="none" w:sz="0" w:space="0" w:color="auto"/>
                        <w:right w:val="none" w:sz="0" w:space="0" w:color="auto"/>
                      </w:divBdr>
                    </w:div>
                  </w:divsChild>
                </w:div>
                <w:div w:id="589199301">
                  <w:marLeft w:val="0"/>
                  <w:marRight w:val="0"/>
                  <w:marTop w:val="0"/>
                  <w:marBottom w:val="0"/>
                  <w:divBdr>
                    <w:top w:val="none" w:sz="0" w:space="0" w:color="auto"/>
                    <w:left w:val="none" w:sz="0" w:space="0" w:color="auto"/>
                    <w:bottom w:val="none" w:sz="0" w:space="0" w:color="auto"/>
                    <w:right w:val="none" w:sz="0" w:space="0" w:color="auto"/>
                  </w:divBdr>
                  <w:divsChild>
                    <w:div w:id="1208295737">
                      <w:marLeft w:val="0"/>
                      <w:marRight w:val="0"/>
                      <w:marTop w:val="0"/>
                      <w:marBottom w:val="0"/>
                      <w:divBdr>
                        <w:top w:val="none" w:sz="0" w:space="0" w:color="auto"/>
                        <w:left w:val="none" w:sz="0" w:space="0" w:color="auto"/>
                        <w:bottom w:val="none" w:sz="0" w:space="0" w:color="auto"/>
                        <w:right w:val="none" w:sz="0" w:space="0" w:color="auto"/>
                      </w:divBdr>
                    </w:div>
                  </w:divsChild>
                </w:div>
                <w:div w:id="2103334252">
                  <w:marLeft w:val="0"/>
                  <w:marRight w:val="0"/>
                  <w:marTop w:val="0"/>
                  <w:marBottom w:val="0"/>
                  <w:divBdr>
                    <w:top w:val="none" w:sz="0" w:space="0" w:color="auto"/>
                    <w:left w:val="none" w:sz="0" w:space="0" w:color="auto"/>
                    <w:bottom w:val="none" w:sz="0" w:space="0" w:color="auto"/>
                    <w:right w:val="none" w:sz="0" w:space="0" w:color="auto"/>
                  </w:divBdr>
                  <w:divsChild>
                    <w:div w:id="1746025322">
                      <w:marLeft w:val="0"/>
                      <w:marRight w:val="0"/>
                      <w:marTop w:val="0"/>
                      <w:marBottom w:val="0"/>
                      <w:divBdr>
                        <w:top w:val="none" w:sz="0" w:space="0" w:color="auto"/>
                        <w:left w:val="none" w:sz="0" w:space="0" w:color="auto"/>
                        <w:bottom w:val="none" w:sz="0" w:space="0" w:color="auto"/>
                        <w:right w:val="none" w:sz="0" w:space="0" w:color="auto"/>
                      </w:divBdr>
                    </w:div>
                  </w:divsChild>
                </w:div>
                <w:div w:id="338239653">
                  <w:marLeft w:val="0"/>
                  <w:marRight w:val="0"/>
                  <w:marTop w:val="0"/>
                  <w:marBottom w:val="0"/>
                  <w:divBdr>
                    <w:top w:val="none" w:sz="0" w:space="0" w:color="auto"/>
                    <w:left w:val="none" w:sz="0" w:space="0" w:color="auto"/>
                    <w:bottom w:val="none" w:sz="0" w:space="0" w:color="auto"/>
                    <w:right w:val="none" w:sz="0" w:space="0" w:color="auto"/>
                  </w:divBdr>
                  <w:divsChild>
                    <w:div w:id="800537368">
                      <w:marLeft w:val="0"/>
                      <w:marRight w:val="0"/>
                      <w:marTop w:val="0"/>
                      <w:marBottom w:val="0"/>
                      <w:divBdr>
                        <w:top w:val="none" w:sz="0" w:space="0" w:color="auto"/>
                        <w:left w:val="none" w:sz="0" w:space="0" w:color="auto"/>
                        <w:bottom w:val="none" w:sz="0" w:space="0" w:color="auto"/>
                        <w:right w:val="none" w:sz="0" w:space="0" w:color="auto"/>
                      </w:divBdr>
                    </w:div>
                  </w:divsChild>
                </w:div>
                <w:div w:id="2070180740">
                  <w:marLeft w:val="0"/>
                  <w:marRight w:val="0"/>
                  <w:marTop w:val="0"/>
                  <w:marBottom w:val="0"/>
                  <w:divBdr>
                    <w:top w:val="none" w:sz="0" w:space="0" w:color="auto"/>
                    <w:left w:val="none" w:sz="0" w:space="0" w:color="auto"/>
                    <w:bottom w:val="none" w:sz="0" w:space="0" w:color="auto"/>
                    <w:right w:val="none" w:sz="0" w:space="0" w:color="auto"/>
                  </w:divBdr>
                  <w:divsChild>
                    <w:div w:id="1991135314">
                      <w:marLeft w:val="0"/>
                      <w:marRight w:val="0"/>
                      <w:marTop w:val="0"/>
                      <w:marBottom w:val="0"/>
                      <w:divBdr>
                        <w:top w:val="none" w:sz="0" w:space="0" w:color="auto"/>
                        <w:left w:val="none" w:sz="0" w:space="0" w:color="auto"/>
                        <w:bottom w:val="none" w:sz="0" w:space="0" w:color="auto"/>
                        <w:right w:val="none" w:sz="0" w:space="0" w:color="auto"/>
                      </w:divBdr>
                    </w:div>
                  </w:divsChild>
                </w:div>
                <w:div w:id="995569122">
                  <w:marLeft w:val="0"/>
                  <w:marRight w:val="0"/>
                  <w:marTop w:val="0"/>
                  <w:marBottom w:val="0"/>
                  <w:divBdr>
                    <w:top w:val="none" w:sz="0" w:space="0" w:color="auto"/>
                    <w:left w:val="none" w:sz="0" w:space="0" w:color="auto"/>
                    <w:bottom w:val="none" w:sz="0" w:space="0" w:color="auto"/>
                    <w:right w:val="none" w:sz="0" w:space="0" w:color="auto"/>
                  </w:divBdr>
                  <w:divsChild>
                    <w:div w:id="761267552">
                      <w:marLeft w:val="0"/>
                      <w:marRight w:val="0"/>
                      <w:marTop w:val="0"/>
                      <w:marBottom w:val="0"/>
                      <w:divBdr>
                        <w:top w:val="none" w:sz="0" w:space="0" w:color="auto"/>
                        <w:left w:val="none" w:sz="0" w:space="0" w:color="auto"/>
                        <w:bottom w:val="none" w:sz="0" w:space="0" w:color="auto"/>
                        <w:right w:val="none" w:sz="0" w:space="0" w:color="auto"/>
                      </w:divBdr>
                    </w:div>
                  </w:divsChild>
                </w:div>
                <w:div w:id="727998071">
                  <w:marLeft w:val="0"/>
                  <w:marRight w:val="0"/>
                  <w:marTop w:val="0"/>
                  <w:marBottom w:val="0"/>
                  <w:divBdr>
                    <w:top w:val="none" w:sz="0" w:space="0" w:color="auto"/>
                    <w:left w:val="none" w:sz="0" w:space="0" w:color="auto"/>
                    <w:bottom w:val="none" w:sz="0" w:space="0" w:color="auto"/>
                    <w:right w:val="none" w:sz="0" w:space="0" w:color="auto"/>
                  </w:divBdr>
                  <w:divsChild>
                    <w:div w:id="1505903432">
                      <w:marLeft w:val="0"/>
                      <w:marRight w:val="0"/>
                      <w:marTop w:val="0"/>
                      <w:marBottom w:val="0"/>
                      <w:divBdr>
                        <w:top w:val="none" w:sz="0" w:space="0" w:color="auto"/>
                        <w:left w:val="none" w:sz="0" w:space="0" w:color="auto"/>
                        <w:bottom w:val="none" w:sz="0" w:space="0" w:color="auto"/>
                        <w:right w:val="none" w:sz="0" w:space="0" w:color="auto"/>
                      </w:divBdr>
                    </w:div>
                  </w:divsChild>
                </w:div>
                <w:div w:id="810175264">
                  <w:marLeft w:val="0"/>
                  <w:marRight w:val="0"/>
                  <w:marTop w:val="0"/>
                  <w:marBottom w:val="0"/>
                  <w:divBdr>
                    <w:top w:val="none" w:sz="0" w:space="0" w:color="auto"/>
                    <w:left w:val="none" w:sz="0" w:space="0" w:color="auto"/>
                    <w:bottom w:val="none" w:sz="0" w:space="0" w:color="auto"/>
                    <w:right w:val="none" w:sz="0" w:space="0" w:color="auto"/>
                  </w:divBdr>
                  <w:divsChild>
                    <w:div w:id="595290911">
                      <w:marLeft w:val="0"/>
                      <w:marRight w:val="0"/>
                      <w:marTop w:val="0"/>
                      <w:marBottom w:val="0"/>
                      <w:divBdr>
                        <w:top w:val="none" w:sz="0" w:space="0" w:color="auto"/>
                        <w:left w:val="none" w:sz="0" w:space="0" w:color="auto"/>
                        <w:bottom w:val="none" w:sz="0" w:space="0" w:color="auto"/>
                        <w:right w:val="none" w:sz="0" w:space="0" w:color="auto"/>
                      </w:divBdr>
                    </w:div>
                  </w:divsChild>
                </w:div>
                <w:div w:id="168984520">
                  <w:marLeft w:val="0"/>
                  <w:marRight w:val="0"/>
                  <w:marTop w:val="0"/>
                  <w:marBottom w:val="0"/>
                  <w:divBdr>
                    <w:top w:val="none" w:sz="0" w:space="0" w:color="auto"/>
                    <w:left w:val="none" w:sz="0" w:space="0" w:color="auto"/>
                    <w:bottom w:val="none" w:sz="0" w:space="0" w:color="auto"/>
                    <w:right w:val="none" w:sz="0" w:space="0" w:color="auto"/>
                  </w:divBdr>
                  <w:divsChild>
                    <w:div w:id="766928266">
                      <w:marLeft w:val="0"/>
                      <w:marRight w:val="0"/>
                      <w:marTop w:val="0"/>
                      <w:marBottom w:val="0"/>
                      <w:divBdr>
                        <w:top w:val="none" w:sz="0" w:space="0" w:color="auto"/>
                        <w:left w:val="none" w:sz="0" w:space="0" w:color="auto"/>
                        <w:bottom w:val="none" w:sz="0" w:space="0" w:color="auto"/>
                        <w:right w:val="none" w:sz="0" w:space="0" w:color="auto"/>
                      </w:divBdr>
                    </w:div>
                  </w:divsChild>
                </w:div>
                <w:div w:id="1936277962">
                  <w:marLeft w:val="0"/>
                  <w:marRight w:val="0"/>
                  <w:marTop w:val="0"/>
                  <w:marBottom w:val="0"/>
                  <w:divBdr>
                    <w:top w:val="none" w:sz="0" w:space="0" w:color="auto"/>
                    <w:left w:val="none" w:sz="0" w:space="0" w:color="auto"/>
                    <w:bottom w:val="none" w:sz="0" w:space="0" w:color="auto"/>
                    <w:right w:val="none" w:sz="0" w:space="0" w:color="auto"/>
                  </w:divBdr>
                  <w:divsChild>
                    <w:div w:id="1005595767">
                      <w:marLeft w:val="0"/>
                      <w:marRight w:val="0"/>
                      <w:marTop w:val="0"/>
                      <w:marBottom w:val="0"/>
                      <w:divBdr>
                        <w:top w:val="none" w:sz="0" w:space="0" w:color="auto"/>
                        <w:left w:val="none" w:sz="0" w:space="0" w:color="auto"/>
                        <w:bottom w:val="none" w:sz="0" w:space="0" w:color="auto"/>
                        <w:right w:val="none" w:sz="0" w:space="0" w:color="auto"/>
                      </w:divBdr>
                    </w:div>
                  </w:divsChild>
                </w:div>
                <w:div w:id="480081235">
                  <w:marLeft w:val="0"/>
                  <w:marRight w:val="0"/>
                  <w:marTop w:val="0"/>
                  <w:marBottom w:val="0"/>
                  <w:divBdr>
                    <w:top w:val="none" w:sz="0" w:space="0" w:color="auto"/>
                    <w:left w:val="none" w:sz="0" w:space="0" w:color="auto"/>
                    <w:bottom w:val="none" w:sz="0" w:space="0" w:color="auto"/>
                    <w:right w:val="none" w:sz="0" w:space="0" w:color="auto"/>
                  </w:divBdr>
                  <w:divsChild>
                    <w:div w:id="82455022">
                      <w:marLeft w:val="0"/>
                      <w:marRight w:val="0"/>
                      <w:marTop w:val="0"/>
                      <w:marBottom w:val="0"/>
                      <w:divBdr>
                        <w:top w:val="none" w:sz="0" w:space="0" w:color="auto"/>
                        <w:left w:val="none" w:sz="0" w:space="0" w:color="auto"/>
                        <w:bottom w:val="none" w:sz="0" w:space="0" w:color="auto"/>
                        <w:right w:val="none" w:sz="0" w:space="0" w:color="auto"/>
                      </w:divBdr>
                    </w:div>
                  </w:divsChild>
                </w:div>
                <w:div w:id="387191657">
                  <w:marLeft w:val="0"/>
                  <w:marRight w:val="0"/>
                  <w:marTop w:val="0"/>
                  <w:marBottom w:val="0"/>
                  <w:divBdr>
                    <w:top w:val="none" w:sz="0" w:space="0" w:color="auto"/>
                    <w:left w:val="none" w:sz="0" w:space="0" w:color="auto"/>
                    <w:bottom w:val="none" w:sz="0" w:space="0" w:color="auto"/>
                    <w:right w:val="none" w:sz="0" w:space="0" w:color="auto"/>
                  </w:divBdr>
                  <w:divsChild>
                    <w:div w:id="487131914">
                      <w:marLeft w:val="0"/>
                      <w:marRight w:val="0"/>
                      <w:marTop w:val="0"/>
                      <w:marBottom w:val="0"/>
                      <w:divBdr>
                        <w:top w:val="none" w:sz="0" w:space="0" w:color="auto"/>
                        <w:left w:val="none" w:sz="0" w:space="0" w:color="auto"/>
                        <w:bottom w:val="none" w:sz="0" w:space="0" w:color="auto"/>
                        <w:right w:val="none" w:sz="0" w:space="0" w:color="auto"/>
                      </w:divBdr>
                    </w:div>
                  </w:divsChild>
                </w:div>
                <w:div w:id="1505127072">
                  <w:marLeft w:val="0"/>
                  <w:marRight w:val="0"/>
                  <w:marTop w:val="0"/>
                  <w:marBottom w:val="0"/>
                  <w:divBdr>
                    <w:top w:val="none" w:sz="0" w:space="0" w:color="auto"/>
                    <w:left w:val="none" w:sz="0" w:space="0" w:color="auto"/>
                    <w:bottom w:val="none" w:sz="0" w:space="0" w:color="auto"/>
                    <w:right w:val="none" w:sz="0" w:space="0" w:color="auto"/>
                  </w:divBdr>
                  <w:divsChild>
                    <w:div w:id="961576351">
                      <w:marLeft w:val="0"/>
                      <w:marRight w:val="0"/>
                      <w:marTop w:val="0"/>
                      <w:marBottom w:val="0"/>
                      <w:divBdr>
                        <w:top w:val="none" w:sz="0" w:space="0" w:color="auto"/>
                        <w:left w:val="none" w:sz="0" w:space="0" w:color="auto"/>
                        <w:bottom w:val="none" w:sz="0" w:space="0" w:color="auto"/>
                        <w:right w:val="none" w:sz="0" w:space="0" w:color="auto"/>
                      </w:divBdr>
                    </w:div>
                  </w:divsChild>
                </w:div>
                <w:div w:id="1315916133">
                  <w:marLeft w:val="0"/>
                  <w:marRight w:val="0"/>
                  <w:marTop w:val="0"/>
                  <w:marBottom w:val="0"/>
                  <w:divBdr>
                    <w:top w:val="none" w:sz="0" w:space="0" w:color="auto"/>
                    <w:left w:val="none" w:sz="0" w:space="0" w:color="auto"/>
                    <w:bottom w:val="none" w:sz="0" w:space="0" w:color="auto"/>
                    <w:right w:val="none" w:sz="0" w:space="0" w:color="auto"/>
                  </w:divBdr>
                  <w:divsChild>
                    <w:div w:id="578056856">
                      <w:marLeft w:val="0"/>
                      <w:marRight w:val="0"/>
                      <w:marTop w:val="0"/>
                      <w:marBottom w:val="0"/>
                      <w:divBdr>
                        <w:top w:val="none" w:sz="0" w:space="0" w:color="auto"/>
                        <w:left w:val="none" w:sz="0" w:space="0" w:color="auto"/>
                        <w:bottom w:val="none" w:sz="0" w:space="0" w:color="auto"/>
                        <w:right w:val="none" w:sz="0" w:space="0" w:color="auto"/>
                      </w:divBdr>
                    </w:div>
                  </w:divsChild>
                </w:div>
                <w:div w:id="1969775362">
                  <w:marLeft w:val="0"/>
                  <w:marRight w:val="0"/>
                  <w:marTop w:val="0"/>
                  <w:marBottom w:val="0"/>
                  <w:divBdr>
                    <w:top w:val="none" w:sz="0" w:space="0" w:color="auto"/>
                    <w:left w:val="none" w:sz="0" w:space="0" w:color="auto"/>
                    <w:bottom w:val="none" w:sz="0" w:space="0" w:color="auto"/>
                    <w:right w:val="none" w:sz="0" w:space="0" w:color="auto"/>
                  </w:divBdr>
                  <w:divsChild>
                    <w:div w:id="1348865872">
                      <w:marLeft w:val="0"/>
                      <w:marRight w:val="0"/>
                      <w:marTop w:val="0"/>
                      <w:marBottom w:val="0"/>
                      <w:divBdr>
                        <w:top w:val="none" w:sz="0" w:space="0" w:color="auto"/>
                        <w:left w:val="none" w:sz="0" w:space="0" w:color="auto"/>
                        <w:bottom w:val="none" w:sz="0" w:space="0" w:color="auto"/>
                        <w:right w:val="none" w:sz="0" w:space="0" w:color="auto"/>
                      </w:divBdr>
                    </w:div>
                  </w:divsChild>
                </w:div>
                <w:div w:id="1066803682">
                  <w:marLeft w:val="0"/>
                  <w:marRight w:val="0"/>
                  <w:marTop w:val="0"/>
                  <w:marBottom w:val="0"/>
                  <w:divBdr>
                    <w:top w:val="none" w:sz="0" w:space="0" w:color="auto"/>
                    <w:left w:val="none" w:sz="0" w:space="0" w:color="auto"/>
                    <w:bottom w:val="none" w:sz="0" w:space="0" w:color="auto"/>
                    <w:right w:val="none" w:sz="0" w:space="0" w:color="auto"/>
                  </w:divBdr>
                  <w:divsChild>
                    <w:div w:id="1996369531">
                      <w:marLeft w:val="0"/>
                      <w:marRight w:val="0"/>
                      <w:marTop w:val="0"/>
                      <w:marBottom w:val="0"/>
                      <w:divBdr>
                        <w:top w:val="none" w:sz="0" w:space="0" w:color="auto"/>
                        <w:left w:val="none" w:sz="0" w:space="0" w:color="auto"/>
                        <w:bottom w:val="none" w:sz="0" w:space="0" w:color="auto"/>
                        <w:right w:val="none" w:sz="0" w:space="0" w:color="auto"/>
                      </w:divBdr>
                    </w:div>
                  </w:divsChild>
                </w:div>
                <w:div w:id="30616940">
                  <w:marLeft w:val="0"/>
                  <w:marRight w:val="0"/>
                  <w:marTop w:val="0"/>
                  <w:marBottom w:val="0"/>
                  <w:divBdr>
                    <w:top w:val="none" w:sz="0" w:space="0" w:color="auto"/>
                    <w:left w:val="none" w:sz="0" w:space="0" w:color="auto"/>
                    <w:bottom w:val="none" w:sz="0" w:space="0" w:color="auto"/>
                    <w:right w:val="none" w:sz="0" w:space="0" w:color="auto"/>
                  </w:divBdr>
                  <w:divsChild>
                    <w:div w:id="1558008347">
                      <w:marLeft w:val="0"/>
                      <w:marRight w:val="0"/>
                      <w:marTop w:val="0"/>
                      <w:marBottom w:val="0"/>
                      <w:divBdr>
                        <w:top w:val="none" w:sz="0" w:space="0" w:color="auto"/>
                        <w:left w:val="none" w:sz="0" w:space="0" w:color="auto"/>
                        <w:bottom w:val="none" w:sz="0" w:space="0" w:color="auto"/>
                        <w:right w:val="none" w:sz="0" w:space="0" w:color="auto"/>
                      </w:divBdr>
                    </w:div>
                  </w:divsChild>
                </w:div>
                <w:div w:id="1925216260">
                  <w:marLeft w:val="0"/>
                  <w:marRight w:val="0"/>
                  <w:marTop w:val="0"/>
                  <w:marBottom w:val="0"/>
                  <w:divBdr>
                    <w:top w:val="none" w:sz="0" w:space="0" w:color="auto"/>
                    <w:left w:val="none" w:sz="0" w:space="0" w:color="auto"/>
                    <w:bottom w:val="none" w:sz="0" w:space="0" w:color="auto"/>
                    <w:right w:val="none" w:sz="0" w:space="0" w:color="auto"/>
                  </w:divBdr>
                  <w:divsChild>
                    <w:div w:id="651837911">
                      <w:marLeft w:val="0"/>
                      <w:marRight w:val="0"/>
                      <w:marTop w:val="0"/>
                      <w:marBottom w:val="0"/>
                      <w:divBdr>
                        <w:top w:val="none" w:sz="0" w:space="0" w:color="auto"/>
                        <w:left w:val="none" w:sz="0" w:space="0" w:color="auto"/>
                        <w:bottom w:val="none" w:sz="0" w:space="0" w:color="auto"/>
                        <w:right w:val="none" w:sz="0" w:space="0" w:color="auto"/>
                      </w:divBdr>
                    </w:div>
                  </w:divsChild>
                </w:div>
                <w:div w:id="46270315">
                  <w:marLeft w:val="0"/>
                  <w:marRight w:val="0"/>
                  <w:marTop w:val="0"/>
                  <w:marBottom w:val="0"/>
                  <w:divBdr>
                    <w:top w:val="none" w:sz="0" w:space="0" w:color="auto"/>
                    <w:left w:val="none" w:sz="0" w:space="0" w:color="auto"/>
                    <w:bottom w:val="none" w:sz="0" w:space="0" w:color="auto"/>
                    <w:right w:val="none" w:sz="0" w:space="0" w:color="auto"/>
                  </w:divBdr>
                  <w:divsChild>
                    <w:div w:id="1697077331">
                      <w:marLeft w:val="0"/>
                      <w:marRight w:val="0"/>
                      <w:marTop w:val="0"/>
                      <w:marBottom w:val="0"/>
                      <w:divBdr>
                        <w:top w:val="none" w:sz="0" w:space="0" w:color="auto"/>
                        <w:left w:val="none" w:sz="0" w:space="0" w:color="auto"/>
                        <w:bottom w:val="none" w:sz="0" w:space="0" w:color="auto"/>
                        <w:right w:val="none" w:sz="0" w:space="0" w:color="auto"/>
                      </w:divBdr>
                    </w:div>
                  </w:divsChild>
                </w:div>
                <w:div w:id="29884432">
                  <w:marLeft w:val="0"/>
                  <w:marRight w:val="0"/>
                  <w:marTop w:val="0"/>
                  <w:marBottom w:val="0"/>
                  <w:divBdr>
                    <w:top w:val="none" w:sz="0" w:space="0" w:color="auto"/>
                    <w:left w:val="none" w:sz="0" w:space="0" w:color="auto"/>
                    <w:bottom w:val="none" w:sz="0" w:space="0" w:color="auto"/>
                    <w:right w:val="none" w:sz="0" w:space="0" w:color="auto"/>
                  </w:divBdr>
                  <w:divsChild>
                    <w:div w:id="669140690">
                      <w:marLeft w:val="0"/>
                      <w:marRight w:val="0"/>
                      <w:marTop w:val="0"/>
                      <w:marBottom w:val="0"/>
                      <w:divBdr>
                        <w:top w:val="none" w:sz="0" w:space="0" w:color="auto"/>
                        <w:left w:val="none" w:sz="0" w:space="0" w:color="auto"/>
                        <w:bottom w:val="none" w:sz="0" w:space="0" w:color="auto"/>
                        <w:right w:val="none" w:sz="0" w:space="0" w:color="auto"/>
                      </w:divBdr>
                    </w:div>
                  </w:divsChild>
                </w:div>
                <w:div w:id="2118597530">
                  <w:marLeft w:val="0"/>
                  <w:marRight w:val="0"/>
                  <w:marTop w:val="0"/>
                  <w:marBottom w:val="0"/>
                  <w:divBdr>
                    <w:top w:val="none" w:sz="0" w:space="0" w:color="auto"/>
                    <w:left w:val="none" w:sz="0" w:space="0" w:color="auto"/>
                    <w:bottom w:val="none" w:sz="0" w:space="0" w:color="auto"/>
                    <w:right w:val="none" w:sz="0" w:space="0" w:color="auto"/>
                  </w:divBdr>
                  <w:divsChild>
                    <w:div w:id="1725526477">
                      <w:marLeft w:val="0"/>
                      <w:marRight w:val="0"/>
                      <w:marTop w:val="0"/>
                      <w:marBottom w:val="0"/>
                      <w:divBdr>
                        <w:top w:val="none" w:sz="0" w:space="0" w:color="auto"/>
                        <w:left w:val="none" w:sz="0" w:space="0" w:color="auto"/>
                        <w:bottom w:val="none" w:sz="0" w:space="0" w:color="auto"/>
                        <w:right w:val="none" w:sz="0" w:space="0" w:color="auto"/>
                      </w:divBdr>
                    </w:div>
                  </w:divsChild>
                </w:div>
                <w:div w:id="289746940">
                  <w:marLeft w:val="0"/>
                  <w:marRight w:val="0"/>
                  <w:marTop w:val="0"/>
                  <w:marBottom w:val="0"/>
                  <w:divBdr>
                    <w:top w:val="none" w:sz="0" w:space="0" w:color="auto"/>
                    <w:left w:val="none" w:sz="0" w:space="0" w:color="auto"/>
                    <w:bottom w:val="none" w:sz="0" w:space="0" w:color="auto"/>
                    <w:right w:val="none" w:sz="0" w:space="0" w:color="auto"/>
                  </w:divBdr>
                  <w:divsChild>
                    <w:div w:id="740372080">
                      <w:marLeft w:val="0"/>
                      <w:marRight w:val="0"/>
                      <w:marTop w:val="0"/>
                      <w:marBottom w:val="0"/>
                      <w:divBdr>
                        <w:top w:val="none" w:sz="0" w:space="0" w:color="auto"/>
                        <w:left w:val="none" w:sz="0" w:space="0" w:color="auto"/>
                        <w:bottom w:val="none" w:sz="0" w:space="0" w:color="auto"/>
                        <w:right w:val="none" w:sz="0" w:space="0" w:color="auto"/>
                      </w:divBdr>
                    </w:div>
                  </w:divsChild>
                </w:div>
                <w:div w:id="1977371568">
                  <w:marLeft w:val="0"/>
                  <w:marRight w:val="0"/>
                  <w:marTop w:val="0"/>
                  <w:marBottom w:val="0"/>
                  <w:divBdr>
                    <w:top w:val="none" w:sz="0" w:space="0" w:color="auto"/>
                    <w:left w:val="none" w:sz="0" w:space="0" w:color="auto"/>
                    <w:bottom w:val="none" w:sz="0" w:space="0" w:color="auto"/>
                    <w:right w:val="none" w:sz="0" w:space="0" w:color="auto"/>
                  </w:divBdr>
                  <w:divsChild>
                    <w:div w:id="1945575579">
                      <w:marLeft w:val="0"/>
                      <w:marRight w:val="0"/>
                      <w:marTop w:val="0"/>
                      <w:marBottom w:val="0"/>
                      <w:divBdr>
                        <w:top w:val="none" w:sz="0" w:space="0" w:color="auto"/>
                        <w:left w:val="none" w:sz="0" w:space="0" w:color="auto"/>
                        <w:bottom w:val="none" w:sz="0" w:space="0" w:color="auto"/>
                        <w:right w:val="none" w:sz="0" w:space="0" w:color="auto"/>
                      </w:divBdr>
                    </w:div>
                  </w:divsChild>
                </w:div>
                <w:div w:id="1384674223">
                  <w:marLeft w:val="0"/>
                  <w:marRight w:val="0"/>
                  <w:marTop w:val="0"/>
                  <w:marBottom w:val="0"/>
                  <w:divBdr>
                    <w:top w:val="none" w:sz="0" w:space="0" w:color="auto"/>
                    <w:left w:val="none" w:sz="0" w:space="0" w:color="auto"/>
                    <w:bottom w:val="none" w:sz="0" w:space="0" w:color="auto"/>
                    <w:right w:val="none" w:sz="0" w:space="0" w:color="auto"/>
                  </w:divBdr>
                  <w:divsChild>
                    <w:div w:id="766190680">
                      <w:marLeft w:val="0"/>
                      <w:marRight w:val="0"/>
                      <w:marTop w:val="0"/>
                      <w:marBottom w:val="0"/>
                      <w:divBdr>
                        <w:top w:val="none" w:sz="0" w:space="0" w:color="auto"/>
                        <w:left w:val="none" w:sz="0" w:space="0" w:color="auto"/>
                        <w:bottom w:val="none" w:sz="0" w:space="0" w:color="auto"/>
                        <w:right w:val="none" w:sz="0" w:space="0" w:color="auto"/>
                      </w:divBdr>
                    </w:div>
                  </w:divsChild>
                </w:div>
                <w:div w:id="1106853346">
                  <w:marLeft w:val="0"/>
                  <w:marRight w:val="0"/>
                  <w:marTop w:val="0"/>
                  <w:marBottom w:val="0"/>
                  <w:divBdr>
                    <w:top w:val="none" w:sz="0" w:space="0" w:color="auto"/>
                    <w:left w:val="none" w:sz="0" w:space="0" w:color="auto"/>
                    <w:bottom w:val="none" w:sz="0" w:space="0" w:color="auto"/>
                    <w:right w:val="none" w:sz="0" w:space="0" w:color="auto"/>
                  </w:divBdr>
                  <w:divsChild>
                    <w:div w:id="679086960">
                      <w:marLeft w:val="0"/>
                      <w:marRight w:val="0"/>
                      <w:marTop w:val="0"/>
                      <w:marBottom w:val="0"/>
                      <w:divBdr>
                        <w:top w:val="none" w:sz="0" w:space="0" w:color="auto"/>
                        <w:left w:val="none" w:sz="0" w:space="0" w:color="auto"/>
                        <w:bottom w:val="none" w:sz="0" w:space="0" w:color="auto"/>
                        <w:right w:val="none" w:sz="0" w:space="0" w:color="auto"/>
                      </w:divBdr>
                    </w:div>
                  </w:divsChild>
                </w:div>
                <w:div w:id="944732964">
                  <w:marLeft w:val="0"/>
                  <w:marRight w:val="0"/>
                  <w:marTop w:val="0"/>
                  <w:marBottom w:val="0"/>
                  <w:divBdr>
                    <w:top w:val="none" w:sz="0" w:space="0" w:color="auto"/>
                    <w:left w:val="none" w:sz="0" w:space="0" w:color="auto"/>
                    <w:bottom w:val="none" w:sz="0" w:space="0" w:color="auto"/>
                    <w:right w:val="none" w:sz="0" w:space="0" w:color="auto"/>
                  </w:divBdr>
                  <w:divsChild>
                    <w:div w:id="241717368">
                      <w:marLeft w:val="0"/>
                      <w:marRight w:val="0"/>
                      <w:marTop w:val="0"/>
                      <w:marBottom w:val="0"/>
                      <w:divBdr>
                        <w:top w:val="none" w:sz="0" w:space="0" w:color="auto"/>
                        <w:left w:val="none" w:sz="0" w:space="0" w:color="auto"/>
                        <w:bottom w:val="none" w:sz="0" w:space="0" w:color="auto"/>
                        <w:right w:val="none" w:sz="0" w:space="0" w:color="auto"/>
                      </w:divBdr>
                    </w:div>
                  </w:divsChild>
                </w:div>
                <w:div w:id="1608464116">
                  <w:marLeft w:val="0"/>
                  <w:marRight w:val="0"/>
                  <w:marTop w:val="0"/>
                  <w:marBottom w:val="0"/>
                  <w:divBdr>
                    <w:top w:val="none" w:sz="0" w:space="0" w:color="auto"/>
                    <w:left w:val="none" w:sz="0" w:space="0" w:color="auto"/>
                    <w:bottom w:val="none" w:sz="0" w:space="0" w:color="auto"/>
                    <w:right w:val="none" w:sz="0" w:space="0" w:color="auto"/>
                  </w:divBdr>
                  <w:divsChild>
                    <w:div w:id="1154183328">
                      <w:marLeft w:val="0"/>
                      <w:marRight w:val="0"/>
                      <w:marTop w:val="0"/>
                      <w:marBottom w:val="0"/>
                      <w:divBdr>
                        <w:top w:val="none" w:sz="0" w:space="0" w:color="auto"/>
                        <w:left w:val="none" w:sz="0" w:space="0" w:color="auto"/>
                        <w:bottom w:val="none" w:sz="0" w:space="0" w:color="auto"/>
                        <w:right w:val="none" w:sz="0" w:space="0" w:color="auto"/>
                      </w:divBdr>
                    </w:div>
                  </w:divsChild>
                </w:div>
                <w:div w:id="30494048">
                  <w:marLeft w:val="0"/>
                  <w:marRight w:val="0"/>
                  <w:marTop w:val="0"/>
                  <w:marBottom w:val="0"/>
                  <w:divBdr>
                    <w:top w:val="none" w:sz="0" w:space="0" w:color="auto"/>
                    <w:left w:val="none" w:sz="0" w:space="0" w:color="auto"/>
                    <w:bottom w:val="none" w:sz="0" w:space="0" w:color="auto"/>
                    <w:right w:val="none" w:sz="0" w:space="0" w:color="auto"/>
                  </w:divBdr>
                  <w:divsChild>
                    <w:div w:id="1057314018">
                      <w:marLeft w:val="0"/>
                      <w:marRight w:val="0"/>
                      <w:marTop w:val="0"/>
                      <w:marBottom w:val="0"/>
                      <w:divBdr>
                        <w:top w:val="none" w:sz="0" w:space="0" w:color="auto"/>
                        <w:left w:val="none" w:sz="0" w:space="0" w:color="auto"/>
                        <w:bottom w:val="none" w:sz="0" w:space="0" w:color="auto"/>
                        <w:right w:val="none" w:sz="0" w:space="0" w:color="auto"/>
                      </w:divBdr>
                    </w:div>
                  </w:divsChild>
                </w:div>
                <w:div w:id="417557316">
                  <w:marLeft w:val="0"/>
                  <w:marRight w:val="0"/>
                  <w:marTop w:val="0"/>
                  <w:marBottom w:val="0"/>
                  <w:divBdr>
                    <w:top w:val="none" w:sz="0" w:space="0" w:color="auto"/>
                    <w:left w:val="none" w:sz="0" w:space="0" w:color="auto"/>
                    <w:bottom w:val="none" w:sz="0" w:space="0" w:color="auto"/>
                    <w:right w:val="none" w:sz="0" w:space="0" w:color="auto"/>
                  </w:divBdr>
                  <w:divsChild>
                    <w:div w:id="167327201">
                      <w:marLeft w:val="0"/>
                      <w:marRight w:val="0"/>
                      <w:marTop w:val="0"/>
                      <w:marBottom w:val="0"/>
                      <w:divBdr>
                        <w:top w:val="none" w:sz="0" w:space="0" w:color="auto"/>
                        <w:left w:val="none" w:sz="0" w:space="0" w:color="auto"/>
                        <w:bottom w:val="none" w:sz="0" w:space="0" w:color="auto"/>
                        <w:right w:val="none" w:sz="0" w:space="0" w:color="auto"/>
                      </w:divBdr>
                    </w:div>
                  </w:divsChild>
                </w:div>
                <w:div w:id="461071724">
                  <w:marLeft w:val="0"/>
                  <w:marRight w:val="0"/>
                  <w:marTop w:val="0"/>
                  <w:marBottom w:val="0"/>
                  <w:divBdr>
                    <w:top w:val="none" w:sz="0" w:space="0" w:color="auto"/>
                    <w:left w:val="none" w:sz="0" w:space="0" w:color="auto"/>
                    <w:bottom w:val="none" w:sz="0" w:space="0" w:color="auto"/>
                    <w:right w:val="none" w:sz="0" w:space="0" w:color="auto"/>
                  </w:divBdr>
                  <w:divsChild>
                    <w:div w:id="1232346618">
                      <w:marLeft w:val="0"/>
                      <w:marRight w:val="0"/>
                      <w:marTop w:val="0"/>
                      <w:marBottom w:val="0"/>
                      <w:divBdr>
                        <w:top w:val="none" w:sz="0" w:space="0" w:color="auto"/>
                        <w:left w:val="none" w:sz="0" w:space="0" w:color="auto"/>
                        <w:bottom w:val="none" w:sz="0" w:space="0" w:color="auto"/>
                        <w:right w:val="none" w:sz="0" w:space="0" w:color="auto"/>
                      </w:divBdr>
                    </w:div>
                  </w:divsChild>
                </w:div>
                <w:div w:id="39399125">
                  <w:marLeft w:val="0"/>
                  <w:marRight w:val="0"/>
                  <w:marTop w:val="0"/>
                  <w:marBottom w:val="0"/>
                  <w:divBdr>
                    <w:top w:val="none" w:sz="0" w:space="0" w:color="auto"/>
                    <w:left w:val="none" w:sz="0" w:space="0" w:color="auto"/>
                    <w:bottom w:val="none" w:sz="0" w:space="0" w:color="auto"/>
                    <w:right w:val="none" w:sz="0" w:space="0" w:color="auto"/>
                  </w:divBdr>
                  <w:divsChild>
                    <w:div w:id="24990255">
                      <w:marLeft w:val="0"/>
                      <w:marRight w:val="0"/>
                      <w:marTop w:val="0"/>
                      <w:marBottom w:val="0"/>
                      <w:divBdr>
                        <w:top w:val="none" w:sz="0" w:space="0" w:color="auto"/>
                        <w:left w:val="none" w:sz="0" w:space="0" w:color="auto"/>
                        <w:bottom w:val="none" w:sz="0" w:space="0" w:color="auto"/>
                        <w:right w:val="none" w:sz="0" w:space="0" w:color="auto"/>
                      </w:divBdr>
                    </w:div>
                  </w:divsChild>
                </w:div>
                <w:div w:id="1807503565">
                  <w:marLeft w:val="0"/>
                  <w:marRight w:val="0"/>
                  <w:marTop w:val="0"/>
                  <w:marBottom w:val="0"/>
                  <w:divBdr>
                    <w:top w:val="none" w:sz="0" w:space="0" w:color="auto"/>
                    <w:left w:val="none" w:sz="0" w:space="0" w:color="auto"/>
                    <w:bottom w:val="none" w:sz="0" w:space="0" w:color="auto"/>
                    <w:right w:val="none" w:sz="0" w:space="0" w:color="auto"/>
                  </w:divBdr>
                  <w:divsChild>
                    <w:div w:id="762383774">
                      <w:marLeft w:val="0"/>
                      <w:marRight w:val="0"/>
                      <w:marTop w:val="0"/>
                      <w:marBottom w:val="0"/>
                      <w:divBdr>
                        <w:top w:val="none" w:sz="0" w:space="0" w:color="auto"/>
                        <w:left w:val="none" w:sz="0" w:space="0" w:color="auto"/>
                        <w:bottom w:val="none" w:sz="0" w:space="0" w:color="auto"/>
                        <w:right w:val="none" w:sz="0" w:space="0" w:color="auto"/>
                      </w:divBdr>
                    </w:div>
                  </w:divsChild>
                </w:div>
                <w:div w:id="140541624">
                  <w:marLeft w:val="0"/>
                  <w:marRight w:val="0"/>
                  <w:marTop w:val="0"/>
                  <w:marBottom w:val="0"/>
                  <w:divBdr>
                    <w:top w:val="none" w:sz="0" w:space="0" w:color="auto"/>
                    <w:left w:val="none" w:sz="0" w:space="0" w:color="auto"/>
                    <w:bottom w:val="none" w:sz="0" w:space="0" w:color="auto"/>
                    <w:right w:val="none" w:sz="0" w:space="0" w:color="auto"/>
                  </w:divBdr>
                  <w:divsChild>
                    <w:div w:id="1917939376">
                      <w:marLeft w:val="0"/>
                      <w:marRight w:val="0"/>
                      <w:marTop w:val="0"/>
                      <w:marBottom w:val="0"/>
                      <w:divBdr>
                        <w:top w:val="none" w:sz="0" w:space="0" w:color="auto"/>
                        <w:left w:val="none" w:sz="0" w:space="0" w:color="auto"/>
                        <w:bottom w:val="none" w:sz="0" w:space="0" w:color="auto"/>
                        <w:right w:val="none" w:sz="0" w:space="0" w:color="auto"/>
                      </w:divBdr>
                    </w:div>
                  </w:divsChild>
                </w:div>
                <w:div w:id="944464783">
                  <w:marLeft w:val="0"/>
                  <w:marRight w:val="0"/>
                  <w:marTop w:val="0"/>
                  <w:marBottom w:val="0"/>
                  <w:divBdr>
                    <w:top w:val="none" w:sz="0" w:space="0" w:color="auto"/>
                    <w:left w:val="none" w:sz="0" w:space="0" w:color="auto"/>
                    <w:bottom w:val="none" w:sz="0" w:space="0" w:color="auto"/>
                    <w:right w:val="none" w:sz="0" w:space="0" w:color="auto"/>
                  </w:divBdr>
                  <w:divsChild>
                    <w:div w:id="417095771">
                      <w:marLeft w:val="0"/>
                      <w:marRight w:val="0"/>
                      <w:marTop w:val="0"/>
                      <w:marBottom w:val="0"/>
                      <w:divBdr>
                        <w:top w:val="none" w:sz="0" w:space="0" w:color="auto"/>
                        <w:left w:val="none" w:sz="0" w:space="0" w:color="auto"/>
                        <w:bottom w:val="none" w:sz="0" w:space="0" w:color="auto"/>
                        <w:right w:val="none" w:sz="0" w:space="0" w:color="auto"/>
                      </w:divBdr>
                    </w:div>
                  </w:divsChild>
                </w:div>
                <w:div w:id="655308064">
                  <w:marLeft w:val="0"/>
                  <w:marRight w:val="0"/>
                  <w:marTop w:val="0"/>
                  <w:marBottom w:val="0"/>
                  <w:divBdr>
                    <w:top w:val="none" w:sz="0" w:space="0" w:color="auto"/>
                    <w:left w:val="none" w:sz="0" w:space="0" w:color="auto"/>
                    <w:bottom w:val="none" w:sz="0" w:space="0" w:color="auto"/>
                    <w:right w:val="none" w:sz="0" w:space="0" w:color="auto"/>
                  </w:divBdr>
                  <w:divsChild>
                    <w:div w:id="376399416">
                      <w:marLeft w:val="0"/>
                      <w:marRight w:val="0"/>
                      <w:marTop w:val="0"/>
                      <w:marBottom w:val="0"/>
                      <w:divBdr>
                        <w:top w:val="none" w:sz="0" w:space="0" w:color="auto"/>
                        <w:left w:val="none" w:sz="0" w:space="0" w:color="auto"/>
                        <w:bottom w:val="none" w:sz="0" w:space="0" w:color="auto"/>
                        <w:right w:val="none" w:sz="0" w:space="0" w:color="auto"/>
                      </w:divBdr>
                    </w:div>
                  </w:divsChild>
                </w:div>
                <w:div w:id="315189551">
                  <w:marLeft w:val="0"/>
                  <w:marRight w:val="0"/>
                  <w:marTop w:val="0"/>
                  <w:marBottom w:val="0"/>
                  <w:divBdr>
                    <w:top w:val="none" w:sz="0" w:space="0" w:color="auto"/>
                    <w:left w:val="none" w:sz="0" w:space="0" w:color="auto"/>
                    <w:bottom w:val="none" w:sz="0" w:space="0" w:color="auto"/>
                    <w:right w:val="none" w:sz="0" w:space="0" w:color="auto"/>
                  </w:divBdr>
                  <w:divsChild>
                    <w:div w:id="540750742">
                      <w:marLeft w:val="0"/>
                      <w:marRight w:val="0"/>
                      <w:marTop w:val="0"/>
                      <w:marBottom w:val="0"/>
                      <w:divBdr>
                        <w:top w:val="none" w:sz="0" w:space="0" w:color="auto"/>
                        <w:left w:val="none" w:sz="0" w:space="0" w:color="auto"/>
                        <w:bottom w:val="none" w:sz="0" w:space="0" w:color="auto"/>
                        <w:right w:val="none" w:sz="0" w:space="0" w:color="auto"/>
                      </w:divBdr>
                    </w:div>
                  </w:divsChild>
                </w:div>
                <w:div w:id="1910773767">
                  <w:marLeft w:val="0"/>
                  <w:marRight w:val="0"/>
                  <w:marTop w:val="0"/>
                  <w:marBottom w:val="0"/>
                  <w:divBdr>
                    <w:top w:val="none" w:sz="0" w:space="0" w:color="auto"/>
                    <w:left w:val="none" w:sz="0" w:space="0" w:color="auto"/>
                    <w:bottom w:val="none" w:sz="0" w:space="0" w:color="auto"/>
                    <w:right w:val="none" w:sz="0" w:space="0" w:color="auto"/>
                  </w:divBdr>
                  <w:divsChild>
                    <w:div w:id="1327518532">
                      <w:marLeft w:val="0"/>
                      <w:marRight w:val="0"/>
                      <w:marTop w:val="0"/>
                      <w:marBottom w:val="0"/>
                      <w:divBdr>
                        <w:top w:val="none" w:sz="0" w:space="0" w:color="auto"/>
                        <w:left w:val="none" w:sz="0" w:space="0" w:color="auto"/>
                        <w:bottom w:val="none" w:sz="0" w:space="0" w:color="auto"/>
                        <w:right w:val="none" w:sz="0" w:space="0" w:color="auto"/>
                      </w:divBdr>
                    </w:div>
                  </w:divsChild>
                </w:div>
                <w:div w:id="1006522683">
                  <w:marLeft w:val="0"/>
                  <w:marRight w:val="0"/>
                  <w:marTop w:val="0"/>
                  <w:marBottom w:val="0"/>
                  <w:divBdr>
                    <w:top w:val="none" w:sz="0" w:space="0" w:color="auto"/>
                    <w:left w:val="none" w:sz="0" w:space="0" w:color="auto"/>
                    <w:bottom w:val="none" w:sz="0" w:space="0" w:color="auto"/>
                    <w:right w:val="none" w:sz="0" w:space="0" w:color="auto"/>
                  </w:divBdr>
                  <w:divsChild>
                    <w:div w:id="1649938922">
                      <w:marLeft w:val="0"/>
                      <w:marRight w:val="0"/>
                      <w:marTop w:val="0"/>
                      <w:marBottom w:val="0"/>
                      <w:divBdr>
                        <w:top w:val="none" w:sz="0" w:space="0" w:color="auto"/>
                        <w:left w:val="none" w:sz="0" w:space="0" w:color="auto"/>
                        <w:bottom w:val="none" w:sz="0" w:space="0" w:color="auto"/>
                        <w:right w:val="none" w:sz="0" w:space="0" w:color="auto"/>
                      </w:divBdr>
                    </w:div>
                  </w:divsChild>
                </w:div>
                <w:div w:id="471868278">
                  <w:marLeft w:val="0"/>
                  <w:marRight w:val="0"/>
                  <w:marTop w:val="0"/>
                  <w:marBottom w:val="0"/>
                  <w:divBdr>
                    <w:top w:val="none" w:sz="0" w:space="0" w:color="auto"/>
                    <w:left w:val="none" w:sz="0" w:space="0" w:color="auto"/>
                    <w:bottom w:val="none" w:sz="0" w:space="0" w:color="auto"/>
                    <w:right w:val="none" w:sz="0" w:space="0" w:color="auto"/>
                  </w:divBdr>
                  <w:divsChild>
                    <w:div w:id="1456295048">
                      <w:marLeft w:val="0"/>
                      <w:marRight w:val="0"/>
                      <w:marTop w:val="0"/>
                      <w:marBottom w:val="0"/>
                      <w:divBdr>
                        <w:top w:val="none" w:sz="0" w:space="0" w:color="auto"/>
                        <w:left w:val="none" w:sz="0" w:space="0" w:color="auto"/>
                        <w:bottom w:val="none" w:sz="0" w:space="0" w:color="auto"/>
                        <w:right w:val="none" w:sz="0" w:space="0" w:color="auto"/>
                      </w:divBdr>
                    </w:div>
                  </w:divsChild>
                </w:div>
                <w:div w:id="1632443096">
                  <w:marLeft w:val="0"/>
                  <w:marRight w:val="0"/>
                  <w:marTop w:val="0"/>
                  <w:marBottom w:val="0"/>
                  <w:divBdr>
                    <w:top w:val="none" w:sz="0" w:space="0" w:color="auto"/>
                    <w:left w:val="none" w:sz="0" w:space="0" w:color="auto"/>
                    <w:bottom w:val="none" w:sz="0" w:space="0" w:color="auto"/>
                    <w:right w:val="none" w:sz="0" w:space="0" w:color="auto"/>
                  </w:divBdr>
                  <w:divsChild>
                    <w:div w:id="110708026">
                      <w:marLeft w:val="0"/>
                      <w:marRight w:val="0"/>
                      <w:marTop w:val="0"/>
                      <w:marBottom w:val="0"/>
                      <w:divBdr>
                        <w:top w:val="none" w:sz="0" w:space="0" w:color="auto"/>
                        <w:left w:val="none" w:sz="0" w:space="0" w:color="auto"/>
                        <w:bottom w:val="none" w:sz="0" w:space="0" w:color="auto"/>
                        <w:right w:val="none" w:sz="0" w:space="0" w:color="auto"/>
                      </w:divBdr>
                    </w:div>
                  </w:divsChild>
                </w:div>
                <w:div w:id="589895653">
                  <w:marLeft w:val="0"/>
                  <w:marRight w:val="0"/>
                  <w:marTop w:val="0"/>
                  <w:marBottom w:val="0"/>
                  <w:divBdr>
                    <w:top w:val="none" w:sz="0" w:space="0" w:color="auto"/>
                    <w:left w:val="none" w:sz="0" w:space="0" w:color="auto"/>
                    <w:bottom w:val="none" w:sz="0" w:space="0" w:color="auto"/>
                    <w:right w:val="none" w:sz="0" w:space="0" w:color="auto"/>
                  </w:divBdr>
                  <w:divsChild>
                    <w:div w:id="1637485783">
                      <w:marLeft w:val="0"/>
                      <w:marRight w:val="0"/>
                      <w:marTop w:val="0"/>
                      <w:marBottom w:val="0"/>
                      <w:divBdr>
                        <w:top w:val="none" w:sz="0" w:space="0" w:color="auto"/>
                        <w:left w:val="none" w:sz="0" w:space="0" w:color="auto"/>
                        <w:bottom w:val="none" w:sz="0" w:space="0" w:color="auto"/>
                        <w:right w:val="none" w:sz="0" w:space="0" w:color="auto"/>
                      </w:divBdr>
                    </w:div>
                  </w:divsChild>
                </w:div>
                <w:div w:id="543713958">
                  <w:marLeft w:val="0"/>
                  <w:marRight w:val="0"/>
                  <w:marTop w:val="0"/>
                  <w:marBottom w:val="0"/>
                  <w:divBdr>
                    <w:top w:val="none" w:sz="0" w:space="0" w:color="auto"/>
                    <w:left w:val="none" w:sz="0" w:space="0" w:color="auto"/>
                    <w:bottom w:val="none" w:sz="0" w:space="0" w:color="auto"/>
                    <w:right w:val="none" w:sz="0" w:space="0" w:color="auto"/>
                  </w:divBdr>
                  <w:divsChild>
                    <w:div w:id="977762597">
                      <w:marLeft w:val="0"/>
                      <w:marRight w:val="0"/>
                      <w:marTop w:val="0"/>
                      <w:marBottom w:val="0"/>
                      <w:divBdr>
                        <w:top w:val="none" w:sz="0" w:space="0" w:color="auto"/>
                        <w:left w:val="none" w:sz="0" w:space="0" w:color="auto"/>
                        <w:bottom w:val="none" w:sz="0" w:space="0" w:color="auto"/>
                        <w:right w:val="none" w:sz="0" w:space="0" w:color="auto"/>
                      </w:divBdr>
                    </w:div>
                  </w:divsChild>
                </w:div>
                <w:div w:id="499734039">
                  <w:marLeft w:val="0"/>
                  <w:marRight w:val="0"/>
                  <w:marTop w:val="0"/>
                  <w:marBottom w:val="0"/>
                  <w:divBdr>
                    <w:top w:val="none" w:sz="0" w:space="0" w:color="auto"/>
                    <w:left w:val="none" w:sz="0" w:space="0" w:color="auto"/>
                    <w:bottom w:val="none" w:sz="0" w:space="0" w:color="auto"/>
                    <w:right w:val="none" w:sz="0" w:space="0" w:color="auto"/>
                  </w:divBdr>
                  <w:divsChild>
                    <w:div w:id="373653257">
                      <w:marLeft w:val="0"/>
                      <w:marRight w:val="0"/>
                      <w:marTop w:val="0"/>
                      <w:marBottom w:val="0"/>
                      <w:divBdr>
                        <w:top w:val="none" w:sz="0" w:space="0" w:color="auto"/>
                        <w:left w:val="none" w:sz="0" w:space="0" w:color="auto"/>
                        <w:bottom w:val="none" w:sz="0" w:space="0" w:color="auto"/>
                        <w:right w:val="none" w:sz="0" w:space="0" w:color="auto"/>
                      </w:divBdr>
                    </w:div>
                  </w:divsChild>
                </w:div>
                <w:div w:id="564803188">
                  <w:marLeft w:val="0"/>
                  <w:marRight w:val="0"/>
                  <w:marTop w:val="0"/>
                  <w:marBottom w:val="0"/>
                  <w:divBdr>
                    <w:top w:val="none" w:sz="0" w:space="0" w:color="auto"/>
                    <w:left w:val="none" w:sz="0" w:space="0" w:color="auto"/>
                    <w:bottom w:val="none" w:sz="0" w:space="0" w:color="auto"/>
                    <w:right w:val="none" w:sz="0" w:space="0" w:color="auto"/>
                  </w:divBdr>
                  <w:divsChild>
                    <w:div w:id="1657566407">
                      <w:marLeft w:val="0"/>
                      <w:marRight w:val="0"/>
                      <w:marTop w:val="0"/>
                      <w:marBottom w:val="0"/>
                      <w:divBdr>
                        <w:top w:val="none" w:sz="0" w:space="0" w:color="auto"/>
                        <w:left w:val="none" w:sz="0" w:space="0" w:color="auto"/>
                        <w:bottom w:val="none" w:sz="0" w:space="0" w:color="auto"/>
                        <w:right w:val="none" w:sz="0" w:space="0" w:color="auto"/>
                      </w:divBdr>
                    </w:div>
                  </w:divsChild>
                </w:div>
                <w:div w:id="1143229803">
                  <w:marLeft w:val="0"/>
                  <w:marRight w:val="0"/>
                  <w:marTop w:val="0"/>
                  <w:marBottom w:val="0"/>
                  <w:divBdr>
                    <w:top w:val="none" w:sz="0" w:space="0" w:color="auto"/>
                    <w:left w:val="none" w:sz="0" w:space="0" w:color="auto"/>
                    <w:bottom w:val="none" w:sz="0" w:space="0" w:color="auto"/>
                    <w:right w:val="none" w:sz="0" w:space="0" w:color="auto"/>
                  </w:divBdr>
                  <w:divsChild>
                    <w:div w:id="218594044">
                      <w:marLeft w:val="0"/>
                      <w:marRight w:val="0"/>
                      <w:marTop w:val="0"/>
                      <w:marBottom w:val="0"/>
                      <w:divBdr>
                        <w:top w:val="none" w:sz="0" w:space="0" w:color="auto"/>
                        <w:left w:val="none" w:sz="0" w:space="0" w:color="auto"/>
                        <w:bottom w:val="none" w:sz="0" w:space="0" w:color="auto"/>
                        <w:right w:val="none" w:sz="0" w:space="0" w:color="auto"/>
                      </w:divBdr>
                    </w:div>
                  </w:divsChild>
                </w:div>
                <w:div w:id="794838059">
                  <w:marLeft w:val="0"/>
                  <w:marRight w:val="0"/>
                  <w:marTop w:val="0"/>
                  <w:marBottom w:val="0"/>
                  <w:divBdr>
                    <w:top w:val="none" w:sz="0" w:space="0" w:color="auto"/>
                    <w:left w:val="none" w:sz="0" w:space="0" w:color="auto"/>
                    <w:bottom w:val="none" w:sz="0" w:space="0" w:color="auto"/>
                    <w:right w:val="none" w:sz="0" w:space="0" w:color="auto"/>
                  </w:divBdr>
                  <w:divsChild>
                    <w:div w:id="289286008">
                      <w:marLeft w:val="0"/>
                      <w:marRight w:val="0"/>
                      <w:marTop w:val="0"/>
                      <w:marBottom w:val="0"/>
                      <w:divBdr>
                        <w:top w:val="none" w:sz="0" w:space="0" w:color="auto"/>
                        <w:left w:val="none" w:sz="0" w:space="0" w:color="auto"/>
                        <w:bottom w:val="none" w:sz="0" w:space="0" w:color="auto"/>
                        <w:right w:val="none" w:sz="0" w:space="0" w:color="auto"/>
                      </w:divBdr>
                    </w:div>
                  </w:divsChild>
                </w:div>
                <w:div w:id="611941074">
                  <w:marLeft w:val="0"/>
                  <w:marRight w:val="0"/>
                  <w:marTop w:val="0"/>
                  <w:marBottom w:val="0"/>
                  <w:divBdr>
                    <w:top w:val="none" w:sz="0" w:space="0" w:color="auto"/>
                    <w:left w:val="none" w:sz="0" w:space="0" w:color="auto"/>
                    <w:bottom w:val="none" w:sz="0" w:space="0" w:color="auto"/>
                    <w:right w:val="none" w:sz="0" w:space="0" w:color="auto"/>
                  </w:divBdr>
                  <w:divsChild>
                    <w:div w:id="867833908">
                      <w:marLeft w:val="0"/>
                      <w:marRight w:val="0"/>
                      <w:marTop w:val="0"/>
                      <w:marBottom w:val="0"/>
                      <w:divBdr>
                        <w:top w:val="none" w:sz="0" w:space="0" w:color="auto"/>
                        <w:left w:val="none" w:sz="0" w:space="0" w:color="auto"/>
                        <w:bottom w:val="none" w:sz="0" w:space="0" w:color="auto"/>
                        <w:right w:val="none" w:sz="0" w:space="0" w:color="auto"/>
                      </w:divBdr>
                    </w:div>
                  </w:divsChild>
                </w:div>
                <w:div w:id="1779057781">
                  <w:marLeft w:val="0"/>
                  <w:marRight w:val="0"/>
                  <w:marTop w:val="0"/>
                  <w:marBottom w:val="0"/>
                  <w:divBdr>
                    <w:top w:val="none" w:sz="0" w:space="0" w:color="auto"/>
                    <w:left w:val="none" w:sz="0" w:space="0" w:color="auto"/>
                    <w:bottom w:val="none" w:sz="0" w:space="0" w:color="auto"/>
                    <w:right w:val="none" w:sz="0" w:space="0" w:color="auto"/>
                  </w:divBdr>
                  <w:divsChild>
                    <w:div w:id="1856191795">
                      <w:marLeft w:val="0"/>
                      <w:marRight w:val="0"/>
                      <w:marTop w:val="0"/>
                      <w:marBottom w:val="0"/>
                      <w:divBdr>
                        <w:top w:val="none" w:sz="0" w:space="0" w:color="auto"/>
                        <w:left w:val="none" w:sz="0" w:space="0" w:color="auto"/>
                        <w:bottom w:val="none" w:sz="0" w:space="0" w:color="auto"/>
                        <w:right w:val="none" w:sz="0" w:space="0" w:color="auto"/>
                      </w:divBdr>
                    </w:div>
                  </w:divsChild>
                </w:div>
                <w:div w:id="1662466843">
                  <w:marLeft w:val="0"/>
                  <w:marRight w:val="0"/>
                  <w:marTop w:val="0"/>
                  <w:marBottom w:val="0"/>
                  <w:divBdr>
                    <w:top w:val="none" w:sz="0" w:space="0" w:color="auto"/>
                    <w:left w:val="none" w:sz="0" w:space="0" w:color="auto"/>
                    <w:bottom w:val="none" w:sz="0" w:space="0" w:color="auto"/>
                    <w:right w:val="none" w:sz="0" w:space="0" w:color="auto"/>
                  </w:divBdr>
                  <w:divsChild>
                    <w:div w:id="1340962914">
                      <w:marLeft w:val="0"/>
                      <w:marRight w:val="0"/>
                      <w:marTop w:val="0"/>
                      <w:marBottom w:val="0"/>
                      <w:divBdr>
                        <w:top w:val="none" w:sz="0" w:space="0" w:color="auto"/>
                        <w:left w:val="none" w:sz="0" w:space="0" w:color="auto"/>
                        <w:bottom w:val="none" w:sz="0" w:space="0" w:color="auto"/>
                        <w:right w:val="none" w:sz="0" w:space="0" w:color="auto"/>
                      </w:divBdr>
                    </w:div>
                  </w:divsChild>
                </w:div>
                <w:div w:id="638657896">
                  <w:marLeft w:val="0"/>
                  <w:marRight w:val="0"/>
                  <w:marTop w:val="0"/>
                  <w:marBottom w:val="0"/>
                  <w:divBdr>
                    <w:top w:val="none" w:sz="0" w:space="0" w:color="auto"/>
                    <w:left w:val="none" w:sz="0" w:space="0" w:color="auto"/>
                    <w:bottom w:val="none" w:sz="0" w:space="0" w:color="auto"/>
                    <w:right w:val="none" w:sz="0" w:space="0" w:color="auto"/>
                  </w:divBdr>
                  <w:divsChild>
                    <w:div w:id="264265308">
                      <w:marLeft w:val="0"/>
                      <w:marRight w:val="0"/>
                      <w:marTop w:val="0"/>
                      <w:marBottom w:val="0"/>
                      <w:divBdr>
                        <w:top w:val="none" w:sz="0" w:space="0" w:color="auto"/>
                        <w:left w:val="none" w:sz="0" w:space="0" w:color="auto"/>
                        <w:bottom w:val="none" w:sz="0" w:space="0" w:color="auto"/>
                        <w:right w:val="none" w:sz="0" w:space="0" w:color="auto"/>
                      </w:divBdr>
                    </w:div>
                  </w:divsChild>
                </w:div>
                <w:div w:id="488138388">
                  <w:marLeft w:val="0"/>
                  <w:marRight w:val="0"/>
                  <w:marTop w:val="0"/>
                  <w:marBottom w:val="0"/>
                  <w:divBdr>
                    <w:top w:val="none" w:sz="0" w:space="0" w:color="auto"/>
                    <w:left w:val="none" w:sz="0" w:space="0" w:color="auto"/>
                    <w:bottom w:val="none" w:sz="0" w:space="0" w:color="auto"/>
                    <w:right w:val="none" w:sz="0" w:space="0" w:color="auto"/>
                  </w:divBdr>
                  <w:divsChild>
                    <w:div w:id="496381192">
                      <w:marLeft w:val="0"/>
                      <w:marRight w:val="0"/>
                      <w:marTop w:val="0"/>
                      <w:marBottom w:val="0"/>
                      <w:divBdr>
                        <w:top w:val="none" w:sz="0" w:space="0" w:color="auto"/>
                        <w:left w:val="none" w:sz="0" w:space="0" w:color="auto"/>
                        <w:bottom w:val="none" w:sz="0" w:space="0" w:color="auto"/>
                        <w:right w:val="none" w:sz="0" w:space="0" w:color="auto"/>
                      </w:divBdr>
                    </w:div>
                  </w:divsChild>
                </w:div>
                <w:div w:id="1961302501">
                  <w:marLeft w:val="0"/>
                  <w:marRight w:val="0"/>
                  <w:marTop w:val="0"/>
                  <w:marBottom w:val="0"/>
                  <w:divBdr>
                    <w:top w:val="none" w:sz="0" w:space="0" w:color="auto"/>
                    <w:left w:val="none" w:sz="0" w:space="0" w:color="auto"/>
                    <w:bottom w:val="none" w:sz="0" w:space="0" w:color="auto"/>
                    <w:right w:val="none" w:sz="0" w:space="0" w:color="auto"/>
                  </w:divBdr>
                  <w:divsChild>
                    <w:div w:id="1614169836">
                      <w:marLeft w:val="0"/>
                      <w:marRight w:val="0"/>
                      <w:marTop w:val="0"/>
                      <w:marBottom w:val="0"/>
                      <w:divBdr>
                        <w:top w:val="none" w:sz="0" w:space="0" w:color="auto"/>
                        <w:left w:val="none" w:sz="0" w:space="0" w:color="auto"/>
                        <w:bottom w:val="none" w:sz="0" w:space="0" w:color="auto"/>
                        <w:right w:val="none" w:sz="0" w:space="0" w:color="auto"/>
                      </w:divBdr>
                    </w:div>
                  </w:divsChild>
                </w:div>
                <w:div w:id="2101442759">
                  <w:marLeft w:val="0"/>
                  <w:marRight w:val="0"/>
                  <w:marTop w:val="0"/>
                  <w:marBottom w:val="0"/>
                  <w:divBdr>
                    <w:top w:val="none" w:sz="0" w:space="0" w:color="auto"/>
                    <w:left w:val="none" w:sz="0" w:space="0" w:color="auto"/>
                    <w:bottom w:val="none" w:sz="0" w:space="0" w:color="auto"/>
                    <w:right w:val="none" w:sz="0" w:space="0" w:color="auto"/>
                  </w:divBdr>
                  <w:divsChild>
                    <w:div w:id="20666788">
                      <w:marLeft w:val="0"/>
                      <w:marRight w:val="0"/>
                      <w:marTop w:val="0"/>
                      <w:marBottom w:val="0"/>
                      <w:divBdr>
                        <w:top w:val="none" w:sz="0" w:space="0" w:color="auto"/>
                        <w:left w:val="none" w:sz="0" w:space="0" w:color="auto"/>
                        <w:bottom w:val="none" w:sz="0" w:space="0" w:color="auto"/>
                        <w:right w:val="none" w:sz="0" w:space="0" w:color="auto"/>
                      </w:divBdr>
                    </w:div>
                  </w:divsChild>
                </w:div>
                <w:div w:id="993723236">
                  <w:marLeft w:val="0"/>
                  <w:marRight w:val="0"/>
                  <w:marTop w:val="0"/>
                  <w:marBottom w:val="0"/>
                  <w:divBdr>
                    <w:top w:val="none" w:sz="0" w:space="0" w:color="auto"/>
                    <w:left w:val="none" w:sz="0" w:space="0" w:color="auto"/>
                    <w:bottom w:val="none" w:sz="0" w:space="0" w:color="auto"/>
                    <w:right w:val="none" w:sz="0" w:space="0" w:color="auto"/>
                  </w:divBdr>
                  <w:divsChild>
                    <w:div w:id="252056886">
                      <w:marLeft w:val="0"/>
                      <w:marRight w:val="0"/>
                      <w:marTop w:val="0"/>
                      <w:marBottom w:val="0"/>
                      <w:divBdr>
                        <w:top w:val="none" w:sz="0" w:space="0" w:color="auto"/>
                        <w:left w:val="none" w:sz="0" w:space="0" w:color="auto"/>
                        <w:bottom w:val="none" w:sz="0" w:space="0" w:color="auto"/>
                        <w:right w:val="none" w:sz="0" w:space="0" w:color="auto"/>
                      </w:divBdr>
                    </w:div>
                  </w:divsChild>
                </w:div>
                <w:div w:id="888999573">
                  <w:marLeft w:val="0"/>
                  <w:marRight w:val="0"/>
                  <w:marTop w:val="0"/>
                  <w:marBottom w:val="0"/>
                  <w:divBdr>
                    <w:top w:val="none" w:sz="0" w:space="0" w:color="auto"/>
                    <w:left w:val="none" w:sz="0" w:space="0" w:color="auto"/>
                    <w:bottom w:val="none" w:sz="0" w:space="0" w:color="auto"/>
                    <w:right w:val="none" w:sz="0" w:space="0" w:color="auto"/>
                  </w:divBdr>
                  <w:divsChild>
                    <w:div w:id="320622359">
                      <w:marLeft w:val="0"/>
                      <w:marRight w:val="0"/>
                      <w:marTop w:val="0"/>
                      <w:marBottom w:val="0"/>
                      <w:divBdr>
                        <w:top w:val="none" w:sz="0" w:space="0" w:color="auto"/>
                        <w:left w:val="none" w:sz="0" w:space="0" w:color="auto"/>
                        <w:bottom w:val="none" w:sz="0" w:space="0" w:color="auto"/>
                        <w:right w:val="none" w:sz="0" w:space="0" w:color="auto"/>
                      </w:divBdr>
                    </w:div>
                  </w:divsChild>
                </w:div>
                <w:div w:id="308286981">
                  <w:marLeft w:val="0"/>
                  <w:marRight w:val="0"/>
                  <w:marTop w:val="0"/>
                  <w:marBottom w:val="0"/>
                  <w:divBdr>
                    <w:top w:val="none" w:sz="0" w:space="0" w:color="auto"/>
                    <w:left w:val="none" w:sz="0" w:space="0" w:color="auto"/>
                    <w:bottom w:val="none" w:sz="0" w:space="0" w:color="auto"/>
                    <w:right w:val="none" w:sz="0" w:space="0" w:color="auto"/>
                  </w:divBdr>
                  <w:divsChild>
                    <w:div w:id="9381414">
                      <w:marLeft w:val="0"/>
                      <w:marRight w:val="0"/>
                      <w:marTop w:val="0"/>
                      <w:marBottom w:val="0"/>
                      <w:divBdr>
                        <w:top w:val="none" w:sz="0" w:space="0" w:color="auto"/>
                        <w:left w:val="none" w:sz="0" w:space="0" w:color="auto"/>
                        <w:bottom w:val="none" w:sz="0" w:space="0" w:color="auto"/>
                        <w:right w:val="none" w:sz="0" w:space="0" w:color="auto"/>
                      </w:divBdr>
                    </w:div>
                  </w:divsChild>
                </w:div>
                <w:div w:id="1652370629">
                  <w:marLeft w:val="0"/>
                  <w:marRight w:val="0"/>
                  <w:marTop w:val="0"/>
                  <w:marBottom w:val="0"/>
                  <w:divBdr>
                    <w:top w:val="none" w:sz="0" w:space="0" w:color="auto"/>
                    <w:left w:val="none" w:sz="0" w:space="0" w:color="auto"/>
                    <w:bottom w:val="none" w:sz="0" w:space="0" w:color="auto"/>
                    <w:right w:val="none" w:sz="0" w:space="0" w:color="auto"/>
                  </w:divBdr>
                  <w:divsChild>
                    <w:div w:id="1191409988">
                      <w:marLeft w:val="0"/>
                      <w:marRight w:val="0"/>
                      <w:marTop w:val="0"/>
                      <w:marBottom w:val="0"/>
                      <w:divBdr>
                        <w:top w:val="none" w:sz="0" w:space="0" w:color="auto"/>
                        <w:left w:val="none" w:sz="0" w:space="0" w:color="auto"/>
                        <w:bottom w:val="none" w:sz="0" w:space="0" w:color="auto"/>
                        <w:right w:val="none" w:sz="0" w:space="0" w:color="auto"/>
                      </w:divBdr>
                    </w:div>
                  </w:divsChild>
                </w:div>
                <w:div w:id="950280252">
                  <w:marLeft w:val="0"/>
                  <w:marRight w:val="0"/>
                  <w:marTop w:val="0"/>
                  <w:marBottom w:val="0"/>
                  <w:divBdr>
                    <w:top w:val="none" w:sz="0" w:space="0" w:color="auto"/>
                    <w:left w:val="none" w:sz="0" w:space="0" w:color="auto"/>
                    <w:bottom w:val="none" w:sz="0" w:space="0" w:color="auto"/>
                    <w:right w:val="none" w:sz="0" w:space="0" w:color="auto"/>
                  </w:divBdr>
                  <w:divsChild>
                    <w:div w:id="530921477">
                      <w:marLeft w:val="0"/>
                      <w:marRight w:val="0"/>
                      <w:marTop w:val="0"/>
                      <w:marBottom w:val="0"/>
                      <w:divBdr>
                        <w:top w:val="none" w:sz="0" w:space="0" w:color="auto"/>
                        <w:left w:val="none" w:sz="0" w:space="0" w:color="auto"/>
                        <w:bottom w:val="none" w:sz="0" w:space="0" w:color="auto"/>
                        <w:right w:val="none" w:sz="0" w:space="0" w:color="auto"/>
                      </w:divBdr>
                    </w:div>
                  </w:divsChild>
                </w:div>
                <w:div w:id="1720586615">
                  <w:marLeft w:val="0"/>
                  <w:marRight w:val="0"/>
                  <w:marTop w:val="0"/>
                  <w:marBottom w:val="0"/>
                  <w:divBdr>
                    <w:top w:val="none" w:sz="0" w:space="0" w:color="auto"/>
                    <w:left w:val="none" w:sz="0" w:space="0" w:color="auto"/>
                    <w:bottom w:val="none" w:sz="0" w:space="0" w:color="auto"/>
                    <w:right w:val="none" w:sz="0" w:space="0" w:color="auto"/>
                  </w:divBdr>
                  <w:divsChild>
                    <w:div w:id="834565511">
                      <w:marLeft w:val="0"/>
                      <w:marRight w:val="0"/>
                      <w:marTop w:val="0"/>
                      <w:marBottom w:val="0"/>
                      <w:divBdr>
                        <w:top w:val="none" w:sz="0" w:space="0" w:color="auto"/>
                        <w:left w:val="none" w:sz="0" w:space="0" w:color="auto"/>
                        <w:bottom w:val="none" w:sz="0" w:space="0" w:color="auto"/>
                        <w:right w:val="none" w:sz="0" w:space="0" w:color="auto"/>
                      </w:divBdr>
                    </w:div>
                  </w:divsChild>
                </w:div>
                <w:div w:id="329530019">
                  <w:marLeft w:val="0"/>
                  <w:marRight w:val="0"/>
                  <w:marTop w:val="0"/>
                  <w:marBottom w:val="0"/>
                  <w:divBdr>
                    <w:top w:val="none" w:sz="0" w:space="0" w:color="auto"/>
                    <w:left w:val="none" w:sz="0" w:space="0" w:color="auto"/>
                    <w:bottom w:val="none" w:sz="0" w:space="0" w:color="auto"/>
                    <w:right w:val="none" w:sz="0" w:space="0" w:color="auto"/>
                  </w:divBdr>
                  <w:divsChild>
                    <w:div w:id="183322579">
                      <w:marLeft w:val="0"/>
                      <w:marRight w:val="0"/>
                      <w:marTop w:val="0"/>
                      <w:marBottom w:val="0"/>
                      <w:divBdr>
                        <w:top w:val="none" w:sz="0" w:space="0" w:color="auto"/>
                        <w:left w:val="none" w:sz="0" w:space="0" w:color="auto"/>
                        <w:bottom w:val="none" w:sz="0" w:space="0" w:color="auto"/>
                        <w:right w:val="none" w:sz="0" w:space="0" w:color="auto"/>
                      </w:divBdr>
                    </w:div>
                  </w:divsChild>
                </w:div>
                <w:div w:id="1496340226">
                  <w:marLeft w:val="0"/>
                  <w:marRight w:val="0"/>
                  <w:marTop w:val="0"/>
                  <w:marBottom w:val="0"/>
                  <w:divBdr>
                    <w:top w:val="none" w:sz="0" w:space="0" w:color="auto"/>
                    <w:left w:val="none" w:sz="0" w:space="0" w:color="auto"/>
                    <w:bottom w:val="none" w:sz="0" w:space="0" w:color="auto"/>
                    <w:right w:val="none" w:sz="0" w:space="0" w:color="auto"/>
                  </w:divBdr>
                  <w:divsChild>
                    <w:div w:id="515774972">
                      <w:marLeft w:val="0"/>
                      <w:marRight w:val="0"/>
                      <w:marTop w:val="0"/>
                      <w:marBottom w:val="0"/>
                      <w:divBdr>
                        <w:top w:val="none" w:sz="0" w:space="0" w:color="auto"/>
                        <w:left w:val="none" w:sz="0" w:space="0" w:color="auto"/>
                        <w:bottom w:val="none" w:sz="0" w:space="0" w:color="auto"/>
                        <w:right w:val="none" w:sz="0" w:space="0" w:color="auto"/>
                      </w:divBdr>
                    </w:div>
                  </w:divsChild>
                </w:div>
                <w:div w:id="393624837">
                  <w:marLeft w:val="0"/>
                  <w:marRight w:val="0"/>
                  <w:marTop w:val="0"/>
                  <w:marBottom w:val="0"/>
                  <w:divBdr>
                    <w:top w:val="none" w:sz="0" w:space="0" w:color="auto"/>
                    <w:left w:val="none" w:sz="0" w:space="0" w:color="auto"/>
                    <w:bottom w:val="none" w:sz="0" w:space="0" w:color="auto"/>
                    <w:right w:val="none" w:sz="0" w:space="0" w:color="auto"/>
                  </w:divBdr>
                  <w:divsChild>
                    <w:div w:id="390425835">
                      <w:marLeft w:val="0"/>
                      <w:marRight w:val="0"/>
                      <w:marTop w:val="0"/>
                      <w:marBottom w:val="0"/>
                      <w:divBdr>
                        <w:top w:val="none" w:sz="0" w:space="0" w:color="auto"/>
                        <w:left w:val="none" w:sz="0" w:space="0" w:color="auto"/>
                        <w:bottom w:val="none" w:sz="0" w:space="0" w:color="auto"/>
                        <w:right w:val="none" w:sz="0" w:space="0" w:color="auto"/>
                      </w:divBdr>
                    </w:div>
                  </w:divsChild>
                </w:div>
                <w:div w:id="1401637547">
                  <w:marLeft w:val="0"/>
                  <w:marRight w:val="0"/>
                  <w:marTop w:val="0"/>
                  <w:marBottom w:val="0"/>
                  <w:divBdr>
                    <w:top w:val="none" w:sz="0" w:space="0" w:color="auto"/>
                    <w:left w:val="none" w:sz="0" w:space="0" w:color="auto"/>
                    <w:bottom w:val="none" w:sz="0" w:space="0" w:color="auto"/>
                    <w:right w:val="none" w:sz="0" w:space="0" w:color="auto"/>
                  </w:divBdr>
                  <w:divsChild>
                    <w:div w:id="32928868">
                      <w:marLeft w:val="0"/>
                      <w:marRight w:val="0"/>
                      <w:marTop w:val="0"/>
                      <w:marBottom w:val="0"/>
                      <w:divBdr>
                        <w:top w:val="none" w:sz="0" w:space="0" w:color="auto"/>
                        <w:left w:val="none" w:sz="0" w:space="0" w:color="auto"/>
                        <w:bottom w:val="none" w:sz="0" w:space="0" w:color="auto"/>
                        <w:right w:val="none" w:sz="0" w:space="0" w:color="auto"/>
                      </w:divBdr>
                    </w:div>
                  </w:divsChild>
                </w:div>
                <w:div w:id="157697466">
                  <w:marLeft w:val="0"/>
                  <w:marRight w:val="0"/>
                  <w:marTop w:val="0"/>
                  <w:marBottom w:val="0"/>
                  <w:divBdr>
                    <w:top w:val="none" w:sz="0" w:space="0" w:color="auto"/>
                    <w:left w:val="none" w:sz="0" w:space="0" w:color="auto"/>
                    <w:bottom w:val="none" w:sz="0" w:space="0" w:color="auto"/>
                    <w:right w:val="none" w:sz="0" w:space="0" w:color="auto"/>
                  </w:divBdr>
                  <w:divsChild>
                    <w:div w:id="634872215">
                      <w:marLeft w:val="0"/>
                      <w:marRight w:val="0"/>
                      <w:marTop w:val="0"/>
                      <w:marBottom w:val="0"/>
                      <w:divBdr>
                        <w:top w:val="none" w:sz="0" w:space="0" w:color="auto"/>
                        <w:left w:val="none" w:sz="0" w:space="0" w:color="auto"/>
                        <w:bottom w:val="none" w:sz="0" w:space="0" w:color="auto"/>
                        <w:right w:val="none" w:sz="0" w:space="0" w:color="auto"/>
                      </w:divBdr>
                    </w:div>
                  </w:divsChild>
                </w:div>
                <w:div w:id="308437785">
                  <w:marLeft w:val="0"/>
                  <w:marRight w:val="0"/>
                  <w:marTop w:val="0"/>
                  <w:marBottom w:val="0"/>
                  <w:divBdr>
                    <w:top w:val="none" w:sz="0" w:space="0" w:color="auto"/>
                    <w:left w:val="none" w:sz="0" w:space="0" w:color="auto"/>
                    <w:bottom w:val="none" w:sz="0" w:space="0" w:color="auto"/>
                    <w:right w:val="none" w:sz="0" w:space="0" w:color="auto"/>
                  </w:divBdr>
                  <w:divsChild>
                    <w:div w:id="225839398">
                      <w:marLeft w:val="0"/>
                      <w:marRight w:val="0"/>
                      <w:marTop w:val="0"/>
                      <w:marBottom w:val="0"/>
                      <w:divBdr>
                        <w:top w:val="none" w:sz="0" w:space="0" w:color="auto"/>
                        <w:left w:val="none" w:sz="0" w:space="0" w:color="auto"/>
                        <w:bottom w:val="none" w:sz="0" w:space="0" w:color="auto"/>
                        <w:right w:val="none" w:sz="0" w:space="0" w:color="auto"/>
                      </w:divBdr>
                    </w:div>
                  </w:divsChild>
                </w:div>
                <w:div w:id="1708093465">
                  <w:marLeft w:val="0"/>
                  <w:marRight w:val="0"/>
                  <w:marTop w:val="0"/>
                  <w:marBottom w:val="0"/>
                  <w:divBdr>
                    <w:top w:val="none" w:sz="0" w:space="0" w:color="auto"/>
                    <w:left w:val="none" w:sz="0" w:space="0" w:color="auto"/>
                    <w:bottom w:val="none" w:sz="0" w:space="0" w:color="auto"/>
                    <w:right w:val="none" w:sz="0" w:space="0" w:color="auto"/>
                  </w:divBdr>
                  <w:divsChild>
                    <w:div w:id="1572614046">
                      <w:marLeft w:val="0"/>
                      <w:marRight w:val="0"/>
                      <w:marTop w:val="0"/>
                      <w:marBottom w:val="0"/>
                      <w:divBdr>
                        <w:top w:val="none" w:sz="0" w:space="0" w:color="auto"/>
                        <w:left w:val="none" w:sz="0" w:space="0" w:color="auto"/>
                        <w:bottom w:val="none" w:sz="0" w:space="0" w:color="auto"/>
                        <w:right w:val="none" w:sz="0" w:space="0" w:color="auto"/>
                      </w:divBdr>
                    </w:div>
                  </w:divsChild>
                </w:div>
                <w:div w:id="684137918">
                  <w:marLeft w:val="0"/>
                  <w:marRight w:val="0"/>
                  <w:marTop w:val="0"/>
                  <w:marBottom w:val="0"/>
                  <w:divBdr>
                    <w:top w:val="none" w:sz="0" w:space="0" w:color="auto"/>
                    <w:left w:val="none" w:sz="0" w:space="0" w:color="auto"/>
                    <w:bottom w:val="none" w:sz="0" w:space="0" w:color="auto"/>
                    <w:right w:val="none" w:sz="0" w:space="0" w:color="auto"/>
                  </w:divBdr>
                  <w:divsChild>
                    <w:div w:id="659313781">
                      <w:marLeft w:val="0"/>
                      <w:marRight w:val="0"/>
                      <w:marTop w:val="0"/>
                      <w:marBottom w:val="0"/>
                      <w:divBdr>
                        <w:top w:val="none" w:sz="0" w:space="0" w:color="auto"/>
                        <w:left w:val="none" w:sz="0" w:space="0" w:color="auto"/>
                        <w:bottom w:val="none" w:sz="0" w:space="0" w:color="auto"/>
                        <w:right w:val="none" w:sz="0" w:space="0" w:color="auto"/>
                      </w:divBdr>
                    </w:div>
                  </w:divsChild>
                </w:div>
                <w:div w:id="693770904">
                  <w:marLeft w:val="0"/>
                  <w:marRight w:val="0"/>
                  <w:marTop w:val="0"/>
                  <w:marBottom w:val="0"/>
                  <w:divBdr>
                    <w:top w:val="none" w:sz="0" w:space="0" w:color="auto"/>
                    <w:left w:val="none" w:sz="0" w:space="0" w:color="auto"/>
                    <w:bottom w:val="none" w:sz="0" w:space="0" w:color="auto"/>
                    <w:right w:val="none" w:sz="0" w:space="0" w:color="auto"/>
                  </w:divBdr>
                  <w:divsChild>
                    <w:div w:id="284308812">
                      <w:marLeft w:val="0"/>
                      <w:marRight w:val="0"/>
                      <w:marTop w:val="0"/>
                      <w:marBottom w:val="0"/>
                      <w:divBdr>
                        <w:top w:val="none" w:sz="0" w:space="0" w:color="auto"/>
                        <w:left w:val="none" w:sz="0" w:space="0" w:color="auto"/>
                        <w:bottom w:val="none" w:sz="0" w:space="0" w:color="auto"/>
                        <w:right w:val="none" w:sz="0" w:space="0" w:color="auto"/>
                      </w:divBdr>
                    </w:div>
                  </w:divsChild>
                </w:div>
                <w:div w:id="1562129117">
                  <w:marLeft w:val="0"/>
                  <w:marRight w:val="0"/>
                  <w:marTop w:val="0"/>
                  <w:marBottom w:val="0"/>
                  <w:divBdr>
                    <w:top w:val="none" w:sz="0" w:space="0" w:color="auto"/>
                    <w:left w:val="none" w:sz="0" w:space="0" w:color="auto"/>
                    <w:bottom w:val="none" w:sz="0" w:space="0" w:color="auto"/>
                    <w:right w:val="none" w:sz="0" w:space="0" w:color="auto"/>
                  </w:divBdr>
                  <w:divsChild>
                    <w:div w:id="1448694632">
                      <w:marLeft w:val="0"/>
                      <w:marRight w:val="0"/>
                      <w:marTop w:val="0"/>
                      <w:marBottom w:val="0"/>
                      <w:divBdr>
                        <w:top w:val="none" w:sz="0" w:space="0" w:color="auto"/>
                        <w:left w:val="none" w:sz="0" w:space="0" w:color="auto"/>
                        <w:bottom w:val="none" w:sz="0" w:space="0" w:color="auto"/>
                        <w:right w:val="none" w:sz="0" w:space="0" w:color="auto"/>
                      </w:divBdr>
                    </w:div>
                  </w:divsChild>
                </w:div>
                <w:div w:id="1349016009">
                  <w:marLeft w:val="0"/>
                  <w:marRight w:val="0"/>
                  <w:marTop w:val="0"/>
                  <w:marBottom w:val="0"/>
                  <w:divBdr>
                    <w:top w:val="none" w:sz="0" w:space="0" w:color="auto"/>
                    <w:left w:val="none" w:sz="0" w:space="0" w:color="auto"/>
                    <w:bottom w:val="none" w:sz="0" w:space="0" w:color="auto"/>
                    <w:right w:val="none" w:sz="0" w:space="0" w:color="auto"/>
                  </w:divBdr>
                  <w:divsChild>
                    <w:div w:id="1428160868">
                      <w:marLeft w:val="0"/>
                      <w:marRight w:val="0"/>
                      <w:marTop w:val="0"/>
                      <w:marBottom w:val="0"/>
                      <w:divBdr>
                        <w:top w:val="none" w:sz="0" w:space="0" w:color="auto"/>
                        <w:left w:val="none" w:sz="0" w:space="0" w:color="auto"/>
                        <w:bottom w:val="none" w:sz="0" w:space="0" w:color="auto"/>
                        <w:right w:val="none" w:sz="0" w:space="0" w:color="auto"/>
                      </w:divBdr>
                    </w:div>
                  </w:divsChild>
                </w:div>
                <w:div w:id="1675761952">
                  <w:marLeft w:val="0"/>
                  <w:marRight w:val="0"/>
                  <w:marTop w:val="0"/>
                  <w:marBottom w:val="0"/>
                  <w:divBdr>
                    <w:top w:val="none" w:sz="0" w:space="0" w:color="auto"/>
                    <w:left w:val="none" w:sz="0" w:space="0" w:color="auto"/>
                    <w:bottom w:val="none" w:sz="0" w:space="0" w:color="auto"/>
                    <w:right w:val="none" w:sz="0" w:space="0" w:color="auto"/>
                  </w:divBdr>
                  <w:divsChild>
                    <w:div w:id="128086050">
                      <w:marLeft w:val="0"/>
                      <w:marRight w:val="0"/>
                      <w:marTop w:val="0"/>
                      <w:marBottom w:val="0"/>
                      <w:divBdr>
                        <w:top w:val="none" w:sz="0" w:space="0" w:color="auto"/>
                        <w:left w:val="none" w:sz="0" w:space="0" w:color="auto"/>
                        <w:bottom w:val="none" w:sz="0" w:space="0" w:color="auto"/>
                        <w:right w:val="none" w:sz="0" w:space="0" w:color="auto"/>
                      </w:divBdr>
                    </w:div>
                  </w:divsChild>
                </w:div>
                <w:div w:id="1867404151">
                  <w:marLeft w:val="0"/>
                  <w:marRight w:val="0"/>
                  <w:marTop w:val="0"/>
                  <w:marBottom w:val="0"/>
                  <w:divBdr>
                    <w:top w:val="none" w:sz="0" w:space="0" w:color="auto"/>
                    <w:left w:val="none" w:sz="0" w:space="0" w:color="auto"/>
                    <w:bottom w:val="none" w:sz="0" w:space="0" w:color="auto"/>
                    <w:right w:val="none" w:sz="0" w:space="0" w:color="auto"/>
                  </w:divBdr>
                  <w:divsChild>
                    <w:div w:id="1735348476">
                      <w:marLeft w:val="0"/>
                      <w:marRight w:val="0"/>
                      <w:marTop w:val="0"/>
                      <w:marBottom w:val="0"/>
                      <w:divBdr>
                        <w:top w:val="none" w:sz="0" w:space="0" w:color="auto"/>
                        <w:left w:val="none" w:sz="0" w:space="0" w:color="auto"/>
                        <w:bottom w:val="none" w:sz="0" w:space="0" w:color="auto"/>
                        <w:right w:val="none" w:sz="0" w:space="0" w:color="auto"/>
                      </w:divBdr>
                    </w:div>
                  </w:divsChild>
                </w:div>
                <w:div w:id="1316835818">
                  <w:marLeft w:val="0"/>
                  <w:marRight w:val="0"/>
                  <w:marTop w:val="0"/>
                  <w:marBottom w:val="0"/>
                  <w:divBdr>
                    <w:top w:val="none" w:sz="0" w:space="0" w:color="auto"/>
                    <w:left w:val="none" w:sz="0" w:space="0" w:color="auto"/>
                    <w:bottom w:val="none" w:sz="0" w:space="0" w:color="auto"/>
                    <w:right w:val="none" w:sz="0" w:space="0" w:color="auto"/>
                  </w:divBdr>
                  <w:divsChild>
                    <w:div w:id="194119476">
                      <w:marLeft w:val="0"/>
                      <w:marRight w:val="0"/>
                      <w:marTop w:val="0"/>
                      <w:marBottom w:val="0"/>
                      <w:divBdr>
                        <w:top w:val="none" w:sz="0" w:space="0" w:color="auto"/>
                        <w:left w:val="none" w:sz="0" w:space="0" w:color="auto"/>
                        <w:bottom w:val="none" w:sz="0" w:space="0" w:color="auto"/>
                        <w:right w:val="none" w:sz="0" w:space="0" w:color="auto"/>
                      </w:divBdr>
                    </w:div>
                  </w:divsChild>
                </w:div>
                <w:div w:id="260726226">
                  <w:marLeft w:val="0"/>
                  <w:marRight w:val="0"/>
                  <w:marTop w:val="0"/>
                  <w:marBottom w:val="0"/>
                  <w:divBdr>
                    <w:top w:val="none" w:sz="0" w:space="0" w:color="auto"/>
                    <w:left w:val="none" w:sz="0" w:space="0" w:color="auto"/>
                    <w:bottom w:val="none" w:sz="0" w:space="0" w:color="auto"/>
                    <w:right w:val="none" w:sz="0" w:space="0" w:color="auto"/>
                  </w:divBdr>
                  <w:divsChild>
                    <w:div w:id="714160282">
                      <w:marLeft w:val="0"/>
                      <w:marRight w:val="0"/>
                      <w:marTop w:val="0"/>
                      <w:marBottom w:val="0"/>
                      <w:divBdr>
                        <w:top w:val="none" w:sz="0" w:space="0" w:color="auto"/>
                        <w:left w:val="none" w:sz="0" w:space="0" w:color="auto"/>
                        <w:bottom w:val="none" w:sz="0" w:space="0" w:color="auto"/>
                        <w:right w:val="none" w:sz="0" w:space="0" w:color="auto"/>
                      </w:divBdr>
                    </w:div>
                  </w:divsChild>
                </w:div>
                <w:div w:id="1099450803">
                  <w:marLeft w:val="0"/>
                  <w:marRight w:val="0"/>
                  <w:marTop w:val="0"/>
                  <w:marBottom w:val="0"/>
                  <w:divBdr>
                    <w:top w:val="none" w:sz="0" w:space="0" w:color="auto"/>
                    <w:left w:val="none" w:sz="0" w:space="0" w:color="auto"/>
                    <w:bottom w:val="none" w:sz="0" w:space="0" w:color="auto"/>
                    <w:right w:val="none" w:sz="0" w:space="0" w:color="auto"/>
                  </w:divBdr>
                  <w:divsChild>
                    <w:div w:id="1612085221">
                      <w:marLeft w:val="0"/>
                      <w:marRight w:val="0"/>
                      <w:marTop w:val="0"/>
                      <w:marBottom w:val="0"/>
                      <w:divBdr>
                        <w:top w:val="none" w:sz="0" w:space="0" w:color="auto"/>
                        <w:left w:val="none" w:sz="0" w:space="0" w:color="auto"/>
                        <w:bottom w:val="none" w:sz="0" w:space="0" w:color="auto"/>
                        <w:right w:val="none" w:sz="0" w:space="0" w:color="auto"/>
                      </w:divBdr>
                    </w:div>
                  </w:divsChild>
                </w:div>
                <w:div w:id="1279411716">
                  <w:marLeft w:val="0"/>
                  <w:marRight w:val="0"/>
                  <w:marTop w:val="0"/>
                  <w:marBottom w:val="0"/>
                  <w:divBdr>
                    <w:top w:val="none" w:sz="0" w:space="0" w:color="auto"/>
                    <w:left w:val="none" w:sz="0" w:space="0" w:color="auto"/>
                    <w:bottom w:val="none" w:sz="0" w:space="0" w:color="auto"/>
                    <w:right w:val="none" w:sz="0" w:space="0" w:color="auto"/>
                  </w:divBdr>
                  <w:divsChild>
                    <w:div w:id="1766002174">
                      <w:marLeft w:val="0"/>
                      <w:marRight w:val="0"/>
                      <w:marTop w:val="0"/>
                      <w:marBottom w:val="0"/>
                      <w:divBdr>
                        <w:top w:val="none" w:sz="0" w:space="0" w:color="auto"/>
                        <w:left w:val="none" w:sz="0" w:space="0" w:color="auto"/>
                        <w:bottom w:val="none" w:sz="0" w:space="0" w:color="auto"/>
                        <w:right w:val="none" w:sz="0" w:space="0" w:color="auto"/>
                      </w:divBdr>
                    </w:div>
                  </w:divsChild>
                </w:div>
                <w:div w:id="900949065">
                  <w:marLeft w:val="0"/>
                  <w:marRight w:val="0"/>
                  <w:marTop w:val="0"/>
                  <w:marBottom w:val="0"/>
                  <w:divBdr>
                    <w:top w:val="none" w:sz="0" w:space="0" w:color="auto"/>
                    <w:left w:val="none" w:sz="0" w:space="0" w:color="auto"/>
                    <w:bottom w:val="none" w:sz="0" w:space="0" w:color="auto"/>
                    <w:right w:val="none" w:sz="0" w:space="0" w:color="auto"/>
                  </w:divBdr>
                  <w:divsChild>
                    <w:div w:id="360670603">
                      <w:marLeft w:val="0"/>
                      <w:marRight w:val="0"/>
                      <w:marTop w:val="0"/>
                      <w:marBottom w:val="0"/>
                      <w:divBdr>
                        <w:top w:val="none" w:sz="0" w:space="0" w:color="auto"/>
                        <w:left w:val="none" w:sz="0" w:space="0" w:color="auto"/>
                        <w:bottom w:val="none" w:sz="0" w:space="0" w:color="auto"/>
                        <w:right w:val="none" w:sz="0" w:space="0" w:color="auto"/>
                      </w:divBdr>
                    </w:div>
                  </w:divsChild>
                </w:div>
                <w:div w:id="2022777558">
                  <w:marLeft w:val="0"/>
                  <w:marRight w:val="0"/>
                  <w:marTop w:val="0"/>
                  <w:marBottom w:val="0"/>
                  <w:divBdr>
                    <w:top w:val="none" w:sz="0" w:space="0" w:color="auto"/>
                    <w:left w:val="none" w:sz="0" w:space="0" w:color="auto"/>
                    <w:bottom w:val="none" w:sz="0" w:space="0" w:color="auto"/>
                    <w:right w:val="none" w:sz="0" w:space="0" w:color="auto"/>
                  </w:divBdr>
                  <w:divsChild>
                    <w:div w:id="1976180244">
                      <w:marLeft w:val="0"/>
                      <w:marRight w:val="0"/>
                      <w:marTop w:val="0"/>
                      <w:marBottom w:val="0"/>
                      <w:divBdr>
                        <w:top w:val="none" w:sz="0" w:space="0" w:color="auto"/>
                        <w:left w:val="none" w:sz="0" w:space="0" w:color="auto"/>
                        <w:bottom w:val="none" w:sz="0" w:space="0" w:color="auto"/>
                        <w:right w:val="none" w:sz="0" w:space="0" w:color="auto"/>
                      </w:divBdr>
                    </w:div>
                  </w:divsChild>
                </w:div>
                <w:div w:id="604390369">
                  <w:marLeft w:val="0"/>
                  <w:marRight w:val="0"/>
                  <w:marTop w:val="0"/>
                  <w:marBottom w:val="0"/>
                  <w:divBdr>
                    <w:top w:val="none" w:sz="0" w:space="0" w:color="auto"/>
                    <w:left w:val="none" w:sz="0" w:space="0" w:color="auto"/>
                    <w:bottom w:val="none" w:sz="0" w:space="0" w:color="auto"/>
                    <w:right w:val="none" w:sz="0" w:space="0" w:color="auto"/>
                  </w:divBdr>
                  <w:divsChild>
                    <w:div w:id="2002807496">
                      <w:marLeft w:val="0"/>
                      <w:marRight w:val="0"/>
                      <w:marTop w:val="0"/>
                      <w:marBottom w:val="0"/>
                      <w:divBdr>
                        <w:top w:val="none" w:sz="0" w:space="0" w:color="auto"/>
                        <w:left w:val="none" w:sz="0" w:space="0" w:color="auto"/>
                        <w:bottom w:val="none" w:sz="0" w:space="0" w:color="auto"/>
                        <w:right w:val="none" w:sz="0" w:space="0" w:color="auto"/>
                      </w:divBdr>
                    </w:div>
                  </w:divsChild>
                </w:div>
                <w:div w:id="1959025897">
                  <w:marLeft w:val="0"/>
                  <w:marRight w:val="0"/>
                  <w:marTop w:val="0"/>
                  <w:marBottom w:val="0"/>
                  <w:divBdr>
                    <w:top w:val="none" w:sz="0" w:space="0" w:color="auto"/>
                    <w:left w:val="none" w:sz="0" w:space="0" w:color="auto"/>
                    <w:bottom w:val="none" w:sz="0" w:space="0" w:color="auto"/>
                    <w:right w:val="none" w:sz="0" w:space="0" w:color="auto"/>
                  </w:divBdr>
                  <w:divsChild>
                    <w:div w:id="534776615">
                      <w:marLeft w:val="0"/>
                      <w:marRight w:val="0"/>
                      <w:marTop w:val="0"/>
                      <w:marBottom w:val="0"/>
                      <w:divBdr>
                        <w:top w:val="none" w:sz="0" w:space="0" w:color="auto"/>
                        <w:left w:val="none" w:sz="0" w:space="0" w:color="auto"/>
                        <w:bottom w:val="none" w:sz="0" w:space="0" w:color="auto"/>
                        <w:right w:val="none" w:sz="0" w:space="0" w:color="auto"/>
                      </w:divBdr>
                    </w:div>
                  </w:divsChild>
                </w:div>
                <w:div w:id="1315833073">
                  <w:marLeft w:val="0"/>
                  <w:marRight w:val="0"/>
                  <w:marTop w:val="0"/>
                  <w:marBottom w:val="0"/>
                  <w:divBdr>
                    <w:top w:val="none" w:sz="0" w:space="0" w:color="auto"/>
                    <w:left w:val="none" w:sz="0" w:space="0" w:color="auto"/>
                    <w:bottom w:val="none" w:sz="0" w:space="0" w:color="auto"/>
                    <w:right w:val="none" w:sz="0" w:space="0" w:color="auto"/>
                  </w:divBdr>
                  <w:divsChild>
                    <w:div w:id="2113352149">
                      <w:marLeft w:val="0"/>
                      <w:marRight w:val="0"/>
                      <w:marTop w:val="0"/>
                      <w:marBottom w:val="0"/>
                      <w:divBdr>
                        <w:top w:val="none" w:sz="0" w:space="0" w:color="auto"/>
                        <w:left w:val="none" w:sz="0" w:space="0" w:color="auto"/>
                        <w:bottom w:val="none" w:sz="0" w:space="0" w:color="auto"/>
                        <w:right w:val="none" w:sz="0" w:space="0" w:color="auto"/>
                      </w:divBdr>
                    </w:div>
                  </w:divsChild>
                </w:div>
                <w:div w:id="352852234">
                  <w:marLeft w:val="0"/>
                  <w:marRight w:val="0"/>
                  <w:marTop w:val="0"/>
                  <w:marBottom w:val="0"/>
                  <w:divBdr>
                    <w:top w:val="none" w:sz="0" w:space="0" w:color="auto"/>
                    <w:left w:val="none" w:sz="0" w:space="0" w:color="auto"/>
                    <w:bottom w:val="none" w:sz="0" w:space="0" w:color="auto"/>
                    <w:right w:val="none" w:sz="0" w:space="0" w:color="auto"/>
                  </w:divBdr>
                  <w:divsChild>
                    <w:div w:id="626131131">
                      <w:marLeft w:val="0"/>
                      <w:marRight w:val="0"/>
                      <w:marTop w:val="0"/>
                      <w:marBottom w:val="0"/>
                      <w:divBdr>
                        <w:top w:val="none" w:sz="0" w:space="0" w:color="auto"/>
                        <w:left w:val="none" w:sz="0" w:space="0" w:color="auto"/>
                        <w:bottom w:val="none" w:sz="0" w:space="0" w:color="auto"/>
                        <w:right w:val="none" w:sz="0" w:space="0" w:color="auto"/>
                      </w:divBdr>
                    </w:div>
                  </w:divsChild>
                </w:div>
                <w:div w:id="492994503">
                  <w:marLeft w:val="0"/>
                  <w:marRight w:val="0"/>
                  <w:marTop w:val="0"/>
                  <w:marBottom w:val="0"/>
                  <w:divBdr>
                    <w:top w:val="none" w:sz="0" w:space="0" w:color="auto"/>
                    <w:left w:val="none" w:sz="0" w:space="0" w:color="auto"/>
                    <w:bottom w:val="none" w:sz="0" w:space="0" w:color="auto"/>
                    <w:right w:val="none" w:sz="0" w:space="0" w:color="auto"/>
                  </w:divBdr>
                  <w:divsChild>
                    <w:div w:id="648904143">
                      <w:marLeft w:val="0"/>
                      <w:marRight w:val="0"/>
                      <w:marTop w:val="0"/>
                      <w:marBottom w:val="0"/>
                      <w:divBdr>
                        <w:top w:val="none" w:sz="0" w:space="0" w:color="auto"/>
                        <w:left w:val="none" w:sz="0" w:space="0" w:color="auto"/>
                        <w:bottom w:val="none" w:sz="0" w:space="0" w:color="auto"/>
                        <w:right w:val="none" w:sz="0" w:space="0" w:color="auto"/>
                      </w:divBdr>
                    </w:div>
                  </w:divsChild>
                </w:div>
                <w:div w:id="804005567">
                  <w:marLeft w:val="0"/>
                  <w:marRight w:val="0"/>
                  <w:marTop w:val="0"/>
                  <w:marBottom w:val="0"/>
                  <w:divBdr>
                    <w:top w:val="none" w:sz="0" w:space="0" w:color="auto"/>
                    <w:left w:val="none" w:sz="0" w:space="0" w:color="auto"/>
                    <w:bottom w:val="none" w:sz="0" w:space="0" w:color="auto"/>
                    <w:right w:val="none" w:sz="0" w:space="0" w:color="auto"/>
                  </w:divBdr>
                  <w:divsChild>
                    <w:div w:id="699360501">
                      <w:marLeft w:val="0"/>
                      <w:marRight w:val="0"/>
                      <w:marTop w:val="0"/>
                      <w:marBottom w:val="0"/>
                      <w:divBdr>
                        <w:top w:val="none" w:sz="0" w:space="0" w:color="auto"/>
                        <w:left w:val="none" w:sz="0" w:space="0" w:color="auto"/>
                        <w:bottom w:val="none" w:sz="0" w:space="0" w:color="auto"/>
                        <w:right w:val="none" w:sz="0" w:space="0" w:color="auto"/>
                      </w:divBdr>
                    </w:div>
                  </w:divsChild>
                </w:div>
                <w:div w:id="1219702995">
                  <w:marLeft w:val="0"/>
                  <w:marRight w:val="0"/>
                  <w:marTop w:val="0"/>
                  <w:marBottom w:val="0"/>
                  <w:divBdr>
                    <w:top w:val="none" w:sz="0" w:space="0" w:color="auto"/>
                    <w:left w:val="none" w:sz="0" w:space="0" w:color="auto"/>
                    <w:bottom w:val="none" w:sz="0" w:space="0" w:color="auto"/>
                    <w:right w:val="none" w:sz="0" w:space="0" w:color="auto"/>
                  </w:divBdr>
                  <w:divsChild>
                    <w:div w:id="244993842">
                      <w:marLeft w:val="0"/>
                      <w:marRight w:val="0"/>
                      <w:marTop w:val="0"/>
                      <w:marBottom w:val="0"/>
                      <w:divBdr>
                        <w:top w:val="none" w:sz="0" w:space="0" w:color="auto"/>
                        <w:left w:val="none" w:sz="0" w:space="0" w:color="auto"/>
                        <w:bottom w:val="none" w:sz="0" w:space="0" w:color="auto"/>
                        <w:right w:val="none" w:sz="0" w:space="0" w:color="auto"/>
                      </w:divBdr>
                    </w:div>
                  </w:divsChild>
                </w:div>
                <w:div w:id="82607983">
                  <w:marLeft w:val="0"/>
                  <w:marRight w:val="0"/>
                  <w:marTop w:val="0"/>
                  <w:marBottom w:val="0"/>
                  <w:divBdr>
                    <w:top w:val="none" w:sz="0" w:space="0" w:color="auto"/>
                    <w:left w:val="none" w:sz="0" w:space="0" w:color="auto"/>
                    <w:bottom w:val="none" w:sz="0" w:space="0" w:color="auto"/>
                    <w:right w:val="none" w:sz="0" w:space="0" w:color="auto"/>
                  </w:divBdr>
                  <w:divsChild>
                    <w:div w:id="654802055">
                      <w:marLeft w:val="0"/>
                      <w:marRight w:val="0"/>
                      <w:marTop w:val="0"/>
                      <w:marBottom w:val="0"/>
                      <w:divBdr>
                        <w:top w:val="none" w:sz="0" w:space="0" w:color="auto"/>
                        <w:left w:val="none" w:sz="0" w:space="0" w:color="auto"/>
                        <w:bottom w:val="none" w:sz="0" w:space="0" w:color="auto"/>
                        <w:right w:val="none" w:sz="0" w:space="0" w:color="auto"/>
                      </w:divBdr>
                    </w:div>
                  </w:divsChild>
                </w:div>
                <w:div w:id="841354930">
                  <w:marLeft w:val="0"/>
                  <w:marRight w:val="0"/>
                  <w:marTop w:val="0"/>
                  <w:marBottom w:val="0"/>
                  <w:divBdr>
                    <w:top w:val="none" w:sz="0" w:space="0" w:color="auto"/>
                    <w:left w:val="none" w:sz="0" w:space="0" w:color="auto"/>
                    <w:bottom w:val="none" w:sz="0" w:space="0" w:color="auto"/>
                    <w:right w:val="none" w:sz="0" w:space="0" w:color="auto"/>
                  </w:divBdr>
                  <w:divsChild>
                    <w:div w:id="1890457329">
                      <w:marLeft w:val="0"/>
                      <w:marRight w:val="0"/>
                      <w:marTop w:val="0"/>
                      <w:marBottom w:val="0"/>
                      <w:divBdr>
                        <w:top w:val="none" w:sz="0" w:space="0" w:color="auto"/>
                        <w:left w:val="none" w:sz="0" w:space="0" w:color="auto"/>
                        <w:bottom w:val="none" w:sz="0" w:space="0" w:color="auto"/>
                        <w:right w:val="none" w:sz="0" w:space="0" w:color="auto"/>
                      </w:divBdr>
                    </w:div>
                  </w:divsChild>
                </w:div>
                <w:div w:id="794063903">
                  <w:marLeft w:val="0"/>
                  <w:marRight w:val="0"/>
                  <w:marTop w:val="0"/>
                  <w:marBottom w:val="0"/>
                  <w:divBdr>
                    <w:top w:val="none" w:sz="0" w:space="0" w:color="auto"/>
                    <w:left w:val="none" w:sz="0" w:space="0" w:color="auto"/>
                    <w:bottom w:val="none" w:sz="0" w:space="0" w:color="auto"/>
                    <w:right w:val="none" w:sz="0" w:space="0" w:color="auto"/>
                  </w:divBdr>
                  <w:divsChild>
                    <w:div w:id="1363021316">
                      <w:marLeft w:val="0"/>
                      <w:marRight w:val="0"/>
                      <w:marTop w:val="0"/>
                      <w:marBottom w:val="0"/>
                      <w:divBdr>
                        <w:top w:val="none" w:sz="0" w:space="0" w:color="auto"/>
                        <w:left w:val="none" w:sz="0" w:space="0" w:color="auto"/>
                        <w:bottom w:val="none" w:sz="0" w:space="0" w:color="auto"/>
                        <w:right w:val="none" w:sz="0" w:space="0" w:color="auto"/>
                      </w:divBdr>
                    </w:div>
                  </w:divsChild>
                </w:div>
                <w:div w:id="551041293">
                  <w:marLeft w:val="0"/>
                  <w:marRight w:val="0"/>
                  <w:marTop w:val="0"/>
                  <w:marBottom w:val="0"/>
                  <w:divBdr>
                    <w:top w:val="none" w:sz="0" w:space="0" w:color="auto"/>
                    <w:left w:val="none" w:sz="0" w:space="0" w:color="auto"/>
                    <w:bottom w:val="none" w:sz="0" w:space="0" w:color="auto"/>
                    <w:right w:val="none" w:sz="0" w:space="0" w:color="auto"/>
                  </w:divBdr>
                  <w:divsChild>
                    <w:div w:id="1826242332">
                      <w:marLeft w:val="0"/>
                      <w:marRight w:val="0"/>
                      <w:marTop w:val="0"/>
                      <w:marBottom w:val="0"/>
                      <w:divBdr>
                        <w:top w:val="none" w:sz="0" w:space="0" w:color="auto"/>
                        <w:left w:val="none" w:sz="0" w:space="0" w:color="auto"/>
                        <w:bottom w:val="none" w:sz="0" w:space="0" w:color="auto"/>
                        <w:right w:val="none" w:sz="0" w:space="0" w:color="auto"/>
                      </w:divBdr>
                    </w:div>
                  </w:divsChild>
                </w:div>
                <w:div w:id="885533977">
                  <w:marLeft w:val="0"/>
                  <w:marRight w:val="0"/>
                  <w:marTop w:val="0"/>
                  <w:marBottom w:val="0"/>
                  <w:divBdr>
                    <w:top w:val="none" w:sz="0" w:space="0" w:color="auto"/>
                    <w:left w:val="none" w:sz="0" w:space="0" w:color="auto"/>
                    <w:bottom w:val="none" w:sz="0" w:space="0" w:color="auto"/>
                    <w:right w:val="none" w:sz="0" w:space="0" w:color="auto"/>
                  </w:divBdr>
                  <w:divsChild>
                    <w:div w:id="1241065306">
                      <w:marLeft w:val="0"/>
                      <w:marRight w:val="0"/>
                      <w:marTop w:val="0"/>
                      <w:marBottom w:val="0"/>
                      <w:divBdr>
                        <w:top w:val="none" w:sz="0" w:space="0" w:color="auto"/>
                        <w:left w:val="none" w:sz="0" w:space="0" w:color="auto"/>
                        <w:bottom w:val="none" w:sz="0" w:space="0" w:color="auto"/>
                        <w:right w:val="none" w:sz="0" w:space="0" w:color="auto"/>
                      </w:divBdr>
                    </w:div>
                  </w:divsChild>
                </w:div>
                <w:div w:id="1267813032">
                  <w:marLeft w:val="0"/>
                  <w:marRight w:val="0"/>
                  <w:marTop w:val="0"/>
                  <w:marBottom w:val="0"/>
                  <w:divBdr>
                    <w:top w:val="none" w:sz="0" w:space="0" w:color="auto"/>
                    <w:left w:val="none" w:sz="0" w:space="0" w:color="auto"/>
                    <w:bottom w:val="none" w:sz="0" w:space="0" w:color="auto"/>
                    <w:right w:val="none" w:sz="0" w:space="0" w:color="auto"/>
                  </w:divBdr>
                  <w:divsChild>
                    <w:div w:id="789665700">
                      <w:marLeft w:val="0"/>
                      <w:marRight w:val="0"/>
                      <w:marTop w:val="0"/>
                      <w:marBottom w:val="0"/>
                      <w:divBdr>
                        <w:top w:val="none" w:sz="0" w:space="0" w:color="auto"/>
                        <w:left w:val="none" w:sz="0" w:space="0" w:color="auto"/>
                        <w:bottom w:val="none" w:sz="0" w:space="0" w:color="auto"/>
                        <w:right w:val="none" w:sz="0" w:space="0" w:color="auto"/>
                      </w:divBdr>
                    </w:div>
                  </w:divsChild>
                </w:div>
                <w:div w:id="1399205916">
                  <w:marLeft w:val="0"/>
                  <w:marRight w:val="0"/>
                  <w:marTop w:val="0"/>
                  <w:marBottom w:val="0"/>
                  <w:divBdr>
                    <w:top w:val="none" w:sz="0" w:space="0" w:color="auto"/>
                    <w:left w:val="none" w:sz="0" w:space="0" w:color="auto"/>
                    <w:bottom w:val="none" w:sz="0" w:space="0" w:color="auto"/>
                    <w:right w:val="none" w:sz="0" w:space="0" w:color="auto"/>
                  </w:divBdr>
                  <w:divsChild>
                    <w:div w:id="604851858">
                      <w:marLeft w:val="0"/>
                      <w:marRight w:val="0"/>
                      <w:marTop w:val="0"/>
                      <w:marBottom w:val="0"/>
                      <w:divBdr>
                        <w:top w:val="none" w:sz="0" w:space="0" w:color="auto"/>
                        <w:left w:val="none" w:sz="0" w:space="0" w:color="auto"/>
                        <w:bottom w:val="none" w:sz="0" w:space="0" w:color="auto"/>
                        <w:right w:val="none" w:sz="0" w:space="0" w:color="auto"/>
                      </w:divBdr>
                    </w:div>
                  </w:divsChild>
                </w:div>
                <w:div w:id="1469587477">
                  <w:marLeft w:val="0"/>
                  <w:marRight w:val="0"/>
                  <w:marTop w:val="0"/>
                  <w:marBottom w:val="0"/>
                  <w:divBdr>
                    <w:top w:val="none" w:sz="0" w:space="0" w:color="auto"/>
                    <w:left w:val="none" w:sz="0" w:space="0" w:color="auto"/>
                    <w:bottom w:val="none" w:sz="0" w:space="0" w:color="auto"/>
                    <w:right w:val="none" w:sz="0" w:space="0" w:color="auto"/>
                  </w:divBdr>
                  <w:divsChild>
                    <w:div w:id="1020398475">
                      <w:marLeft w:val="0"/>
                      <w:marRight w:val="0"/>
                      <w:marTop w:val="0"/>
                      <w:marBottom w:val="0"/>
                      <w:divBdr>
                        <w:top w:val="none" w:sz="0" w:space="0" w:color="auto"/>
                        <w:left w:val="none" w:sz="0" w:space="0" w:color="auto"/>
                        <w:bottom w:val="none" w:sz="0" w:space="0" w:color="auto"/>
                        <w:right w:val="none" w:sz="0" w:space="0" w:color="auto"/>
                      </w:divBdr>
                    </w:div>
                  </w:divsChild>
                </w:div>
                <w:div w:id="1000935754">
                  <w:marLeft w:val="0"/>
                  <w:marRight w:val="0"/>
                  <w:marTop w:val="0"/>
                  <w:marBottom w:val="0"/>
                  <w:divBdr>
                    <w:top w:val="none" w:sz="0" w:space="0" w:color="auto"/>
                    <w:left w:val="none" w:sz="0" w:space="0" w:color="auto"/>
                    <w:bottom w:val="none" w:sz="0" w:space="0" w:color="auto"/>
                    <w:right w:val="none" w:sz="0" w:space="0" w:color="auto"/>
                  </w:divBdr>
                  <w:divsChild>
                    <w:div w:id="1457915055">
                      <w:marLeft w:val="0"/>
                      <w:marRight w:val="0"/>
                      <w:marTop w:val="0"/>
                      <w:marBottom w:val="0"/>
                      <w:divBdr>
                        <w:top w:val="none" w:sz="0" w:space="0" w:color="auto"/>
                        <w:left w:val="none" w:sz="0" w:space="0" w:color="auto"/>
                        <w:bottom w:val="none" w:sz="0" w:space="0" w:color="auto"/>
                        <w:right w:val="none" w:sz="0" w:space="0" w:color="auto"/>
                      </w:divBdr>
                    </w:div>
                  </w:divsChild>
                </w:div>
                <w:div w:id="1126435618">
                  <w:marLeft w:val="0"/>
                  <w:marRight w:val="0"/>
                  <w:marTop w:val="0"/>
                  <w:marBottom w:val="0"/>
                  <w:divBdr>
                    <w:top w:val="none" w:sz="0" w:space="0" w:color="auto"/>
                    <w:left w:val="none" w:sz="0" w:space="0" w:color="auto"/>
                    <w:bottom w:val="none" w:sz="0" w:space="0" w:color="auto"/>
                    <w:right w:val="none" w:sz="0" w:space="0" w:color="auto"/>
                  </w:divBdr>
                  <w:divsChild>
                    <w:div w:id="1662730243">
                      <w:marLeft w:val="0"/>
                      <w:marRight w:val="0"/>
                      <w:marTop w:val="0"/>
                      <w:marBottom w:val="0"/>
                      <w:divBdr>
                        <w:top w:val="none" w:sz="0" w:space="0" w:color="auto"/>
                        <w:left w:val="none" w:sz="0" w:space="0" w:color="auto"/>
                        <w:bottom w:val="none" w:sz="0" w:space="0" w:color="auto"/>
                        <w:right w:val="none" w:sz="0" w:space="0" w:color="auto"/>
                      </w:divBdr>
                    </w:div>
                  </w:divsChild>
                </w:div>
                <w:div w:id="2115130670">
                  <w:marLeft w:val="0"/>
                  <w:marRight w:val="0"/>
                  <w:marTop w:val="0"/>
                  <w:marBottom w:val="0"/>
                  <w:divBdr>
                    <w:top w:val="none" w:sz="0" w:space="0" w:color="auto"/>
                    <w:left w:val="none" w:sz="0" w:space="0" w:color="auto"/>
                    <w:bottom w:val="none" w:sz="0" w:space="0" w:color="auto"/>
                    <w:right w:val="none" w:sz="0" w:space="0" w:color="auto"/>
                  </w:divBdr>
                  <w:divsChild>
                    <w:div w:id="476190067">
                      <w:marLeft w:val="0"/>
                      <w:marRight w:val="0"/>
                      <w:marTop w:val="0"/>
                      <w:marBottom w:val="0"/>
                      <w:divBdr>
                        <w:top w:val="none" w:sz="0" w:space="0" w:color="auto"/>
                        <w:left w:val="none" w:sz="0" w:space="0" w:color="auto"/>
                        <w:bottom w:val="none" w:sz="0" w:space="0" w:color="auto"/>
                        <w:right w:val="none" w:sz="0" w:space="0" w:color="auto"/>
                      </w:divBdr>
                    </w:div>
                  </w:divsChild>
                </w:div>
                <w:div w:id="1225795182">
                  <w:marLeft w:val="0"/>
                  <w:marRight w:val="0"/>
                  <w:marTop w:val="0"/>
                  <w:marBottom w:val="0"/>
                  <w:divBdr>
                    <w:top w:val="none" w:sz="0" w:space="0" w:color="auto"/>
                    <w:left w:val="none" w:sz="0" w:space="0" w:color="auto"/>
                    <w:bottom w:val="none" w:sz="0" w:space="0" w:color="auto"/>
                    <w:right w:val="none" w:sz="0" w:space="0" w:color="auto"/>
                  </w:divBdr>
                  <w:divsChild>
                    <w:div w:id="1476288764">
                      <w:marLeft w:val="0"/>
                      <w:marRight w:val="0"/>
                      <w:marTop w:val="0"/>
                      <w:marBottom w:val="0"/>
                      <w:divBdr>
                        <w:top w:val="none" w:sz="0" w:space="0" w:color="auto"/>
                        <w:left w:val="none" w:sz="0" w:space="0" w:color="auto"/>
                        <w:bottom w:val="none" w:sz="0" w:space="0" w:color="auto"/>
                        <w:right w:val="none" w:sz="0" w:space="0" w:color="auto"/>
                      </w:divBdr>
                    </w:div>
                  </w:divsChild>
                </w:div>
                <w:div w:id="1359964602">
                  <w:marLeft w:val="0"/>
                  <w:marRight w:val="0"/>
                  <w:marTop w:val="0"/>
                  <w:marBottom w:val="0"/>
                  <w:divBdr>
                    <w:top w:val="none" w:sz="0" w:space="0" w:color="auto"/>
                    <w:left w:val="none" w:sz="0" w:space="0" w:color="auto"/>
                    <w:bottom w:val="none" w:sz="0" w:space="0" w:color="auto"/>
                    <w:right w:val="none" w:sz="0" w:space="0" w:color="auto"/>
                  </w:divBdr>
                  <w:divsChild>
                    <w:div w:id="1666473939">
                      <w:marLeft w:val="0"/>
                      <w:marRight w:val="0"/>
                      <w:marTop w:val="0"/>
                      <w:marBottom w:val="0"/>
                      <w:divBdr>
                        <w:top w:val="none" w:sz="0" w:space="0" w:color="auto"/>
                        <w:left w:val="none" w:sz="0" w:space="0" w:color="auto"/>
                        <w:bottom w:val="none" w:sz="0" w:space="0" w:color="auto"/>
                        <w:right w:val="none" w:sz="0" w:space="0" w:color="auto"/>
                      </w:divBdr>
                    </w:div>
                  </w:divsChild>
                </w:div>
                <w:div w:id="370112371">
                  <w:marLeft w:val="0"/>
                  <w:marRight w:val="0"/>
                  <w:marTop w:val="0"/>
                  <w:marBottom w:val="0"/>
                  <w:divBdr>
                    <w:top w:val="none" w:sz="0" w:space="0" w:color="auto"/>
                    <w:left w:val="none" w:sz="0" w:space="0" w:color="auto"/>
                    <w:bottom w:val="none" w:sz="0" w:space="0" w:color="auto"/>
                    <w:right w:val="none" w:sz="0" w:space="0" w:color="auto"/>
                  </w:divBdr>
                  <w:divsChild>
                    <w:div w:id="634337558">
                      <w:marLeft w:val="0"/>
                      <w:marRight w:val="0"/>
                      <w:marTop w:val="0"/>
                      <w:marBottom w:val="0"/>
                      <w:divBdr>
                        <w:top w:val="none" w:sz="0" w:space="0" w:color="auto"/>
                        <w:left w:val="none" w:sz="0" w:space="0" w:color="auto"/>
                        <w:bottom w:val="none" w:sz="0" w:space="0" w:color="auto"/>
                        <w:right w:val="none" w:sz="0" w:space="0" w:color="auto"/>
                      </w:divBdr>
                    </w:div>
                  </w:divsChild>
                </w:div>
                <w:div w:id="1561943916">
                  <w:marLeft w:val="0"/>
                  <w:marRight w:val="0"/>
                  <w:marTop w:val="0"/>
                  <w:marBottom w:val="0"/>
                  <w:divBdr>
                    <w:top w:val="none" w:sz="0" w:space="0" w:color="auto"/>
                    <w:left w:val="none" w:sz="0" w:space="0" w:color="auto"/>
                    <w:bottom w:val="none" w:sz="0" w:space="0" w:color="auto"/>
                    <w:right w:val="none" w:sz="0" w:space="0" w:color="auto"/>
                  </w:divBdr>
                  <w:divsChild>
                    <w:div w:id="424765980">
                      <w:marLeft w:val="0"/>
                      <w:marRight w:val="0"/>
                      <w:marTop w:val="0"/>
                      <w:marBottom w:val="0"/>
                      <w:divBdr>
                        <w:top w:val="none" w:sz="0" w:space="0" w:color="auto"/>
                        <w:left w:val="none" w:sz="0" w:space="0" w:color="auto"/>
                        <w:bottom w:val="none" w:sz="0" w:space="0" w:color="auto"/>
                        <w:right w:val="none" w:sz="0" w:space="0" w:color="auto"/>
                      </w:divBdr>
                    </w:div>
                  </w:divsChild>
                </w:div>
                <w:div w:id="1230656902">
                  <w:marLeft w:val="0"/>
                  <w:marRight w:val="0"/>
                  <w:marTop w:val="0"/>
                  <w:marBottom w:val="0"/>
                  <w:divBdr>
                    <w:top w:val="none" w:sz="0" w:space="0" w:color="auto"/>
                    <w:left w:val="none" w:sz="0" w:space="0" w:color="auto"/>
                    <w:bottom w:val="none" w:sz="0" w:space="0" w:color="auto"/>
                    <w:right w:val="none" w:sz="0" w:space="0" w:color="auto"/>
                  </w:divBdr>
                  <w:divsChild>
                    <w:div w:id="1161502427">
                      <w:marLeft w:val="0"/>
                      <w:marRight w:val="0"/>
                      <w:marTop w:val="0"/>
                      <w:marBottom w:val="0"/>
                      <w:divBdr>
                        <w:top w:val="none" w:sz="0" w:space="0" w:color="auto"/>
                        <w:left w:val="none" w:sz="0" w:space="0" w:color="auto"/>
                        <w:bottom w:val="none" w:sz="0" w:space="0" w:color="auto"/>
                        <w:right w:val="none" w:sz="0" w:space="0" w:color="auto"/>
                      </w:divBdr>
                    </w:div>
                  </w:divsChild>
                </w:div>
                <w:div w:id="1580360286">
                  <w:marLeft w:val="0"/>
                  <w:marRight w:val="0"/>
                  <w:marTop w:val="0"/>
                  <w:marBottom w:val="0"/>
                  <w:divBdr>
                    <w:top w:val="none" w:sz="0" w:space="0" w:color="auto"/>
                    <w:left w:val="none" w:sz="0" w:space="0" w:color="auto"/>
                    <w:bottom w:val="none" w:sz="0" w:space="0" w:color="auto"/>
                    <w:right w:val="none" w:sz="0" w:space="0" w:color="auto"/>
                  </w:divBdr>
                  <w:divsChild>
                    <w:div w:id="147021216">
                      <w:marLeft w:val="0"/>
                      <w:marRight w:val="0"/>
                      <w:marTop w:val="0"/>
                      <w:marBottom w:val="0"/>
                      <w:divBdr>
                        <w:top w:val="none" w:sz="0" w:space="0" w:color="auto"/>
                        <w:left w:val="none" w:sz="0" w:space="0" w:color="auto"/>
                        <w:bottom w:val="none" w:sz="0" w:space="0" w:color="auto"/>
                        <w:right w:val="none" w:sz="0" w:space="0" w:color="auto"/>
                      </w:divBdr>
                    </w:div>
                  </w:divsChild>
                </w:div>
                <w:div w:id="1794134519">
                  <w:marLeft w:val="0"/>
                  <w:marRight w:val="0"/>
                  <w:marTop w:val="0"/>
                  <w:marBottom w:val="0"/>
                  <w:divBdr>
                    <w:top w:val="none" w:sz="0" w:space="0" w:color="auto"/>
                    <w:left w:val="none" w:sz="0" w:space="0" w:color="auto"/>
                    <w:bottom w:val="none" w:sz="0" w:space="0" w:color="auto"/>
                    <w:right w:val="none" w:sz="0" w:space="0" w:color="auto"/>
                  </w:divBdr>
                  <w:divsChild>
                    <w:div w:id="1278562803">
                      <w:marLeft w:val="0"/>
                      <w:marRight w:val="0"/>
                      <w:marTop w:val="0"/>
                      <w:marBottom w:val="0"/>
                      <w:divBdr>
                        <w:top w:val="none" w:sz="0" w:space="0" w:color="auto"/>
                        <w:left w:val="none" w:sz="0" w:space="0" w:color="auto"/>
                        <w:bottom w:val="none" w:sz="0" w:space="0" w:color="auto"/>
                        <w:right w:val="none" w:sz="0" w:space="0" w:color="auto"/>
                      </w:divBdr>
                    </w:div>
                  </w:divsChild>
                </w:div>
                <w:div w:id="1527719087">
                  <w:marLeft w:val="0"/>
                  <w:marRight w:val="0"/>
                  <w:marTop w:val="0"/>
                  <w:marBottom w:val="0"/>
                  <w:divBdr>
                    <w:top w:val="none" w:sz="0" w:space="0" w:color="auto"/>
                    <w:left w:val="none" w:sz="0" w:space="0" w:color="auto"/>
                    <w:bottom w:val="none" w:sz="0" w:space="0" w:color="auto"/>
                    <w:right w:val="none" w:sz="0" w:space="0" w:color="auto"/>
                  </w:divBdr>
                  <w:divsChild>
                    <w:div w:id="547646277">
                      <w:marLeft w:val="0"/>
                      <w:marRight w:val="0"/>
                      <w:marTop w:val="0"/>
                      <w:marBottom w:val="0"/>
                      <w:divBdr>
                        <w:top w:val="none" w:sz="0" w:space="0" w:color="auto"/>
                        <w:left w:val="none" w:sz="0" w:space="0" w:color="auto"/>
                        <w:bottom w:val="none" w:sz="0" w:space="0" w:color="auto"/>
                        <w:right w:val="none" w:sz="0" w:space="0" w:color="auto"/>
                      </w:divBdr>
                    </w:div>
                  </w:divsChild>
                </w:div>
                <w:div w:id="1987125902">
                  <w:marLeft w:val="0"/>
                  <w:marRight w:val="0"/>
                  <w:marTop w:val="0"/>
                  <w:marBottom w:val="0"/>
                  <w:divBdr>
                    <w:top w:val="none" w:sz="0" w:space="0" w:color="auto"/>
                    <w:left w:val="none" w:sz="0" w:space="0" w:color="auto"/>
                    <w:bottom w:val="none" w:sz="0" w:space="0" w:color="auto"/>
                    <w:right w:val="none" w:sz="0" w:space="0" w:color="auto"/>
                  </w:divBdr>
                  <w:divsChild>
                    <w:div w:id="1621646953">
                      <w:marLeft w:val="0"/>
                      <w:marRight w:val="0"/>
                      <w:marTop w:val="0"/>
                      <w:marBottom w:val="0"/>
                      <w:divBdr>
                        <w:top w:val="none" w:sz="0" w:space="0" w:color="auto"/>
                        <w:left w:val="none" w:sz="0" w:space="0" w:color="auto"/>
                        <w:bottom w:val="none" w:sz="0" w:space="0" w:color="auto"/>
                        <w:right w:val="none" w:sz="0" w:space="0" w:color="auto"/>
                      </w:divBdr>
                    </w:div>
                  </w:divsChild>
                </w:div>
                <w:div w:id="1094546521">
                  <w:marLeft w:val="0"/>
                  <w:marRight w:val="0"/>
                  <w:marTop w:val="0"/>
                  <w:marBottom w:val="0"/>
                  <w:divBdr>
                    <w:top w:val="none" w:sz="0" w:space="0" w:color="auto"/>
                    <w:left w:val="none" w:sz="0" w:space="0" w:color="auto"/>
                    <w:bottom w:val="none" w:sz="0" w:space="0" w:color="auto"/>
                    <w:right w:val="none" w:sz="0" w:space="0" w:color="auto"/>
                  </w:divBdr>
                  <w:divsChild>
                    <w:div w:id="762382738">
                      <w:marLeft w:val="0"/>
                      <w:marRight w:val="0"/>
                      <w:marTop w:val="0"/>
                      <w:marBottom w:val="0"/>
                      <w:divBdr>
                        <w:top w:val="none" w:sz="0" w:space="0" w:color="auto"/>
                        <w:left w:val="none" w:sz="0" w:space="0" w:color="auto"/>
                        <w:bottom w:val="none" w:sz="0" w:space="0" w:color="auto"/>
                        <w:right w:val="none" w:sz="0" w:space="0" w:color="auto"/>
                      </w:divBdr>
                    </w:div>
                  </w:divsChild>
                </w:div>
                <w:div w:id="699009317">
                  <w:marLeft w:val="0"/>
                  <w:marRight w:val="0"/>
                  <w:marTop w:val="0"/>
                  <w:marBottom w:val="0"/>
                  <w:divBdr>
                    <w:top w:val="none" w:sz="0" w:space="0" w:color="auto"/>
                    <w:left w:val="none" w:sz="0" w:space="0" w:color="auto"/>
                    <w:bottom w:val="none" w:sz="0" w:space="0" w:color="auto"/>
                    <w:right w:val="none" w:sz="0" w:space="0" w:color="auto"/>
                  </w:divBdr>
                  <w:divsChild>
                    <w:div w:id="802192160">
                      <w:marLeft w:val="0"/>
                      <w:marRight w:val="0"/>
                      <w:marTop w:val="0"/>
                      <w:marBottom w:val="0"/>
                      <w:divBdr>
                        <w:top w:val="none" w:sz="0" w:space="0" w:color="auto"/>
                        <w:left w:val="none" w:sz="0" w:space="0" w:color="auto"/>
                        <w:bottom w:val="none" w:sz="0" w:space="0" w:color="auto"/>
                        <w:right w:val="none" w:sz="0" w:space="0" w:color="auto"/>
                      </w:divBdr>
                    </w:div>
                  </w:divsChild>
                </w:div>
                <w:div w:id="1998415072">
                  <w:marLeft w:val="0"/>
                  <w:marRight w:val="0"/>
                  <w:marTop w:val="0"/>
                  <w:marBottom w:val="0"/>
                  <w:divBdr>
                    <w:top w:val="none" w:sz="0" w:space="0" w:color="auto"/>
                    <w:left w:val="none" w:sz="0" w:space="0" w:color="auto"/>
                    <w:bottom w:val="none" w:sz="0" w:space="0" w:color="auto"/>
                    <w:right w:val="none" w:sz="0" w:space="0" w:color="auto"/>
                  </w:divBdr>
                  <w:divsChild>
                    <w:div w:id="1565530724">
                      <w:marLeft w:val="0"/>
                      <w:marRight w:val="0"/>
                      <w:marTop w:val="0"/>
                      <w:marBottom w:val="0"/>
                      <w:divBdr>
                        <w:top w:val="none" w:sz="0" w:space="0" w:color="auto"/>
                        <w:left w:val="none" w:sz="0" w:space="0" w:color="auto"/>
                        <w:bottom w:val="none" w:sz="0" w:space="0" w:color="auto"/>
                        <w:right w:val="none" w:sz="0" w:space="0" w:color="auto"/>
                      </w:divBdr>
                    </w:div>
                  </w:divsChild>
                </w:div>
                <w:div w:id="1146779748">
                  <w:marLeft w:val="0"/>
                  <w:marRight w:val="0"/>
                  <w:marTop w:val="0"/>
                  <w:marBottom w:val="0"/>
                  <w:divBdr>
                    <w:top w:val="none" w:sz="0" w:space="0" w:color="auto"/>
                    <w:left w:val="none" w:sz="0" w:space="0" w:color="auto"/>
                    <w:bottom w:val="none" w:sz="0" w:space="0" w:color="auto"/>
                    <w:right w:val="none" w:sz="0" w:space="0" w:color="auto"/>
                  </w:divBdr>
                  <w:divsChild>
                    <w:div w:id="2025546310">
                      <w:marLeft w:val="0"/>
                      <w:marRight w:val="0"/>
                      <w:marTop w:val="0"/>
                      <w:marBottom w:val="0"/>
                      <w:divBdr>
                        <w:top w:val="none" w:sz="0" w:space="0" w:color="auto"/>
                        <w:left w:val="none" w:sz="0" w:space="0" w:color="auto"/>
                        <w:bottom w:val="none" w:sz="0" w:space="0" w:color="auto"/>
                        <w:right w:val="none" w:sz="0" w:space="0" w:color="auto"/>
                      </w:divBdr>
                    </w:div>
                  </w:divsChild>
                </w:div>
                <w:div w:id="703098701">
                  <w:marLeft w:val="0"/>
                  <w:marRight w:val="0"/>
                  <w:marTop w:val="0"/>
                  <w:marBottom w:val="0"/>
                  <w:divBdr>
                    <w:top w:val="none" w:sz="0" w:space="0" w:color="auto"/>
                    <w:left w:val="none" w:sz="0" w:space="0" w:color="auto"/>
                    <w:bottom w:val="none" w:sz="0" w:space="0" w:color="auto"/>
                    <w:right w:val="none" w:sz="0" w:space="0" w:color="auto"/>
                  </w:divBdr>
                  <w:divsChild>
                    <w:div w:id="907955313">
                      <w:marLeft w:val="0"/>
                      <w:marRight w:val="0"/>
                      <w:marTop w:val="0"/>
                      <w:marBottom w:val="0"/>
                      <w:divBdr>
                        <w:top w:val="none" w:sz="0" w:space="0" w:color="auto"/>
                        <w:left w:val="none" w:sz="0" w:space="0" w:color="auto"/>
                        <w:bottom w:val="none" w:sz="0" w:space="0" w:color="auto"/>
                        <w:right w:val="none" w:sz="0" w:space="0" w:color="auto"/>
                      </w:divBdr>
                    </w:div>
                  </w:divsChild>
                </w:div>
                <w:div w:id="1917519954">
                  <w:marLeft w:val="0"/>
                  <w:marRight w:val="0"/>
                  <w:marTop w:val="0"/>
                  <w:marBottom w:val="0"/>
                  <w:divBdr>
                    <w:top w:val="none" w:sz="0" w:space="0" w:color="auto"/>
                    <w:left w:val="none" w:sz="0" w:space="0" w:color="auto"/>
                    <w:bottom w:val="none" w:sz="0" w:space="0" w:color="auto"/>
                    <w:right w:val="none" w:sz="0" w:space="0" w:color="auto"/>
                  </w:divBdr>
                  <w:divsChild>
                    <w:div w:id="146215570">
                      <w:marLeft w:val="0"/>
                      <w:marRight w:val="0"/>
                      <w:marTop w:val="0"/>
                      <w:marBottom w:val="0"/>
                      <w:divBdr>
                        <w:top w:val="none" w:sz="0" w:space="0" w:color="auto"/>
                        <w:left w:val="none" w:sz="0" w:space="0" w:color="auto"/>
                        <w:bottom w:val="none" w:sz="0" w:space="0" w:color="auto"/>
                        <w:right w:val="none" w:sz="0" w:space="0" w:color="auto"/>
                      </w:divBdr>
                    </w:div>
                  </w:divsChild>
                </w:div>
                <w:div w:id="385376014">
                  <w:marLeft w:val="0"/>
                  <w:marRight w:val="0"/>
                  <w:marTop w:val="0"/>
                  <w:marBottom w:val="0"/>
                  <w:divBdr>
                    <w:top w:val="none" w:sz="0" w:space="0" w:color="auto"/>
                    <w:left w:val="none" w:sz="0" w:space="0" w:color="auto"/>
                    <w:bottom w:val="none" w:sz="0" w:space="0" w:color="auto"/>
                    <w:right w:val="none" w:sz="0" w:space="0" w:color="auto"/>
                  </w:divBdr>
                  <w:divsChild>
                    <w:div w:id="1245216681">
                      <w:marLeft w:val="0"/>
                      <w:marRight w:val="0"/>
                      <w:marTop w:val="0"/>
                      <w:marBottom w:val="0"/>
                      <w:divBdr>
                        <w:top w:val="none" w:sz="0" w:space="0" w:color="auto"/>
                        <w:left w:val="none" w:sz="0" w:space="0" w:color="auto"/>
                        <w:bottom w:val="none" w:sz="0" w:space="0" w:color="auto"/>
                        <w:right w:val="none" w:sz="0" w:space="0" w:color="auto"/>
                      </w:divBdr>
                    </w:div>
                  </w:divsChild>
                </w:div>
                <w:div w:id="1898278559">
                  <w:marLeft w:val="0"/>
                  <w:marRight w:val="0"/>
                  <w:marTop w:val="0"/>
                  <w:marBottom w:val="0"/>
                  <w:divBdr>
                    <w:top w:val="none" w:sz="0" w:space="0" w:color="auto"/>
                    <w:left w:val="none" w:sz="0" w:space="0" w:color="auto"/>
                    <w:bottom w:val="none" w:sz="0" w:space="0" w:color="auto"/>
                    <w:right w:val="none" w:sz="0" w:space="0" w:color="auto"/>
                  </w:divBdr>
                  <w:divsChild>
                    <w:div w:id="1118138349">
                      <w:marLeft w:val="0"/>
                      <w:marRight w:val="0"/>
                      <w:marTop w:val="0"/>
                      <w:marBottom w:val="0"/>
                      <w:divBdr>
                        <w:top w:val="none" w:sz="0" w:space="0" w:color="auto"/>
                        <w:left w:val="none" w:sz="0" w:space="0" w:color="auto"/>
                        <w:bottom w:val="none" w:sz="0" w:space="0" w:color="auto"/>
                        <w:right w:val="none" w:sz="0" w:space="0" w:color="auto"/>
                      </w:divBdr>
                    </w:div>
                  </w:divsChild>
                </w:div>
                <w:div w:id="638876443">
                  <w:marLeft w:val="0"/>
                  <w:marRight w:val="0"/>
                  <w:marTop w:val="0"/>
                  <w:marBottom w:val="0"/>
                  <w:divBdr>
                    <w:top w:val="none" w:sz="0" w:space="0" w:color="auto"/>
                    <w:left w:val="none" w:sz="0" w:space="0" w:color="auto"/>
                    <w:bottom w:val="none" w:sz="0" w:space="0" w:color="auto"/>
                    <w:right w:val="none" w:sz="0" w:space="0" w:color="auto"/>
                  </w:divBdr>
                  <w:divsChild>
                    <w:div w:id="1632394604">
                      <w:marLeft w:val="0"/>
                      <w:marRight w:val="0"/>
                      <w:marTop w:val="0"/>
                      <w:marBottom w:val="0"/>
                      <w:divBdr>
                        <w:top w:val="none" w:sz="0" w:space="0" w:color="auto"/>
                        <w:left w:val="none" w:sz="0" w:space="0" w:color="auto"/>
                        <w:bottom w:val="none" w:sz="0" w:space="0" w:color="auto"/>
                        <w:right w:val="none" w:sz="0" w:space="0" w:color="auto"/>
                      </w:divBdr>
                    </w:div>
                  </w:divsChild>
                </w:div>
                <w:div w:id="1839805003">
                  <w:marLeft w:val="0"/>
                  <w:marRight w:val="0"/>
                  <w:marTop w:val="0"/>
                  <w:marBottom w:val="0"/>
                  <w:divBdr>
                    <w:top w:val="none" w:sz="0" w:space="0" w:color="auto"/>
                    <w:left w:val="none" w:sz="0" w:space="0" w:color="auto"/>
                    <w:bottom w:val="none" w:sz="0" w:space="0" w:color="auto"/>
                    <w:right w:val="none" w:sz="0" w:space="0" w:color="auto"/>
                  </w:divBdr>
                  <w:divsChild>
                    <w:div w:id="1523476830">
                      <w:marLeft w:val="0"/>
                      <w:marRight w:val="0"/>
                      <w:marTop w:val="0"/>
                      <w:marBottom w:val="0"/>
                      <w:divBdr>
                        <w:top w:val="none" w:sz="0" w:space="0" w:color="auto"/>
                        <w:left w:val="none" w:sz="0" w:space="0" w:color="auto"/>
                        <w:bottom w:val="none" w:sz="0" w:space="0" w:color="auto"/>
                        <w:right w:val="none" w:sz="0" w:space="0" w:color="auto"/>
                      </w:divBdr>
                    </w:div>
                  </w:divsChild>
                </w:div>
                <w:div w:id="1674724312">
                  <w:marLeft w:val="0"/>
                  <w:marRight w:val="0"/>
                  <w:marTop w:val="0"/>
                  <w:marBottom w:val="0"/>
                  <w:divBdr>
                    <w:top w:val="none" w:sz="0" w:space="0" w:color="auto"/>
                    <w:left w:val="none" w:sz="0" w:space="0" w:color="auto"/>
                    <w:bottom w:val="none" w:sz="0" w:space="0" w:color="auto"/>
                    <w:right w:val="none" w:sz="0" w:space="0" w:color="auto"/>
                  </w:divBdr>
                  <w:divsChild>
                    <w:div w:id="27075475">
                      <w:marLeft w:val="0"/>
                      <w:marRight w:val="0"/>
                      <w:marTop w:val="0"/>
                      <w:marBottom w:val="0"/>
                      <w:divBdr>
                        <w:top w:val="none" w:sz="0" w:space="0" w:color="auto"/>
                        <w:left w:val="none" w:sz="0" w:space="0" w:color="auto"/>
                        <w:bottom w:val="none" w:sz="0" w:space="0" w:color="auto"/>
                        <w:right w:val="none" w:sz="0" w:space="0" w:color="auto"/>
                      </w:divBdr>
                    </w:div>
                  </w:divsChild>
                </w:div>
                <w:div w:id="1414738361">
                  <w:marLeft w:val="0"/>
                  <w:marRight w:val="0"/>
                  <w:marTop w:val="0"/>
                  <w:marBottom w:val="0"/>
                  <w:divBdr>
                    <w:top w:val="none" w:sz="0" w:space="0" w:color="auto"/>
                    <w:left w:val="none" w:sz="0" w:space="0" w:color="auto"/>
                    <w:bottom w:val="none" w:sz="0" w:space="0" w:color="auto"/>
                    <w:right w:val="none" w:sz="0" w:space="0" w:color="auto"/>
                  </w:divBdr>
                  <w:divsChild>
                    <w:div w:id="1530416969">
                      <w:marLeft w:val="0"/>
                      <w:marRight w:val="0"/>
                      <w:marTop w:val="0"/>
                      <w:marBottom w:val="0"/>
                      <w:divBdr>
                        <w:top w:val="none" w:sz="0" w:space="0" w:color="auto"/>
                        <w:left w:val="none" w:sz="0" w:space="0" w:color="auto"/>
                        <w:bottom w:val="none" w:sz="0" w:space="0" w:color="auto"/>
                        <w:right w:val="none" w:sz="0" w:space="0" w:color="auto"/>
                      </w:divBdr>
                    </w:div>
                  </w:divsChild>
                </w:div>
                <w:div w:id="1754668831">
                  <w:marLeft w:val="0"/>
                  <w:marRight w:val="0"/>
                  <w:marTop w:val="0"/>
                  <w:marBottom w:val="0"/>
                  <w:divBdr>
                    <w:top w:val="none" w:sz="0" w:space="0" w:color="auto"/>
                    <w:left w:val="none" w:sz="0" w:space="0" w:color="auto"/>
                    <w:bottom w:val="none" w:sz="0" w:space="0" w:color="auto"/>
                    <w:right w:val="none" w:sz="0" w:space="0" w:color="auto"/>
                  </w:divBdr>
                  <w:divsChild>
                    <w:div w:id="633144993">
                      <w:marLeft w:val="0"/>
                      <w:marRight w:val="0"/>
                      <w:marTop w:val="0"/>
                      <w:marBottom w:val="0"/>
                      <w:divBdr>
                        <w:top w:val="none" w:sz="0" w:space="0" w:color="auto"/>
                        <w:left w:val="none" w:sz="0" w:space="0" w:color="auto"/>
                        <w:bottom w:val="none" w:sz="0" w:space="0" w:color="auto"/>
                        <w:right w:val="none" w:sz="0" w:space="0" w:color="auto"/>
                      </w:divBdr>
                    </w:div>
                  </w:divsChild>
                </w:div>
                <w:div w:id="1258824898">
                  <w:marLeft w:val="0"/>
                  <w:marRight w:val="0"/>
                  <w:marTop w:val="0"/>
                  <w:marBottom w:val="0"/>
                  <w:divBdr>
                    <w:top w:val="none" w:sz="0" w:space="0" w:color="auto"/>
                    <w:left w:val="none" w:sz="0" w:space="0" w:color="auto"/>
                    <w:bottom w:val="none" w:sz="0" w:space="0" w:color="auto"/>
                    <w:right w:val="none" w:sz="0" w:space="0" w:color="auto"/>
                  </w:divBdr>
                  <w:divsChild>
                    <w:div w:id="1836412884">
                      <w:marLeft w:val="0"/>
                      <w:marRight w:val="0"/>
                      <w:marTop w:val="0"/>
                      <w:marBottom w:val="0"/>
                      <w:divBdr>
                        <w:top w:val="none" w:sz="0" w:space="0" w:color="auto"/>
                        <w:left w:val="none" w:sz="0" w:space="0" w:color="auto"/>
                        <w:bottom w:val="none" w:sz="0" w:space="0" w:color="auto"/>
                        <w:right w:val="none" w:sz="0" w:space="0" w:color="auto"/>
                      </w:divBdr>
                    </w:div>
                  </w:divsChild>
                </w:div>
                <w:div w:id="1074283755">
                  <w:marLeft w:val="0"/>
                  <w:marRight w:val="0"/>
                  <w:marTop w:val="0"/>
                  <w:marBottom w:val="0"/>
                  <w:divBdr>
                    <w:top w:val="none" w:sz="0" w:space="0" w:color="auto"/>
                    <w:left w:val="none" w:sz="0" w:space="0" w:color="auto"/>
                    <w:bottom w:val="none" w:sz="0" w:space="0" w:color="auto"/>
                    <w:right w:val="none" w:sz="0" w:space="0" w:color="auto"/>
                  </w:divBdr>
                  <w:divsChild>
                    <w:div w:id="816914422">
                      <w:marLeft w:val="0"/>
                      <w:marRight w:val="0"/>
                      <w:marTop w:val="0"/>
                      <w:marBottom w:val="0"/>
                      <w:divBdr>
                        <w:top w:val="none" w:sz="0" w:space="0" w:color="auto"/>
                        <w:left w:val="none" w:sz="0" w:space="0" w:color="auto"/>
                        <w:bottom w:val="none" w:sz="0" w:space="0" w:color="auto"/>
                        <w:right w:val="none" w:sz="0" w:space="0" w:color="auto"/>
                      </w:divBdr>
                    </w:div>
                  </w:divsChild>
                </w:div>
                <w:div w:id="706026947">
                  <w:marLeft w:val="0"/>
                  <w:marRight w:val="0"/>
                  <w:marTop w:val="0"/>
                  <w:marBottom w:val="0"/>
                  <w:divBdr>
                    <w:top w:val="none" w:sz="0" w:space="0" w:color="auto"/>
                    <w:left w:val="none" w:sz="0" w:space="0" w:color="auto"/>
                    <w:bottom w:val="none" w:sz="0" w:space="0" w:color="auto"/>
                    <w:right w:val="none" w:sz="0" w:space="0" w:color="auto"/>
                  </w:divBdr>
                  <w:divsChild>
                    <w:div w:id="2007203256">
                      <w:marLeft w:val="0"/>
                      <w:marRight w:val="0"/>
                      <w:marTop w:val="0"/>
                      <w:marBottom w:val="0"/>
                      <w:divBdr>
                        <w:top w:val="none" w:sz="0" w:space="0" w:color="auto"/>
                        <w:left w:val="none" w:sz="0" w:space="0" w:color="auto"/>
                        <w:bottom w:val="none" w:sz="0" w:space="0" w:color="auto"/>
                        <w:right w:val="none" w:sz="0" w:space="0" w:color="auto"/>
                      </w:divBdr>
                    </w:div>
                  </w:divsChild>
                </w:div>
                <w:div w:id="1747071758">
                  <w:marLeft w:val="0"/>
                  <w:marRight w:val="0"/>
                  <w:marTop w:val="0"/>
                  <w:marBottom w:val="0"/>
                  <w:divBdr>
                    <w:top w:val="none" w:sz="0" w:space="0" w:color="auto"/>
                    <w:left w:val="none" w:sz="0" w:space="0" w:color="auto"/>
                    <w:bottom w:val="none" w:sz="0" w:space="0" w:color="auto"/>
                    <w:right w:val="none" w:sz="0" w:space="0" w:color="auto"/>
                  </w:divBdr>
                  <w:divsChild>
                    <w:div w:id="1272544698">
                      <w:marLeft w:val="0"/>
                      <w:marRight w:val="0"/>
                      <w:marTop w:val="0"/>
                      <w:marBottom w:val="0"/>
                      <w:divBdr>
                        <w:top w:val="none" w:sz="0" w:space="0" w:color="auto"/>
                        <w:left w:val="none" w:sz="0" w:space="0" w:color="auto"/>
                        <w:bottom w:val="none" w:sz="0" w:space="0" w:color="auto"/>
                        <w:right w:val="none" w:sz="0" w:space="0" w:color="auto"/>
                      </w:divBdr>
                    </w:div>
                  </w:divsChild>
                </w:div>
                <w:div w:id="103382841">
                  <w:marLeft w:val="0"/>
                  <w:marRight w:val="0"/>
                  <w:marTop w:val="0"/>
                  <w:marBottom w:val="0"/>
                  <w:divBdr>
                    <w:top w:val="none" w:sz="0" w:space="0" w:color="auto"/>
                    <w:left w:val="none" w:sz="0" w:space="0" w:color="auto"/>
                    <w:bottom w:val="none" w:sz="0" w:space="0" w:color="auto"/>
                    <w:right w:val="none" w:sz="0" w:space="0" w:color="auto"/>
                  </w:divBdr>
                  <w:divsChild>
                    <w:div w:id="805510927">
                      <w:marLeft w:val="0"/>
                      <w:marRight w:val="0"/>
                      <w:marTop w:val="0"/>
                      <w:marBottom w:val="0"/>
                      <w:divBdr>
                        <w:top w:val="none" w:sz="0" w:space="0" w:color="auto"/>
                        <w:left w:val="none" w:sz="0" w:space="0" w:color="auto"/>
                        <w:bottom w:val="none" w:sz="0" w:space="0" w:color="auto"/>
                        <w:right w:val="none" w:sz="0" w:space="0" w:color="auto"/>
                      </w:divBdr>
                    </w:div>
                  </w:divsChild>
                </w:div>
                <w:div w:id="403911620">
                  <w:marLeft w:val="0"/>
                  <w:marRight w:val="0"/>
                  <w:marTop w:val="0"/>
                  <w:marBottom w:val="0"/>
                  <w:divBdr>
                    <w:top w:val="none" w:sz="0" w:space="0" w:color="auto"/>
                    <w:left w:val="none" w:sz="0" w:space="0" w:color="auto"/>
                    <w:bottom w:val="none" w:sz="0" w:space="0" w:color="auto"/>
                    <w:right w:val="none" w:sz="0" w:space="0" w:color="auto"/>
                  </w:divBdr>
                  <w:divsChild>
                    <w:div w:id="1241598204">
                      <w:marLeft w:val="0"/>
                      <w:marRight w:val="0"/>
                      <w:marTop w:val="0"/>
                      <w:marBottom w:val="0"/>
                      <w:divBdr>
                        <w:top w:val="none" w:sz="0" w:space="0" w:color="auto"/>
                        <w:left w:val="none" w:sz="0" w:space="0" w:color="auto"/>
                        <w:bottom w:val="none" w:sz="0" w:space="0" w:color="auto"/>
                        <w:right w:val="none" w:sz="0" w:space="0" w:color="auto"/>
                      </w:divBdr>
                    </w:div>
                  </w:divsChild>
                </w:div>
                <w:div w:id="1450733229">
                  <w:marLeft w:val="0"/>
                  <w:marRight w:val="0"/>
                  <w:marTop w:val="0"/>
                  <w:marBottom w:val="0"/>
                  <w:divBdr>
                    <w:top w:val="none" w:sz="0" w:space="0" w:color="auto"/>
                    <w:left w:val="none" w:sz="0" w:space="0" w:color="auto"/>
                    <w:bottom w:val="none" w:sz="0" w:space="0" w:color="auto"/>
                    <w:right w:val="none" w:sz="0" w:space="0" w:color="auto"/>
                  </w:divBdr>
                  <w:divsChild>
                    <w:div w:id="2029022521">
                      <w:marLeft w:val="0"/>
                      <w:marRight w:val="0"/>
                      <w:marTop w:val="0"/>
                      <w:marBottom w:val="0"/>
                      <w:divBdr>
                        <w:top w:val="none" w:sz="0" w:space="0" w:color="auto"/>
                        <w:left w:val="none" w:sz="0" w:space="0" w:color="auto"/>
                        <w:bottom w:val="none" w:sz="0" w:space="0" w:color="auto"/>
                        <w:right w:val="none" w:sz="0" w:space="0" w:color="auto"/>
                      </w:divBdr>
                    </w:div>
                  </w:divsChild>
                </w:div>
                <w:div w:id="644315263">
                  <w:marLeft w:val="0"/>
                  <w:marRight w:val="0"/>
                  <w:marTop w:val="0"/>
                  <w:marBottom w:val="0"/>
                  <w:divBdr>
                    <w:top w:val="none" w:sz="0" w:space="0" w:color="auto"/>
                    <w:left w:val="none" w:sz="0" w:space="0" w:color="auto"/>
                    <w:bottom w:val="none" w:sz="0" w:space="0" w:color="auto"/>
                    <w:right w:val="none" w:sz="0" w:space="0" w:color="auto"/>
                  </w:divBdr>
                  <w:divsChild>
                    <w:div w:id="383261762">
                      <w:marLeft w:val="0"/>
                      <w:marRight w:val="0"/>
                      <w:marTop w:val="0"/>
                      <w:marBottom w:val="0"/>
                      <w:divBdr>
                        <w:top w:val="none" w:sz="0" w:space="0" w:color="auto"/>
                        <w:left w:val="none" w:sz="0" w:space="0" w:color="auto"/>
                        <w:bottom w:val="none" w:sz="0" w:space="0" w:color="auto"/>
                        <w:right w:val="none" w:sz="0" w:space="0" w:color="auto"/>
                      </w:divBdr>
                    </w:div>
                  </w:divsChild>
                </w:div>
                <w:div w:id="688918952">
                  <w:marLeft w:val="0"/>
                  <w:marRight w:val="0"/>
                  <w:marTop w:val="0"/>
                  <w:marBottom w:val="0"/>
                  <w:divBdr>
                    <w:top w:val="none" w:sz="0" w:space="0" w:color="auto"/>
                    <w:left w:val="none" w:sz="0" w:space="0" w:color="auto"/>
                    <w:bottom w:val="none" w:sz="0" w:space="0" w:color="auto"/>
                    <w:right w:val="none" w:sz="0" w:space="0" w:color="auto"/>
                  </w:divBdr>
                  <w:divsChild>
                    <w:div w:id="1234511172">
                      <w:marLeft w:val="0"/>
                      <w:marRight w:val="0"/>
                      <w:marTop w:val="0"/>
                      <w:marBottom w:val="0"/>
                      <w:divBdr>
                        <w:top w:val="none" w:sz="0" w:space="0" w:color="auto"/>
                        <w:left w:val="none" w:sz="0" w:space="0" w:color="auto"/>
                        <w:bottom w:val="none" w:sz="0" w:space="0" w:color="auto"/>
                        <w:right w:val="none" w:sz="0" w:space="0" w:color="auto"/>
                      </w:divBdr>
                    </w:div>
                  </w:divsChild>
                </w:div>
                <w:div w:id="703945535">
                  <w:marLeft w:val="0"/>
                  <w:marRight w:val="0"/>
                  <w:marTop w:val="0"/>
                  <w:marBottom w:val="0"/>
                  <w:divBdr>
                    <w:top w:val="none" w:sz="0" w:space="0" w:color="auto"/>
                    <w:left w:val="none" w:sz="0" w:space="0" w:color="auto"/>
                    <w:bottom w:val="none" w:sz="0" w:space="0" w:color="auto"/>
                    <w:right w:val="none" w:sz="0" w:space="0" w:color="auto"/>
                  </w:divBdr>
                  <w:divsChild>
                    <w:div w:id="1648901025">
                      <w:marLeft w:val="0"/>
                      <w:marRight w:val="0"/>
                      <w:marTop w:val="0"/>
                      <w:marBottom w:val="0"/>
                      <w:divBdr>
                        <w:top w:val="none" w:sz="0" w:space="0" w:color="auto"/>
                        <w:left w:val="none" w:sz="0" w:space="0" w:color="auto"/>
                        <w:bottom w:val="none" w:sz="0" w:space="0" w:color="auto"/>
                        <w:right w:val="none" w:sz="0" w:space="0" w:color="auto"/>
                      </w:divBdr>
                    </w:div>
                  </w:divsChild>
                </w:div>
                <w:div w:id="1997763424">
                  <w:marLeft w:val="0"/>
                  <w:marRight w:val="0"/>
                  <w:marTop w:val="0"/>
                  <w:marBottom w:val="0"/>
                  <w:divBdr>
                    <w:top w:val="none" w:sz="0" w:space="0" w:color="auto"/>
                    <w:left w:val="none" w:sz="0" w:space="0" w:color="auto"/>
                    <w:bottom w:val="none" w:sz="0" w:space="0" w:color="auto"/>
                    <w:right w:val="none" w:sz="0" w:space="0" w:color="auto"/>
                  </w:divBdr>
                  <w:divsChild>
                    <w:div w:id="312218808">
                      <w:marLeft w:val="0"/>
                      <w:marRight w:val="0"/>
                      <w:marTop w:val="0"/>
                      <w:marBottom w:val="0"/>
                      <w:divBdr>
                        <w:top w:val="none" w:sz="0" w:space="0" w:color="auto"/>
                        <w:left w:val="none" w:sz="0" w:space="0" w:color="auto"/>
                        <w:bottom w:val="none" w:sz="0" w:space="0" w:color="auto"/>
                        <w:right w:val="none" w:sz="0" w:space="0" w:color="auto"/>
                      </w:divBdr>
                    </w:div>
                  </w:divsChild>
                </w:div>
                <w:div w:id="649292726">
                  <w:marLeft w:val="0"/>
                  <w:marRight w:val="0"/>
                  <w:marTop w:val="0"/>
                  <w:marBottom w:val="0"/>
                  <w:divBdr>
                    <w:top w:val="none" w:sz="0" w:space="0" w:color="auto"/>
                    <w:left w:val="none" w:sz="0" w:space="0" w:color="auto"/>
                    <w:bottom w:val="none" w:sz="0" w:space="0" w:color="auto"/>
                    <w:right w:val="none" w:sz="0" w:space="0" w:color="auto"/>
                  </w:divBdr>
                  <w:divsChild>
                    <w:div w:id="1149713860">
                      <w:marLeft w:val="0"/>
                      <w:marRight w:val="0"/>
                      <w:marTop w:val="0"/>
                      <w:marBottom w:val="0"/>
                      <w:divBdr>
                        <w:top w:val="none" w:sz="0" w:space="0" w:color="auto"/>
                        <w:left w:val="none" w:sz="0" w:space="0" w:color="auto"/>
                        <w:bottom w:val="none" w:sz="0" w:space="0" w:color="auto"/>
                        <w:right w:val="none" w:sz="0" w:space="0" w:color="auto"/>
                      </w:divBdr>
                    </w:div>
                  </w:divsChild>
                </w:div>
                <w:div w:id="361395875">
                  <w:marLeft w:val="0"/>
                  <w:marRight w:val="0"/>
                  <w:marTop w:val="0"/>
                  <w:marBottom w:val="0"/>
                  <w:divBdr>
                    <w:top w:val="none" w:sz="0" w:space="0" w:color="auto"/>
                    <w:left w:val="none" w:sz="0" w:space="0" w:color="auto"/>
                    <w:bottom w:val="none" w:sz="0" w:space="0" w:color="auto"/>
                    <w:right w:val="none" w:sz="0" w:space="0" w:color="auto"/>
                  </w:divBdr>
                  <w:divsChild>
                    <w:div w:id="1087458186">
                      <w:marLeft w:val="0"/>
                      <w:marRight w:val="0"/>
                      <w:marTop w:val="0"/>
                      <w:marBottom w:val="0"/>
                      <w:divBdr>
                        <w:top w:val="none" w:sz="0" w:space="0" w:color="auto"/>
                        <w:left w:val="none" w:sz="0" w:space="0" w:color="auto"/>
                        <w:bottom w:val="none" w:sz="0" w:space="0" w:color="auto"/>
                        <w:right w:val="none" w:sz="0" w:space="0" w:color="auto"/>
                      </w:divBdr>
                    </w:div>
                  </w:divsChild>
                </w:div>
                <w:div w:id="224536186">
                  <w:marLeft w:val="0"/>
                  <w:marRight w:val="0"/>
                  <w:marTop w:val="0"/>
                  <w:marBottom w:val="0"/>
                  <w:divBdr>
                    <w:top w:val="none" w:sz="0" w:space="0" w:color="auto"/>
                    <w:left w:val="none" w:sz="0" w:space="0" w:color="auto"/>
                    <w:bottom w:val="none" w:sz="0" w:space="0" w:color="auto"/>
                    <w:right w:val="none" w:sz="0" w:space="0" w:color="auto"/>
                  </w:divBdr>
                  <w:divsChild>
                    <w:div w:id="1715425096">
                      <w:marLeft w:val="0"/>
                      <w:marRight w:val="0"/>
                      <w:marTop w:val="0"/>
                      <w:marBottom w:val="0"/>
                      <w:divBdr>
                        <w:top w:val="none" w:sz="0" w:space="0" w:color="auto"/>
                        <w:left w:val="none" w:sz="0" w:space="0" w:color="auto"/>
                        <w:bottom w:val="none" w:sz="0" w:space="0" w:color="auto"/>
                        <w:right w:val="none" w:sz="0" w:space="0" w:color="auto"/>
                      </w:divBdr>
                    </w:div>
                  </w:divsChild>
                </w:div>
                <w:div w:id="1993174855">
                  <w:marLeft w:val="0"/>
                  <w:marRight w:val="0"/>
                  <w:marTop w:val="0"/>
                  <w:marBottom w:val="0"/>
                  <w:divBdr>
                    <w:top w:val="none" w:sz="0" w:space="0" w:color="auto"/>
                    <w:left w:val="none" w:sz="0" w:space="0" w:color="auto"/>
                    <w:bottom w:val="none" w:sz="0" w:space="0" w:color="auto"/>
                    <w:right w:val="none" w:sz="0" w:space="0" w:color="auto"/>
                  </w:divBdr>
                  <w:divsChild>
                    <w:div w:id="444815996">
                      <w:marLeft w:val="0"/>
                      <w:marRight w:val="0"/>
                      <w:marTop w:val="0"/>
                      <w:marBottom w:val="0"/>
                      <w:divBdr>
                        <w:top w:val="none" w:sz="0" w:space="0" w:color="auto"/>
                        <w:left w:val="none" w:sz="0" w:space="0" w:color="auto"/>
                        <w:bottom w:val="none" w:sz="0" w:space="0" w:color="auto"/>
                        <w:right w:val="none" w:sz="0" w:space="0" w:color="auto"/>
                      </w:divBdr>
                    </w:div>
                  </w:divsChild>
                </w:div>
                <w:div w:id="1086540061">
                  <w:marLeft w:val="0"/>
                  <w:marRight w:val="0"/>
                  <w:marTop w:val="0"/>
                  <w:marBottom w:val="0"/>
                  <w:divBdr>
                    <w:top w:val="none" w:sz="0" w:space="0" w:color="auto"/>
                    <w:left w:val="none" w:sz="0" w:space="0" w:color="auto"/>
                    <w:bottom w:val="none" w:sz="0" w:space="0" w:color="auto"/>
                    <w:right w:val="none" w:sz="0" w:space="0" w:color="auto"/>
                  </w:divBdr>
                  <w:divsChild>
                    <w:div w:id="418017022">
                      <w:marLeft w:val="0"/>
                      <w:marRight w:val="0"/>
                      <w:marTop w:val="0"/>
                      <w:marBottom w:val="0"/>
                      <w:divBdr>
                        <w:top w:val="none" w:sz="0" w:space="0" w:color="auto"/>
                        <w:left w:val="none" w:sz="0" w:space="0" w:color="auto"/>
                        <w:bottom w:val="none" w:sz="0" w:space="0" w:color="auto"/>
                        <w:right w:val="none" w:sz="0" w:space="0" w:color="auto"/>
                      </w:divBdr>
                    </w:div>
                  </w:divsChild>
                </w:div>
                <w:div w:id="1992639224">
                  <w:marLeft w:val="0"/>
                  <w:marRight w:val="0"/>
                  <w:marTop w:val="0"/>
                  <w:marBottom w:val="0"/>
                  <w:divBdr>
                    <w:top w:val="none" w:sz="0" w:space="0" w:color="auto"/>
                    <w:left w:val="none" w:sz="0" w:space="0" w:color="auto"/>
                    <w:bottom w:val="none" w:sz="0" w:space="0" w:color="auto"/>
                    <w:right w:val="none" w:sz="0" w:space="0" w:color="auto"/>
                  </w:divBdr>
                  <w:divsChild>
                    <w:div w:id="57749994">
                      <w:marLeft w:val="0"/>
                      <w:marRight w:val="0"/>
                      <w:marTop w:val="0"/>
                      <w:marBottom w:val="0"/>
                      <w:divBdr>
                        <w:top w:val="none" w:sz="0" w:space="0" w:color="auto"/>
                        <w:left w:val="none" w:sz="0" w:space="0" w:color="auto"/>
                        <w:bottom w:val="none" w:sz="0" w:space="0" w:color="auto"/>
                        <w:right w:val="none" w:sz="0" w:space="0" w:color="auto"/>
                      </w:divBdr>
                    </w:div>
                  </w:divsChild>
                </w:div>
                <w:div w:id="1694768864">
                  <w:marLeft w:val="0"/>
                  <w:marRight w:val="0"/>
                  <w:marTop w:val="0"/>
                  <w:marBottom w:val="0"/>
                  <w:divBdr>
                    <w:top w:val="none" w:sz="0" w:space="0" w:color="auto"/>
                    <w:left w:val="none" w:sz="0" w:space="0" w:color="auto"/>
                    <w:bottom w:val="none" w:sz="0" w:space="0" w:color="auto"/>
                    <w:right w:val="none" w:sz="0" w:space="0" w:color="auto"/>
                  </w:divBdr>
                  <w:divsChild>
                    <w:div w:id="1281956732">
                      <w:marLeft w:val="0"/>
                      <w:marRight w:val="0"/>
                      <w:marTop w:val="0"/>
                      <w:marBottom w:val="0"/>
                      <w:divBdr>
                        <w:top w:val="none" w:sz="0" w:space="0" w:color="auto"/>
                        <w:left w:val="none" w:sz="0" w:space="0" w:color="auto"/>
                        <w:bottom w:val="none" w:sz="0" w:space="0" w:color="auto"/>
                        <w:right w:val="none" w:sz="0" w:space="0" w:color="auto"/>
                      </w:divBdr>
                    </w:div>
                  </w:divsChild>
                </w:div>
                <w:div w:id="584730041">
                  <w:marLeft w:val="0"/>
                  <w:marRight w:val="0"/>
                  <w:marTop w:val="0"/>
                  <w:marBottom w:val="0"/>
                  <w:divBdr>
                    <w:top w:val="none" w:sz="0" w:space="0" w:color="auto"/>
                    <w:left w:val="none" w:sz="0" w:space="0" w:color="auto"/>
                    <w:bottom w:val="none" w:sz="0" w:space="0" w:color="auto"/>
                    <w:right w:val="none" w:sz="0" w:space="0" w:color="auto"/>
                  </w:divBdr>
                  <w:divsChild>
                    <w:div w:id="1975482427">
                      <w:marLeft w:val="0"/>
                      <w:marRight w:val="0"/>
                      <w:marTop w:val="0"/>
                      <w:marBottom w:val="0"/>
                      <w:divBdr>
                        <w:top w:val="none" w:sz="0" w:space="0" w:color="auto"/>
                        <w:left w:val="none" w:sz="0" w:space="0" w:color="auto"/>
                        <w:bottom w:val="none" w:sz="0" w:space="0" w:color="auto"/>
                        <w:right w:val="none" w:sz="0" w:space="0" w:color="auto"/>
                      </w:divBdr>
                    </w:div>
                  </w:divsChild>
                </w:div>
                <w:div w:id="1155336944">
                  <w:marLeft w:val="0"/>
                  <w:marRight w:val="0"/>
                  <w:marTop w:val="0"/>
                  <w:marBottom w:val="0"/>
                  <w:divBdr>
                    <w:top w:val="none" w:sz="0" w:space="0" w:color="auto"/>
                    <w:left w:val="none" w:sz="0" w:space="0" w:color="auto"/>
                    <w:bottom w:val="none" w:sz="0" w:space="0" w:color="auto"/>
                    <w:right w:val="none" w:sz="0" w:space="0" w:color="auto"/>
                  </w:divBdr>
                  <w:divsChild>
                    <w:div w:id="1807046677">
                      <w:marLeft w:val="0"/>
                      <w:marRight w:val="0"/>
                      <w:marTop w:val="0"/>
                      <w:marBottom w:val="0"/>
                      <w:divBdr>
                        <w:top w:val="none" w:sz="0" w:space="0" w:color="auto"/>
                        <w:left w:val="none" w:sz="0" w:space="0" w:color="auto"/>
                        <w:bottom w:val="none" w:sz="0" w:space="0" w:color="auto"/>
                        <w:right w:val="none" w:sz="0" w:space="0" w:color="auto"/>
                      </w:divBdr>
                    </w:div>
                  </w:divsChild>
                </w:div>
                <w:div w:id="1117334820">
                  <w:marLeft w:val="0"/>
                  <w:marRight w:val="0"/>
                  <w:marTop w:val="0"/>
                  <w:marBottom w:val="0"/>
                  <w:divBdr>
                    <w:top w:val="none" w:sz="0" w:space="0" w:color="auto"/>
                    <w:left w:val="none" w:sz="0" w:space="0" w:color="auto"/>
                    <w:bottom w:val="none" w:sz="0" w:space="0" w:color="auto"/>
                    <w:right w:val="none" w:sz="0" w:space="0" w:color="auto"/>
                  </w:divBdr>
                  <w:divsChild>
                    <w:div w:id="652222631">
                      <w:marLeft w:val="0"/>
                      <w:marRight w:val="0"/>
                      <w:marTop w:val="0"/>
                      <w:marBottom w:val="0"/>
                      <w:divBdr>
                        <w:top w:val="none" w:sz="0" w:space="0" w:color="auto"/>
                        <w:left w:val="none" w:sz="0" w:space="0" w:color="auto"/>
                        <w:bottom w:val="none" w:sz="0" w:space="0" w:color="auto"/>
                        <w:right w:val="none" w:sz="0" w:space="0" w:color="auto"/>
                      </w:divBdr>
                    </w:div>
                  </w:divsChild>
                </w:div>
                <w:div w:id="647317762">
                  <w:marLeft w:val="0"/>
                  <w:marRight w:val="0"/>
                  <w:marTop w:val="0"/>
                  <w:marBottom w:val="0"/>
                  <w:divBdr>
                    <w:top w:val="none" w:sz="0" w:space="0" w:color="auto"/>
                    <w:left w:val="none" w:sz="0" w:space="0" w:color="auto"/>
                    <w:bottom w:val="none" w:sz="0" w:space="0" w:color="auto"/>
                    <w:right w:val="none" w:sz="0" w:space="0" w:color="auto"/>
                  </w:divBdr>
                  <w:divsChild>
                    <w:div w:id="1238858361">
                      <w:marLeft w:val="0"/>
                      <w:marRight w:val="0"/>
                      <w:marTop w:val="0"/>
                      <w:marBottom w:val="0"/>
                      <w:divBdr>
                        <w:top w:val="none" w:sz="0" w:space="0" w:color="auto"/>
                        <w:left w:val="none" w:sz="0" w:space="0" w:color="auto"/>
                        <w:bottom w:val="none" w:sz="0" w:space="0" w:color="auto"/>
                        <w:right w:val="none" w:sz="0" w:space="0" w:color="auto"/>
                      </w:divBdr>
                    </w:div>
                  </w:divsChild>
                </w:div>
                <w:div w:id="12609090">
                  <w:marLeft w:val="0"/>
                  <w:marRight w:val="0"/>
                  <w:marTop w:val="0"/>
                  <w:marBottom w:val="0"/>
                  <w:divBdr>
                    <w:top w:val="none" w:sz="0" w:space="0" w:color="auto"/>
                    <w:left w:val="none" w:sz="0" w:space="0" w:color="auto"/>
                    <w:bottom w:val="none" w:sz="0" w:space="0" w:color="auto"/>
                    <w:right w:val="none" w:sz="0" w:space="0" w:color="auto"/>
                  </w:divBdr>
                  <w:divsChild>
                    <w:div w:id="2114014070">
                      <w:marLeft w:val="0"/>
                      <w:marRight w:val="0"/>
                      <w:marTop w:val="0"/>
                      <w:marBottom w:val="0"/>
                      <w:divBdr>
                        <w:top w:val="none" w:sz="0" w:space="0" w:color="auto"/>
                        <w:left w:val="none" w:sz="0" w:space="0" w:color="auto"/>
                        <w:bottom w:val="none" w:sz="0" w:space="0" w:color="auto"/>
                        <w:right w:val="none" w:sz="0" w:space="0" w:color="auto"/>
                      </w:divBdr>
                    </w:div>
                  </w:divsChild>
                </w:div>
                <w:div w:id="2081899572">
                  <w:marLeft w:val="0"/>
                  <w:marRight w:val="0"/>
                  <w:marTop w:val="0"/>
                  <w:marBottom w:val="0"/>
                  <w:divBdr>
                    <w:top w:val="none" w:sz="0" w:space="0" w:color="auto"/>
                    <w:left w:val="none" w:sz="0" w:space="0" w:color="auto"/>
                    <w:bottom w:val="none" w:sz="0" w:space="0" w:color="auto"/>
                    <w:right w:val="none" w:sz="0" w:space="0" w:color="auto"/>
                  </w:divBdr>
                  <w:divsChild>
                    <w:div w:id="169373407">
                      <w:marLeft w:val="0"/>
                      <w:marRight w:val="0"/>
                      <w:marTop w:val="0"/>
                      <w:marBottom w:val="0"/>
                      <w:divBdr>
                        <w:top w:val="none" w:sz="0" w:space="0" w:color="auto"/>
                        <w:left w:val="none" w:sz="0" w:space="0" w:color="auto"/>
                        <w:bottom w:val="none" w:sz="0" w:space="0" w:color="auto"/>
                        <w:right w:val="none" w:sz="0" w:space="0" w:color="auto"/>
                      </w:divBdr>
                    </w:div>
                  </w:divsChild>
                </w:div>
                <w:div w:id="561790451">
                  <w:marLeft w:val="0"/>
                  <w:marRight w:val="0"/>
                  <w:marTop w:val="0"/>
                  <w:marBottom w:val="0"/>
                  <w:divBdr>
                    <w:top w:val="none" w:sz="0" w:space="0" w:color="auto"/>
                    <w:left w:val="none" w:sz="0" w:space="0" w:color="auto"/>
                    <w:bottom w:val="none" w:sz="0" w:space="0" w:color="auto"/>
                    <w:right w:val="none" w:sz="0" w:space="0" w:color="auto"/>
                  </w:divBdr>
                  <w:divsChild>
                    <w:div w:id="422579535">
                      <w:marLeft w:val="0"/>
                      <w:marRight w:val="0"/>
                      <w:marTop w:val="0"/>
                      <w:marBottom w:val="0"/>
                      <w:divBdr>
                        <w:top w:val="none" w:sz="0" w:space="0" w:color="auto"/>
                        <w:left w:val="none" w:sz="0" w:space="0" w:color="auto"/>
                        <w:bottom w:val="none" w:sz="0" w:space="0" w:color="auto"/>
                        <w:right w:val="none" w:sz="0" w:space="0" w:color="auto"/>
                      </w:divBdr>
                    </w:div>
                  </w:divsChild>
                </w:div>
                <w:div w:id="1381125561">
                  <w:marLeft w:val="0"/>
                  <w:marRight w:val="0"/>
                  <w:marTop w:val="0"/>
                  <w:marBottom w:val="0"/>
                  <w:divBdr>
                    <w:top w:val="none" w:sz="0" w:space="0" w:color="auto"/>
                    <w:left w:val="none" w:sz="0" w:space="0" w:color="auto"/>
                    <w:bottom w:val="none" w:sz="0" w:space="0" w:color="auto"/>
                    <w:right w:val="none" w:sz="0" w:space="0" w:color="auto"/>
                  </w:divBdr>
                  <w:divsChild>
                    <w:div w:id="562060897">
                      <w:marLeft w:val="0"/>
                      <w:marRight w:val="0"/>
                      <w:marTop w:val="0"/>
                      <w:marBottom w:val="0"/>
                      <w:divBdr>
                        <w:top w:val="none" w:sz="0" w:space="0" w:color="auto"/>
                        <w:left w:val="none" w:sz="0" w:space="0" w:color="auto"/>
                        <w:bottom w:val="none" w:sz="0" w:space="0" w:color="auto"/>
                        <w:right w:val="none" w:sz="0" w:space="0" w:color="auto"/>
                      </w:divBdr>
                    </w:div>
                  </w:divsChild>
                </w:div>
                <w:div w:id="127599787">
                  <w:marLeft w:val="0"/>
                  <w:marRight w:val="0"/>
                  <w:marTop w:val="0"/>
                  <w:marBottom w:val="0"/>
                  <w:divBdr>
                    <w:top w:val="none" w:sz="0" w:space="0" w:color="auto"/>
                    <w:left w:val="none" w:sz="0" w:space="0" w:color="auto"/>
                    <w:bottom w:val="none" w:sz="0" w:space="0" w:color="auto"/>
                    <w:right w:val="none" w:sz="0" w:space="0" w:color="auto"/>
                  </w:divBdr>
                  <w:divsChild>
                    <w:div w:id="1184826819">
                      <w:marLeft w:val="0"/>
                      <w:marRight w:val="0"/>
                      <w:marTop w:val="0"/>
                      <w:marBottom w:val="0"/>
                      <w:divBdr>
                        <w:top w:val="none" w:sz="0" w:space="0" w:color="auto"/>
                        <w:left w:val="none" w:sz="0" w:space="0" w:color="auto"/>
                        <w:bottom w:val="none" w:sz="0" w:space="0" w:color="auto"/>
                        <w:right w:val="none" w:sz="0" w:space="0" w:color="auto"/>
                      </w:divBdr>
                    </w:div>
                  </w:divsChild>
                </w:div>
                <w:div w:id="2039501253">
                  <w:marLeft w:val="0"/>
                  <w:marRight w:val="0"/>
                  <w:marTop w:val="0"/>
                  <w:marBottom w:val="0"/>
                  <w:divBdr>
                    <w:top w:val="none" w:sz="0" w:space="0" w:color="auto"/>
                    <w:left w:val="none" w:sz="0" w:space="0" w:color="auto"/>
                    <w:bottom w:val="none" w:sz="0" w:space="0" w:color="auto"/>
                    <w:right w:val="none" w:sz="0" w:space="0" w:color="auto"/>
                  </w:divBdr>
                  <w:divsChild>
                    <w:div w:id="480078028">
                      <w:marLeft w:val="0"/>
                      <w:marRight w:val="0"/>
                      <w:marTop w:val="0"/>
                      <w:marBottom w:val="0"/>
                      <w:divBdr>
                        <w:top w:val="none" w:sz="0" w:space="0" w:color="auto"/>
                        <w:left w:val="none" w:sz="0" w:space="0" w:color="auto"/>
                        <w:bottom w:val="none" w:sz="0" w:space="0" w:color="auto"/>
                        <w:right w:val="none" w:sz="0" w:space="0" w:color="auto"/>
                      </w:divBdr>
                    </w:div>
                  </w:divsChild>
                </w:div>
                <w:div w:id="629551543">
                  <w:marLeft w:val="-15"/>
                  <w:marRight w:val="-15"/>
                  <w:marTop w:val="0"/>
                  <w:marBottom w:val="0"/>
                  <w:divBdr>
                    <w:top w:val="none" w:sz="0" w:space="0" w:color="auto"/>
                    <w:left w:val="none" w:sz="0" w:space="0" w:color="auto"/>
                    <w:bottom w:val="none" w:sz="0" w:space="0" w:color="auto"/>
                    <w:right w:val="none" w:sz="0" w:space="0" w:color="auto"/>
                  </w:divBdr>
                </w:div>
              </w:divsChild>
            </w:div>
          </w:divsChild>
        </w:div>
        <w:div w:id="947081400">
          <w:marLeft w:val="0"/>
          <w:marRight w:val="0"/>
          <w:marTop w:val="0"/>
          <w:marBottom w:val="0"/>
          <w:divBdr>
            <w:top w:val="none" w:sz="0" w:space="0" w:color="auto"/>
            <w:left w:val="none" w:sz="0" w:space="0" w:color="auto"/>
            <w:bottom w:val="none" w:sz="0" w:space="0" w:color="auto"/>
            <w:right w:val="none" w:sz="0" w:space="0" w:color="auto"/>
          </w:divBdr>
          <w:divsChild>
            <w:div w:id="1865096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519970">
      <w:bodyDiv w:val="1"/>
      <w:marLeft w:val="0"/>
      <w:marRight w:val="0"/>
      <w:marTop w:val="0"/>
      <w:marBottom w:val="0"/>
      <w:divBdr>
        <w:top w:val="none" w:sz="0" w:space="0" w:color="auto"/>
        <w:left w:val="none" w:sz="0" w:space="0" w:color="auto"/>
        <w:bottom w:val="none" w:sz="0" w:space="0" w:color="auto"/>
        <w:right w:val="none" w:sz="0" w:space="0" w:color="auto"/>
      </w:divBdr>
    </w:div>
    <w:div w:id="1681853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92184C-55D3-4915-8451-E0036B09EA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11539</Words>
  <Characters>65773</Characters>
  <Application>Microsoft Office Word</Application>
  <DocSecurity>0</DocSecurity>
  <Lines>548</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2023-11-08T14:01:00Z</dcterms:created>
  <dcterms:modified xsi:type="dcterms:W3CDTF">2023-11-08T14:01:00Z</dcterms:modified>
</cp:coreProperties>
</file>