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14E" w:rsidRDefault="00C0114E">
      <w:pPr>
        <w:autoSpaceDE w:val="0"/>
        <w:autoSpaceDN w:val="0"/>
        <w:spacing w:after="78" w:line="220" w:lineRule="exact"/>
      </w:pPr>
    </w:p>
    <w:p w:rsidR="00C0114E" w:rsidRPr="001C1A57" w:rsidRDefault="00AC4211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C0114E" w:rsidRPr="001C1A57" w:rsidRDefault="00AC4211">
      <w:pPr>
        <w:autoSpaceDE w:val="0"/>
        <w:autoSpaceDN w:val="0"/>
        <w:spacing w:before="670" w:after="0" w:line="230" w:lineRule="auto"/>
        <w:ind w:left="2076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Башкортостан</w:t>
      </w:r>
    </w:p>
    <w:p w:rsidR="00C0114E" w:rsidRPr="001C1A57" w:rsidRDefault="00AC4211">
      <w:pPr>
        <w:tabs>
          <w:tab w:val="left" w:pos="3494"/>
        </w:tabs>
        <w:autoSpaceDE w:val="0"/>
        <w:autoSpaceDN w:val="0"/>
        <w:spacing w:before="670" w:after="0" w:line="262" w:lineRule="auto"/>
        <w:ind w:left="342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Муниципальное казенное учреждение Отдел образования муниципального района Федоровский </w:t>
      </w:r>
      <w:r w:rsidRPr="001C1A57">
        <w:rPr>
          <w:lang w:val="ru-RU"/>
        </w:rPr>
        <w:tab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район Республики Башкортостан</w:t>
      </w:r>
    </w:p>
    <w:p w:rsidR="00C0114E" w:rsidRDefault="00AC4211">
      <w:pPr>
        <w:autoSpaceDE w:val="0"/>
        <w:autoSpaceDN w:val="0"/>
        <w:spacing w:before="672" w:after="1376" w:line="230" w:lineRule="auto"/>
        <w:ind w:right="3730"/>
        <w:jc w:val="right"/>
      </w:pPr>
      <w:r>
        <w:rPr>
          <w:rFonts w:ascii="Times New Roman" w:eastAsia="Times New Roman" w:hAnsi="Times New Roman"/>
          <w:color w:val="000000"/>
          <w:sz w:val="24"/>
        </w:rPr>
        <w:t>МБОУ СОШ с. Юрматы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42"/>
        <w:gridCol w:w="3700"/>
        <w:gridCol w:w="3480"/>
      </w:tblGrid>
      <w:tr w:rsidR="00C0114E">
        <w:trPr>
          <w:trHeight w:hRule="exact" w:val="276"/>
        </w:trPr>
        <w:tc>
          <w:tcPr>
            <w:tcW w:w="3042" w:type="dxa"/>
            <w:tcMar>
              <w:left w:w="0" w:type="dxa"/>
              <w:right w:w="0" w:type="dxa"/>
            </w:tcMar>
          </w:tcPr>
          <w:p w:rsidR="00C0114E" w:rsidRDefault="00AC4211">
            <w:pPr>
              <w:autoSpaceDE w:val="0"/>
              <w:autoSpaceDN w:val="0"/>
              <w:spacing w:before="5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700" w:type="dxa"/>
            <w:tcMar>
              <w:left w:w="0" w:type="dxa"/>
              <w:right w:w="0" w:type="dxa"/>
            </w:tcMar>
          </w:tcPr>
          <w:p w:rsidR="00C0114E" w:rsidRDefault="00AC4211">
            <w:pPr>
              <w:autoSpaceDE w:val="0"/>
              <w:autoSpaceDN w:val="0"/>
              <w:spacing w:before="50" w:after="0" w:line="230" w:lineRule="auto"/>
              <w:ind w:left="47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480" w:type="dxa"/>
            <w:tcMar>
              <w:left w:w="0" w:type="dxa"/>
              <w:right w:w="0" w:type="dxa"/>
            </w:tcMar>
          </w:tcPr>
          <w:p w:rsidR="00C0114E" w:rsidRDefault="00AC4211">
            <w:pPr>
              <w:autoSpaceDE w:val="0"/>
              <w:autoSpaceDN w:val="0"/>
              <w:spacing w:before="50" w:after="0" w:line="230" w:lineRule="auto"/>
              <w:ind w:left="2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C0114E">
        <w:trPr>
          <w:trHeight w:hRule="exact" w:val="202"/>
        </w:trPr>
        <w:tc>
          <w:tcPr>
            <w:tcW w:w="3042" w:type="dxa"/>
            <w:tcMar>
              <w:left w:w="0" w:type="dxa"/>
              <w:right w:w="0" w:type="dxa"/>
            </w:tcMar>
          </w:tcPr>
          <w:p w:rsidR="00C0114E" w:rsidRDefault="00AC4211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700" w:type="dxa"/>
            <w:tcMar>
              <w:left w:w="0" w:type="dxa"/>
              <w:right w:w="0" w:type="dxa"/>
            </w:tcMar>
          </w:tcPr>
          <w:p w:rsidR="00C0114E" w:rsidRDefault="00AC4211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3480" w:type="dxa"/>
            <w:tcMar>
              <w:left w:w="0" w:type="dxa"/>
              <w:right w:w="0" w:type="dxa"/>
            </w:tcMar>
          </w:tcPr>
          <w:p w:rsidR="00C0114E" w:rsidRDefault="00AC4211">
            <w:pPr>
              <w:autoSpaceDE w:val="0"/>
              <w:autoSpaceDN w:val="0"/>
              <w:spacing w:after="0" w:line="230" w:lineRule="auto"/>
              <w:ind w:left="2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C0114E">
        <w:trPr>
          <w:trHeight w:hRule="exact" w:val="400"/>
        </w:trPr>
        <w:tc>
          <w:tcPr>
            <w:tcW w:w="3042" w:type="dxa"/>
            <w:tcMar>
              <w:left w:w="0" w:type="dxa"/>
              <w:right w:w="0" w:type="dxa"/>
            </w:tcMar>
          </w:tcPr>
          <w:p w:rsidR="00C0114E" w:rsidRDefault="00AC4211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</w:t>
            </w:r>
          </w:p>
        </w:tc>
        <w:tc>
          <w:tcPr>
            <w:tcW w:w="3700" w:type="dxa"/>
            <w:tcMar>
              <w:left w:w="0" w:type="dxa"/>
              <w:right w:w="0" w:type="dxa"/>
            </w:tcMar>
          </w:tcPr>
          <w:p w:rsidR="00C0114E" w:rsidRDefault="00AC4211">
            <w:pPr>
              <w:autoSpaceDE w:val="0"/>
              <w:autoSpaceDN w:val="0"/>
              <w:spacing w:before="174" w:after="0" w:line="230" w:lineRule="auto"/>
              <w:ind w:left="47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______________Рахимгулова К.Р.</w:t>
            </w:r>
          </w:p>
        </w:tc>
        <w:tc>
          <w:tcPr>
            <w:tcW w:w="3480" w:type="dxa"/>
            <w:tcMar>
              <w:left w:w="0" w:type="dxa"/>
              <w:right w:w="0" w:type="dxa"/>
            </w:tcMar>
          </w:tcPr>
          <w:p w:rsidR="00C0114E" w:rsidRDefault="00AC4211">
            <w:pPr>
              <w:autoSpaceDE w:val="0"/>
              <w:autoSpaceDN w:val="0"/>
              <w:spacing w:before="174" w:after="0" w:line="230" w:lineRule="auto"/>
              <w:ind w:left="2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______________Тимербулатова Р.Г.</w:t>
            </w:r>
          </w:p>
        </w:tc>
      </w:tr>
      <w:tr w:rsidR="00C0114E">
        <w:trPr>
          <w:trHeight w:hRule="exact" w:val="400"/>
        </w:trPr>
        <w:tc>
          <w:tcPr>
            <w:tcW w:w="3042" w:type="dxa"/>
            <w:tcMar>
              <w:left w:w="0" w:type="dxa"/>
              <w:right w:w="0" w:type="dxa"/>
            </w:tcMar>
          </w:tcPr>
          <w:p w:rsidR="00C0114E" w:rsidRDefault="00AC4211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______________Кашаева Л.Т.</w:t>
            </w:r>
          </w:p>
        </w:tc>
        <w:tc>
          <w:tcPr>
            <w:tcW w:w="3700" w:type="dxa"/>
            <w:vMerge w:val="restart"/>
            <w:tcMar>
              <w:left w:w="0" w:type="dxa"/>
              <w:right w:w="0" w:type="dxa"/>
            </w:tcMar>
          </w:tcPr>
          <w:p w:rsidR="00C0114E" w:rsidRDefault="00AC4211">
            <w:pPr>
              <w:autoSpaceDE w:val="0"/>
              <w:autoSpaceDN w:val="0"/>
              <w:spacing w:before="202" w:after="0" w:line="230" w:lineRule="auto"/>
              <w:ind w:left="47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480" w:type="dxa"/>
            <w:vMerge w:val="restart"/>
            <w:tcMar>
              <w:left w:w="0" w:type="dxa"/>
              <w:right w:w="0" w:type="dxa"/>
            </w:tcMar>
          </w:tcPr>
          <w:p w:rsidR="00C0114E" w:rsidRPr="005106C4" w:rsidRDefault="005106C4">
            <w:pPr>
              <w:autoSpaceDE w:val="0"/>
              <w:autoSpaceDN w:val="0"/>
              <w:spacing w:before="202" w:after="0" w:line="230" w:lineRule="auto"/>
              <w:ind w:left="29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47</w:t>
            </w:r>
            <w:bookmarkStart w:id="0" w:name="_GoBack"/>
            <w:bookmarkEnd w:id="0"/>
          </w:p>
        </w:tc>
      </w:tr>
      <w:tr w:rsidR="00C0114E">
        <w:trPr>
          <w:trHeight w:hRule="exact" w:val="118"/>
        </w:trPr>
        <w:tc>
          <w:tcPr>
            <w:tcW w:w="3042" w:type="dxa"/>
            <w:vMerge w:val="restart"/>
            <w:tcMar>
              <w:left w:w="0" w:type="dxa"/>
              <w:right w:w="0" w:type="dxa"/>
            </w:tcMar>
          </w:tcPr>
          <w:p w:rsidR="00C0114E" w:rsidRDefault="00AC4211">
            <w:pPr>
              <w:autoSpaceDE w:val="0"/>
              <w:autoSpaceDN w:val="0"/>
              <w:spacing w:before="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427" w:type="dxa"/>
            <w:vMerge/>
          </w:tcPr>
          <w:p w:rsidR="00C0114E" w:rsidRDefault="00C0114E"/>
        </w:tc>
        <w:tc>
          <w:tcPr>
            <w:tcW w:w="3427" w:type="dxa"/>
            <w:vMerge/>
          </w:tcPr>
          <w:p w:rsidR="00C0114E" w:rsidRDefault="00C0114E"/>
        </w:tc>
      </w:tr>
      <w:tr w:rsidR="00C0114E">
        <w:trPr>
          <w:trHeight w:hRule="exact" w:val="202"/>
        </w:trPr>
        <w:tc>
          <w:tcPr>
            <w:tcW w:w="3427" w:type="dxa"/>
            <w:vMerge/>
          </w:tcPr>
          <w:p w:rsidR="00C0114E" w:rsidRDefault="00C0114E"/>
        </w:tc>
        <w:tc>
          <w:tcPr>
            <w:tcW w:w="3700" w:type="dxa"/>
            <w:vMerge w:val="restart"/>
            <w:tcMar>
              <w:left w:w="0" w:type="dxa"/>
              <w:right w:w="0" w:type="dxa"/>
            </w:tcMar>
          </w:tcPr>
          <w:p w:rsidR="00C0114E" w:rsidRDefault="00C7216C">
            <w:pPr>
              <w:autoSpaceDE w:val="0"/>
              <w:autoSpaceDN w:val="0"/>
              <w:spacing w:before="92" w:after="0" w:line="230" w:lineRule="auto"/>
              <w:ind w:left="47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 08  202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3</w:t>
            </w:r>
            <w:r w:rsidR="00AC4211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г.</w:t>
            </w:r>
          </w:p>
        </w:tc>
        <w:tc>
          <w:tcPr>
            <w:tcW w:w="3480" w:type="dxa"/>
            <w:vMerge w:val="restart"/>
            <w:tcMar>
              <w:left w:w="0" w:type="dxa"/>
              <w:right w:w="0" w:type="dxa"/>
            </w:tcMar>
          </w:tcPr>
          <w:p w:rsidR="00C0114E" w:rsidRDefault="00AC4211">
            <w:pPr>
              <w:autoSpaceDE w:val="0"/>
              <w:autoSpaceDN w:val="0"/>
              <w:spacing w:before="92" w:after="0" w:line="230" w:lineRule="auto"/>
              <w:ind w:left="29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"31" 08</w:t>
            </w:r>
            <w:r w:rsidR="00C7216C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</w:t>
            </w:r>
            <w:r w:rsidR="00C7216C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</w:t>
            </w:r>
            <w:r w:rsidR="00C7216C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г.</w:t>
            </w:r>
          </w:p>
        </w:tc>
      </w:tr>
      <w:tr w:rsidR="00C0114E">
        <w:trPr>
          <w:trHeight w:hRule="exact" w:val="380"/>
        </w:trPr>
        <w:tc>
          <w:tcPr>
            <w:tcW w:w="3042" w:type="dxa"/>
            <w:tcMar>
              <w:left w:w="0" w:type="dxa"/>
              <w:right w:w="0" w:type="dxa"/>
            </w:tcMar>
          </w:tcPr>
          <w:p w:rsidR="00C0114E" w:rsidRDefault="00C7216C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 08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3</w:t>
            </w:r>
            <w:r w:rsidR="00AC4211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г.</w:t>
            </w:r>
          </w:p>
        </w:tc>
        <w:tc>
          <w:tcPr>
            <w:tcW w:w="3427" w:type="dxa"/>
            <w:vMerge/>
          </w:tcPr>
          <w:p w:rsidR="00C0114E" w:rsidRDefault="00C0114E"/>
        </w:tc>
        <w:tc>
          <w:tcPr>
            <w:tcW w:w="3427" w:type="dxa"/>
            <w:vMerge/>
          </w:tcPr>
          <w:p w:rsidR="00C0114E" w:rsidRDefault="00C0114E"/>
        </w:tc>
      </w:tr>
    </w:tbl>
    <w:p w:rsidR="00C0114E" w:rsidRPr="001C1A57" w:rsidRDefault="00AC4211">
      <w:pPr>
        <w:autoSpaceDE w:val="0"/>
        <w:autoSpaceDN w:val="0"/>
        <w:spacing w:before="978" w:after="0" w:line="262" w:lineRule="auto"/>
        <w:ind w:left="3744" w:right="3600"/>
        <w:jc w:val="center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1C1A57">
        <w:rPr>
          <w:lang w:val="ru-RU"/>
        </w:rPr>
        <w:br/>
      </w:r>
    </w:p>
    <w:p w:rsidR="00C0114E" w:rsidRPr="001C1A57" w:rsidRDefault="00AC4211">
      <w:pPr>
        <w:autoSpaceDE w:val="0"/>
        <w:autoSpaceDN w:val="0"/>
        <w:spacing w:before="166" w:after="0" w:line="262" w:lineRule="auto"/>
        <w:ind w:left="2592" w:right="2304"/>
        <w:jc w:val="center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1C1A57">
        <w:rPr>
          <w:lang w:val="ru-RU"/>
        </w:rPr>
        <w:br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«Литературное чтение на родном (русском) языке»</w:t>
      </w:r>
    </w:p>
    <w:p w:rsidR="00C0114E" w:rsidRPr="001C1A57" w:rsidRDefault="00AC4211">
      <w:pPr>
        <w:autoSpaceDE w:val="0"/>
        <w:autoSpaceDN w:val="0"/>
        <w:spacing w:before="670" w:after="0" w:line="262" w:lineRule="auto"/>
        <w:ind w:left="2880" w:right="2592"/>
        <w:jc w:val="center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для 3 класса начального общего образования </w:t>
      </w:r>
      <w:r w:rsidRPr="001C1A57">
        <w:rPr>
          <w:lang w:val="ru-RU"/>
        </w:rPr>
        <w:br/>
      </w:r>
      <w:r w:rsidR="00C7216C">
        <w:rPr>
          <w:rFonts w:ascii="Times New Roman" w:eastAsia="Times New Roman" w:hAnsi="Times New Roman"/>
          <w:color w:val="000000"/>
          <w:sz w:val="24"/>
          <w:lang w:val="ru-RU"/>
        </w:rPr>
        <w:t>на 2023-2024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  учебный год</w:t>
      </w:r>
    </w:p>
    <w:p w:rsidR="00C0114E" w:rsidRPr="001C1A57" w:rsidRDefault="00AC4211" w:rsidP="001C1A57">
      <w:pPr>
        <w:autoSpaceDE w:val="0"/>
        <w:autoSpaceDN w:val="0"/>
        <w:spacing w:before="2112" w:after="0" w:line="262" w:lineRule="auto"/>
        <w:ind w:left="5387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Тимербулатова </w:t>
      </w:r>
      <w:proofErr w:type="spell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Альфия</w:t>
      </w:r>
      <w:proofErr w:type="spell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Юсуповна</w:t>
      </w:r>
      <w:proofErr w:type="spell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 учитель начальных классов</w:t>
      </w:r>
    </w:p>
    <w:p w:rsidR="00C0114E" w:rsidRDefault="00C0114E">
      <w:pPr>
        <w:rPr>
          <w:lang w:val="ru-RU"/>
        </w:rPr>
      </w:pPr>
    </w:p>
    <w:p w:rsidR="00C0114E" w:rsidRDefault="00C0114E">
      <w:pPr>
        <w:autoSpaceDE w:val="0"/>
        <w:autoSpaceDN w:val="0"/>
        <w:spacing w:after="78" w:line="220" w:lineRule="exact"/>
        <w:rPr>
          <w:lang w:val="ru-RU"/>
        </w:rPr>
      </w:pPr>
    </w:p>
    <w:p w:rsidR="001C1A57" w:rsidRDefault="001C1A57">
      <w:pPr>
        <w:autoSpaceDE w:val="0"/>
        <w:autoSpaceDN w:val="0"/>
        <w:spacing w:after="78" w:line="220" w:lineRule="exact"/>
        <w:rPr>
          <w:lang w:val="ru-RU"/>
        </w:rPr>
      </w:pPr>
    </w:p>
    <w:p w:rsidR="001C1A57" w:rsidRDefault="001C1A57">
      <w:pPr>
        <w:autoSpaceDE w:val="0"/>
        <w:autoSpaceDN w:val="0"/>
        <w:spacing w:after="78" w:line="220" w:lineRule="exact"/>
        <w:rPr>
          <w:lang w:val="ru-RU"/>
        </w:rPr>
      </w:pPr>
    </w:p>
    <w:p w:rsidR="001C1A57" w:rsidRDefault="001C1A57">
      <w:pPr>
        <w:autoSpaceDE w:val="0"/>
        <w:autoSpaceDN w:val="0"/>
        <w:spacing w:after="78" w:line="220" w:lineRule="exact"/>
        <w:rPr>
          <w:lang w:val="ru-RU"/>
        </w:rPr>
      </w:pPr>
    </w:p>
    <w:p w:rsidR="001C1A57" w:rsidRDefault="001C1A57">
      <w:pPr>
        <w:autoSpaceDE w:val="0"/>
        <w:autoSpaceDN w:val="0"/>
        <w:spacing w:after="78" w:line="220" w:lineRule="exact"/>
        <w:rPr>
          <w:lang w:val="ru-RU"/>
        </w:rPr>
      </w:pPr>
    </w:p>
    <w:p w:rsidR="001C1A57" w:rsidRDefault="001C1A57">
      <w:pPr>
        <w:autoSpaceDE w:val="0"/>
        <w:autoSpaceDN w:val="0"/>
        <w:spacing w:after="78" w:line="220" w:lineRule="exact"/>
        <w:rPr>
          <w:lang w:val="ru-RU"/>
        </w:rPr>
      </w:pPr>
    </w:p>
    <w:p w:rsidR="001C1A57" w:rsidRPr="001C1A57" w:rsidRDefault="001C1A57" w:rsidP="001C1A57">
      <w:pPr>
        <w:autoSpaceDE w:val="0"/>
        <w:autoSpaceDN w:val="0"/>
        <w:spacing w:after="0" w:line="230" w:lineRule="auto"/>
        <w:ind w:right="3738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               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Юрматы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2023</w:t>
      </w:r>
    </w:p>
    <w:p w:rsidR="001C1A57" w:rsidRPr="001C1A57" w:rsidRDefault="001C1A57">
      <w:pPr>
        <w:autoSpaceDE w:val="0"/>
        <w:autoSpaceDN w:val="0"/>
        <w:spacing w:after="78" w:line="220" w:lineRule="exact"/>
        <w:rPr>
          <w:lang w:val="ru-RU"/>
        </w:rPr>
      </w:pPr>
    </w:p>
    <w:p w:rsidR="00C0114E" w:rsidRPr="001C1A57" w:rsidRDefault="00AC4211">
      <w:pPr>
        <w:autoSpaceDE w:val="0"/>
        <w:autoSpaceDN w:val="0"/>
        <w:spacing w:after="0" w:line="230" w:lineRule="auto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C0114E" w:rsidRPr="001C1A57" w:rsidRDefault="00AC4211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 по  литературному  чтению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</w:t>
      </w:r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 „О</w:t>
      </w:r>
      <w:proofErr w:type="gram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</w:t>
      </w:r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 № 64100), Примерной программы воспитания (утверждена решением ФУМО по 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  <w:proofErr w:type="gramEnd"/>
    </w:p>
    <w:p w:rsidR="00C0114E" w:rsidRPr="001C1A57" w:rsidRDefault="00AC4211">
      <w:pPr>
        <w:autoSpaceDE w:val="0"/>
        <w:autoSpaceDN w:val="0"/>
        <w:spacing w:before="262" w:after="0" w:line="262" w:lineRule="auto"/>
        <w:ind w:right="576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«ЛИТЕРАТУРНОЕ ЧТЕНИЕ НА РОДНОМ (РУССКОМ) ЯЗЫКЕ»</w:t>
      </w:r>
    </w:p>
    <w:p w:rsidR="00C0114E" w:rsidRPr="001C1A57" w:rsidRDefault="00AC4211">
      <w:pPr>
        <w:autoSpaceDE w:val="0"/>
        <w:autoSpaceDN w:val="0"/>
        <w:spacing w:before="166" w:after="0" w:line="271" w:lineRule="auto"/>
        <w:ind w:firstLine="18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учебного предмета «Литературное чтение на родном (русском) языке»</w:t>
      </w:r>
      <w:r w:rsidR="00C7216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разработана для организаций, реализующих программы начального общего образования. Программа направлена на оказание методической помощи образовательным организациям и учителю и позволит:</w:t>
      </w:r>
    </w:p>
    <w:p w:rsidR="00C0114E" w:rsidRPr="001C1A57" w:rsidRDefault="00AC4211">
      <w:pPr>
        <w:autoSpaceDE w:val="0"/>
        <w:autoSpaceDN w:val="0"/>
        <w:spacing w:before="178" w:after="0"/>
        <w:ind w:left="420" w:right="432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реализовать в процессе преподавания учебного предмета «Литературное чтение на родном (русском) языке» современные подходы к достижению личностных, </w:t>
      </w:r>
      <w:proofErr w:type="spell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обучения, сформулированных в Федеральном государственном образовательном стандарте начального общего образования;</w:t>
      </w:r>
    </w:p>
    <w:p w:rsidR="00C0114E" w:rsidRPr="001C1A57" w:rsidRDefault="00AC4211">
      <w:pPr>
        <w:autoSpaceDE w:val="0"/>
        <w:autoSpaceDN w:val="0"/>
        <w:spacing w:before="190" w:after="0" w:line="283" w:lineRule="auto"/>
        <w:ind w:left="420" w:right="144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определить и структурировать планируемые результаты обучения и содержание учебного предмета «Литературное чтение на родном (русском) языке» по годам обучения в соответствии с ФГОС НОО; Примерной основной образовательной программой начального общего образования (в редакции протокола от 8 апреля 2015 г. № 1/15 федерального учебно-методического </w:t>
      </w:r>
      <w:r w:rsidRPr="001C1A57">
        <w:rPr>
          <w:lang w:val="ru-RU"/>
        </w:rPr>
        <w:br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объединения по общему образованию); </w:t>
      </w:r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Примерной программой воспитания (одобрена решением федерального учебно-методического объединения  по  общему  образованию,  протокол  от 2 июня 2020 г. № 2/20);</w:t>
      </w:r>
      <w:proofErr w:type="gramEnd"/>
    </w:p>
    <w:p w:rsidR="00C0114E" w:rsidRPr="001C1A57" w:rsidRDefault="00AC4211">
      <w:pPr>
        <w:autoSpaceDE w:val="0"/>
        <w:autoSpaceDN w:val="0"/>
        <w:spacing w:before="192" w:after="0"/>
        <w:ind w:left="420" w:right="288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C0114E" w:rsidRPr="001C1A57" w:rsidRDefault="00AC4211">
      <w:pPr>
        <w:autoSpaceDE w:val="0"/>
        <w:autoSpaceDN w:val="0"/>
        <w:spacing w:before="178" w:after="0" w:line="283" w:lineRule="auto"/>
        <w:ind w:firstLine="18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1C1A57">
        <w:rPr>
          <w:lang w:val="ru-RU"/>
        </w:rPr>
        <w:br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государственным образовательным стандартом начального общего образования к предметной области</w:t>
      </w:r>
      <w:r w:rsidR="00C7216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«Родной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родном (русском) языке в рамках предметной области «Родной язык и литературное чтение на родном языке» имеют свою специфику.</w:t>
      </w:r>
    </w:p>
    <w:p w:rsidR="00C0114E" w:rsidRPr="001C1A57" w:rsidRDefault="00AC4211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историко-</w:t>
      </w:r>
    </w:p>
    <w:p w:rsidR="00C0114E" w:rsidRPr="001C1A57" w:rsidRDefault="00AC4211">
      <w:pPr>
        <w:autoSpaceDE w:val="0"/>
        <w:autoSpaceDN w:val="0"/>
        <w:spacing w:after="0" w:line="288" w:lineRule="auto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культурных, нравственных, эстетических ценностей; понимания роли фольклора и художественной литературы родного народа в создании культурного, морально-этического и эстетического </w:t>
      </w:r>
      <w:r w:rsidRPr="001C1A57">
        <w:rPr>
          <w:lang w:val="ru-RU"/>
        </w:rPr>
        <w:br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пространства субъекта Российской Федерации; </w:t>
      </w:r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</w:t>
      </w:r>
      <w:proofErr w:type="gram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школьников.</w:t>
      </w:r>
    </w:p>
    <w:p w:rsidR="00C0114E" w:rsidRPr="001C1A57" w:rsidRDefault="00AC4211">
      <w:pPr>
        <w:autoSpaceDE w:val="0"/>
        <w:autoSpaceDN w:val="0"/>
        <w:spacing w:before="262" w:after="0" w:line="262" w:lineRule="auto"/>
        <w:ind w:right="576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«ЛИТЕРАТУРНОЕ ЧТЕНИЕ НА РОДНОМ (РУССКОМ) ЯЗЫКЕ»</w:t>
      </w:r>
    </w:p>
    <w:p w:rsidR="00C0114E" w:rsidRPr="001C1A57" w:rsidRDefault="00AC4211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изучения предмета «Литературное чтение на родном (русском) языке» являются:</w:t>
      </w:r>
    </w:p>
    <w:p w:rsidR="00C0114E" w:rsidRPr="001C1A57" w:rsidRDefault="00AC4211">
      <w:pPr>
        <w:autoSpaceDE w:val="0"/>
        <w:autoSpaceDN w:val="0"/>
        <w:spacing w:before="178" w:after="0" w:line="262" w:lineRule="auto"/>
        <w:ind w:left="420" w:right="144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воспитание ценностного отношения к русской литературе и русскому языку как существенной части родной культуры;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включение </w:t>
      </w:r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осознание исторической преемственности поколений, своей ответственности за сохранение русской культуры;</w:t>
      </w:r>
    </w:p>
    <w:p w:rsidR="00C0114E" w:rsidRPr="001C1A57" w:rsidRDefault="00AC421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развитие читательских умений.</w:t>
      </w:r>
    </w:p>
    <w:p w:rsidR="00C0114E" w:rsidRPr="001C1A57" w:rsidRDefault="00AC4211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Достижение данных целей предполагает решение следующих </w:t>
      </w: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задач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0114E" w:rsidRPr="001C1A57" w:rsidRDefault="00AC4211">
      <w:pPr>
        <w:autoSpaceDE w:val="0"/>
        <w:autoSpaceDN w:val="0"/>
        <w:spacing w:before="178" w:after="0" w:line="271" w:lineRule="auto"/>
        <w:ind w:left="420" w:right="736"/>
        <w:jc w:val="both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C0114E" w:rsidRPr="001C1A57" w:rsidRDefault="00AC4211">
      <w:pPr>
        <w:autoSpaceDE w:val="0"/>
        <w:autoSpaceDN w:val="0"/>
        <w:spacing w:before="192" w:after="0"/>
        <w:ind w:left="420" w:right="432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воспитание ценностного отношения к историко-культурному опыту русского народа, введение обучающегося в культурн</w:t>
      </w:r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обогащение знаний о художественно-эстетических возможностях русского языка на основе изучения произведений русской литературы;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потребности в постоянном чтении для развития личности, для речевого самосовершенствования;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420" w:right="1152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всех видов речевой деятельности, приобретение опыта создания устных и письменных высказываний о </w:t>
      </w:r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прочитанном</w:t>
      </w:r>
      <w:proofErr w:type="gram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C0114E" w:rsidRPr="001C1A57" w:rsidRDefault="00C0114E">
      <w:pPr>
        <w:rPr>
          <w:lang w:val="ru-RU"/>
        </w:rPr>
        <w:sectPr w:rsidR="00C0114E" w:rsidRPr="001C1A57">
          <w:pgSz w:w="11900" w:h="16840"/>
          <w:pgMar w:top="286" w:right="718" w:bottom="372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C0114E" w:rsidRPr="001C1A57" w:rsidRDefault="00C0114E">
      <w:pPr>
        <w:autoSpaceDE w:val="0"/>
        <w:autoSpaceDN w:val="0"/>
        <w:spacing w:after="78" w:line="220" w:lineRule="exact"/>
        <w:rPr>
          <w:lang w:val="ru-RU"/>
        </w:rPr>
      </w:pPr>
    </w:p>
    <w:p w:rsidR="00C0114E" w:rsidRPr="001C1A57" w:rsidRDefault="00AC4211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ЛИТЕРАТУРНОЕ ЧТЕНИЕ НА РОДНОМ (РУССКОМ) ЯЗЫКЕ» В УЧЕБНОМ ПЛАНЕ</w:t>
      </w:r>
    </w:p>
    <w:p w:rsidR="00C0114E" w:rsidRPr="001C1A57" w:rsidRDefault="00AC4211">
      <w:pPr>
        <w:autoSpaceDE w:val="0"/>
        <w:autoSpaceDN w:val="0"/>
        <w:spacing w:before="166" w:after="0" w:line="283" w:lineRule="auto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</w:t>
      </w:r>
      <w:r w:rsidRPr="001C1A57">
        <w:rPr>
          <w:lang w:val="ru-RU"/>
        </w:rPr>
        <w:br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представленных в Федеральном государственном образовательном стандарте начального общего образования, и рассчитана на общую учебную нагрузку в объёме 34 часа в 3 классе. Резерв учебного времени отводится на вариативную часть программы, которая предусматривает изучение </w:t>
      </w:r>
      <w:r w:rsidRPr="001C1A57">
        <w:rPr>
          <w:lang w:val="ru-RU"/>
        </w:rPr>
        <w:br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произведений, отобранных составителями рабочих программ для реализации регионального компонента содержания литературного образования.</w:t>
      </w:r>
    </w:p>
    <w:p w:rsidR="00C0114E" w:rsidRPr="001C1A57" w:rsidRDefault="00AC4211">
      <w:pPr>
        <w:autoSpaceDE w:val="0"/>
        <w:autoSpaceDN w:val="0"/>
        <w:spacing w:before="264" w:after="0" w:line="262" w:lineRule="auto"/>
        <w:ind w:right="1008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ОСНОВНЫЕ СОДЕРЖАТЕЛЬНЫЕ ЛИНИИ РАБОЧЕЙ ПРОГРАММЫ УЧЕБНОГО ПРЕДМЕТА «ЛИТЕРАТУРНОЕ ЧТЕНИЕ НА РОДНОМ (РУССКОМ) ЯЗЫКЕ»</w:t>
      </w:r>
    </w:p>
    <w:p w:rsidR="00C0114E" w:rsidRPr="001C1A57" w:rsidRDefault="00AC4211">
      <w:pPr>
        <w:autoSpaceDE w:val="0"/>
        <w:autoSpaceDN w:val="0"/>
        <w:spacing w:before="166" w:after="0" w:line="288" w:lineRule="auto"/>
        <w:ind w:firstLine="18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</w:t>
      </w:r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</w:t>
      </w:r>
      <w:r w:rsidRPr="001C1A57">
        <w:rPr>
          <w:lang w:val="ru-RU"/>
        </w:rPr>
        <w:br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рассматриваться  как  время для углублённого изучения основного курса литературного чтения, входящего в предметную область «Русский язык и литературное чтение».</w:t>
      </w:r>
      <w:proofErr w:type="gram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</w:t>
      </w:r>
      <w:r w:rsidRPr="001C1A57">
        <w:rPr>
          <w:lang w:val="ru-RU"/>
        </w:rPr>
        <w:br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национального сознания и русской культуры понятиями.</w:t>
      </w:r>
      <w:proofErr w:type="gram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C0114E" w:rsidRPr="001C1A57" w:rsidRDefault="00AC4211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1C1A57">
        <w:rPr>
          <w:lang w:val="ru-RU"/>
        </w:rPr>
        <w:tab/>
      </w:r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В данной программе специфика курса «Литературное чтение на родном (русском) языке»</w:t>
      </w:r>
      <w:r w:rsidR="002D5DE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реализована благодаря: </w:t>
      </w:r>
      <w:r w:rsidRPr="001C1A57">
        <w:rPr>
          <w:lang w:val="ru-RU"/>
        </w:rPr>
        <w:br/>
      </w:r>
      <w:r w:rsidRPr="001C1A57">
        <w:rPr>
          <w:lang w:val="ru-RU"/>
        </w:rPr>
        <w:tab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а) отбору произведений, в которых отражается русский национальный характер, обычаи, традиции русского народа, духовные основы русской культуры; </w:t>
      </w:r>
      <w:r w:rsidRPr="001C1A57">
        <w:rPr>
          <w:lang w:val="ru-RU"/>
        </w:rPr>
        <w:br/>
      </w:r>
      <w:r w:rsidRPr="001C1A57">
        <w:rPr>
          <w:lang w:val="ru-RU"/>
        </w:rPr>
        <w:tab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</w:t>
      </w:r>
      <w:proofErr w:type="gram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C1A57">
        <w:rPr>
          <w:lang w:val="ru-RU"/>
        </w:rPr>
        <w:br/>
      </w:r>
      <w:r w:rsidRPr="001C1A57">
        <w:rPr>
          <w:lang w:val="ru-RU"/>
        </w:rPr>
        <w:tab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</w:t>
      </w:r>
    </w:p>
    <w:p w:rsidR="00C0114E" w:rsidRPr="001C1A57" w:rsidRDefault="00AC4211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</w:t>
      </w:r>
    </w:p>
    <w:p w:rsidR="00C0114E" w:rsidRPr="001C1A57" w:rsidRDefault="00AC4211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</w:t>
      </w:r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Оба курса объединяет</w:t>
      </w:r>
      <w:proofErr w:type="gram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</w:t>
      </w:r>
    </w:p>
    <w:p w:rsidR="00C0114E" w:rsidRPr="001C1A57" w:rsidRDefault="00C0114E">
      <w:pPr>
        <w:rPr>
          <w:lang w:val="ru-RU"/>
        </w:rPr>
        <w:sectPr w:rsidR="00C0114E" w:rsidRPr="001C1A57">
          <w:pgSz w:w="11900" w:h="16840"/>
          <w:pgMar w:top="298" w:right="756" w:bottom="402" w:left="666" w:header="720" w:footer="720" w:gutter="0"/>
          <w:cols w:space="720" w:equalWidth="0">
            <w:col w:w="10478" w:space="0"/>
          </w:cols>
          <w:docGrid w:linePitch="360"/>
        </w:sectPr>
      </w:pPr>
    </w:p>
    <w:p w:rsidR="00C0114E" w:rsidRPr="001C1A57" w:rsidRDefault="00C0114E">
      <w:pPr>
        <w:autoSpaceDE w:val="0"/>
        <w:autoSpaceDN w:val="0"/>
        <w:spacing w:after="66" w:line="220" w:lineRule="exact"/>
        <w:rPr>
          <w:lang w:val="ru-RU"/>
        </w:rPr>
      </w:pPr>
    </w:p>
    <w:p w:rsidR="00C0114E" w:rsidRPr="001C1A57" w:rsidRDefault="00AC4211">
      <w:pPr>
        <w:autoSpaceDE w:val="0"/>
        <w:autoSpaceDN w:val="0"/>
        <w:spacing w:after="0" w:line="271" w:lineRule="auto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C0114E" w:rsidRPr="001C1A57" w:rsidRDefault="00C0114E">
      <w:pPr>
        <w:rPr>
          <w:lang w:val="ru-RU"/>
        </w:rPr>
        <w:sectPr w:rsidR="00C0114E" w:rsidRPr="001C1A57">
          <w:pgSz w:w="11900" w:h="16840"/>
          <w:pgMar w:top="286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C0114E" w:rsidRPr="001C1A57" w:rsidRDefault="00C0114E">
      <w:pPr>
        <w:autoSpaceDE w:val="0"/>
        <w:autoSpaceDN w:val="0"/>
        <w:spacing w:after="78" w:line="220" w:lineRule="exact"/>
        <w:rPr>
          <w:lang w:val="ru-RU"/>
        </w:rPr>
      </w:pPr>
    </w:p>
    <w:p w:rsidR="00C0114E" w:rsidRPr="001C1A57" w:rsidRDefault="00AC4211">
      <w:pPr>
        <w:autoSpaceDE w:val="0"/>
        <w:autoSpaceDN w:val="0"/>
        <w:spacing w:after="0" w:line="230" w:lineRule="auto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ПРЕДМЕТА</w:t>
      </w:r>
    </w:p>
    <w:p w:rsidR="00C0114E" w:rsidRPr="001C1A57" w:rsidRDefault="00AC4211">
      <w:pPr>
        <w:autoSpaceDE w:val="0"/>
        <w:autoSpaceDN w:val="0"/>
        <w:spacing w:before="346" w:after="0" w:line="230" w:lineRule="auto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1. МИР ДЕТСТВА</w:t>
      </w:r>
    </w:p>
    <w:p w:rsidR="00C0114E" w:rsidRPr="001C1A57" w:rsidRDefault="00AC4211">
      <w:pPr>
        <w:autoSpaceDE w:val="0"/>
        <w:autoSpaceDN w:val="0"/>
        <w:spacing w:before="262" w:after="0" w:line="230" w:lineRule="auto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Я и книги</w:t>
      </w:r>
    </w:p>
    <w:p w:rsidR="00C0114E" w:rsidRPr="001C1A57" w:rsidRDefault="00AC4211">
      <w:pPr>
        <w:autoSpaceDE w:val="0"/>
        <w:autoSpaceDN w:val="0"/>
        <w:spacing w:before="166" w:after="0" w:line="262" w:lineRule="auto"/>
        <w:ind w:left="180" w:right="4320"/>
        <w:rPr>
          <w:lang w:val="ru-RU"/>
        </w:rPr>
      </w:pPr>
      <w:r w:rsidRPr="001C1A5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Пишут не пером, а умом </w:t>
      </w:r>
      <w:r w:rsidRPr="001C1A57">
        <w:rPr>
          <w:lang w:val="ru-RU"/>
        </w:rPr>
        <w:br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Произведения, отражающие первый опыт «писательства».</w:t>
      </w:r>
    </w:p>
    <w:p w:rsidR="00C0114E" w:rsidRPr="001C1A57" w:rsidRDefault="00AC4211">
      <w:pPr>
        <w:autoSpaceDE w:val="0"/>
        <w:autoSpaceDN w:val="0"/>
        <w:spacing w:before="70" w:after="0" w:line="271" w:lineRule="auto"/>
        <w:ind w:left="180" w:right="3024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Например: </w:t>
      </w:r>
      <w:r w:rsidRPr="001C1A57">
        <w:rPr>
          <w:lang w:val="ru-RU"/>
        </w:rPr>
        <w:br/>
      </w: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И. Воробьев.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«Я ничего не придумал» (глава «Мой дневник»). </w:t>
      </w: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П. Крапивин.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«Сказки Севки Глущенко» (глава «День рождения»).</w:t>
      </w:r>
    </w:p>
    <w:p w:rsidR="00C0114E" w:rsidRPr="001C1A57" w:rsidRDefault="00AC4211">
      <w:pPr>
        <w:autoSpaceDE w:val="0"/>
        <w:autoSpaceDN w:val="0"/>
        <w:spacing w:before="264" w:after="0" w:line="230" w:lineRule="auto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взрослею </w:t>
      </w:r>
    </w:p>
    <w:p w:rsidR="00C0114E" w:rsidRPr="001C1A57" w:rsidRDefault="00AC4211">
      <w:pPr>
        <w:autoSpaceDE w:val="0"/>
        <w:autoSpaceDN w:val="0"/>
        <w:spacing w:before="168" w:after="0" w:line="262" w:lineRule="auto"/>
        <w:ind w:left="180" w:right="7488"/>
        <w:rPr>
          <w:lang w:val="ru-RU"/>
        </w:rPr>
      </w:pPr>
      <w:r w:rsidRPr="001C1A5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Жизнь дана на добрые дела </w:t>
      </w:r>
      <w:r w:rsidRPr="001C1A57">
        <w:rPr>
          <w:lang w:val="ru-RU"/>
        </w:rPr>
        <w:br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Пословицы о доброте.</w:t>
      </w:r>
    </w:p>
    <w:p w:rsidR="00C0114E" w:rsidRPr="001C1A57" w:rsidRDefault="00AC4211">
      <w:pPr>
        <w:tabs>
          <w:tab w:val="left" w:pos="180"/>
        </w:tabs>
        <w:autoSpaceDE w:val="0"/>
        <w:autoSpaceDN w:val="0"/>
        <w:spacing w:before="70" w:after="0" w:line="271" w:lineRule="auto"/>
        <w:ind w:right="864"/>
        <w:rPr>
          <w:lang w:val="ru-RU"/>
        </w:rPr>
      </w:pPr>
      <w:r w:rsidRPr="001C1A57">
        <w:rPr>
          <w:lang w:val="ru-RU"/>
        </w:rPr>
        <w:tab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представление о доброте как нравственно-этической ценности, значимой для национального русского сознания. Например: </w:t>
      </w:r>
      <w:r w:rsidRPr="001C1A57">
        <w:rPr>
          <w:lang w:val="ru-RU"/>
        </w:rPr>
        <w:br/>
      </w:r>
      <w:r w:rsidRPr="001C1A57">
        <w:rPr>
          <w:lang w:val="ru-RU"/>
        </w:rPr>
        <w:tab/>
      </w: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Ю. А. Буковский.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«О Доброте — злой и доброй».</w:t>
      </w:r>
    </w:p>
    <w:p w:rsidR="00C0114E" w:rsidRPr="001C1A57" w:rsidRDefault="00AC421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 Л. Яхнин.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«Последняя рубашка».</w:t>
      </w:r>
    </w:p>
    <w:p w:rsidR="00C0114E" w:rsidRPr="001C1A57" w:rsidRDefault="00AC4211">
      <w:pPr>
        <w:autoSpaceDE w:val="0"/>
        <w:autoSpaceDN w:val="0"/>
        <w:spacing w:before="70" w:after="0" w:line="262" w:lineRule="auto"/>
        <w:ind w:left="180" w:right="8064"/>
        <w:rPr>
          <w:lang w:val="ru-RU"/>
        </w:rPr>
      </w:pPr>
      <w:r w:rsidRPr="001C1A5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Живи по совести </w:t>
      </w:r>
      <w:r w:rsidRPr="001C1A57">
        <w:rPr>
          <w:lang w:val="ru-RU"/>
        </w:rPr>
        <w:br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Пословицы о совести.</w:t>
      </w:r>
    </w:p>
    <w:p w:rsidR="00C0114E" w:rsidRPr="001C1A57" w:rsidRDefault="00AC4211">
      <w:pPr>
        <w:tabs>
          <w:tab w:val="left" w:pos="180"/>
        </w:tabs>
        <w:autoSpaceDE w:val="0"/>
        <w:autoSpaceDN w:val="0"/>
        <w:spacing w:before="70" w:after="0" w:line="271" w:lineRule="auto"/>
        <w:ind w:right="864"/>
        <w:rPr>
          <w:lang w:val="ru-RU"/>
        </w:rPr>
      </w:pPr>
      <w:r w:rsidRPr="001C1A57">
        <w:rPr>
          <w:lang w:val="ru-RU"/>
        </w:rPr>
        <w:tab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представление о совести как нравственно-этической ценности, значимой для национального русского сознания. Например: </w:t>
      </w:r>
      <w:r w:rsidRPr="001C1A57">
        <w:rPr>
          <w:lang w:val="ru-RU"/>
        </w:rPr>
        <w:br/>
      </w:r>
      <w:r w:rsidRPr="001C1A57">
        <w:rPr>
          <w:lang w:val="ru-RU"/>
        </w:rPr>
        <w:tab/>
      </w: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П. В. </w:t>
      </w:r>
      <w:proofErr w:type="spellStart"/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Засодимский</w:t>
      </w:r>
      <w:proofErr w:type="spellEnd"/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«Гришина милостыня».</w:t>
      </w:r>
    </w:p>
    <w:p w:rsidR="00C0114E" w:rsidRPr="001C1A57" w:rsidRDefault="00AC421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Г. Волкова.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spell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Дреби</w:t>
      </w:r>
      <w:proofErr w:type="spell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-Дон».</w:t>
      </w:r>
    </w:p>
    <w:p w:rsidR="00C0114E" w:rsidRPr="001C1A57" w:rsidRDefault="00AC4211">
      <w:pPr>
        <w:autoSpaceDE w:val="0"/>
        <w:autoSpaceDN w:val="0"/>
        <w:spacing w:before="262" w:after="0" w:line="230" w:lineRule="auto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и моя семья </w:t>
      </w:r>
    </w:p>
    <w:p w:rsidR="00C0114E" w:rsidRPr="001C1A57" w:rsidRDefault="00AC4211">
      <w:pPr>
        <w:tabs>
          <w:tab w:val="left" w:pos="180"/>
        </w:tabs>
        <w:autoSpaceDE w:val="0"/>
        <w:autoSpaceDN w:val="0"/>
        <w:spacing w:before="166" w:after="0"/>
        <w:ind w:right="576"/>
        <w:rPr>
          <w:lang w:val="ru-RU"/>
        </w:rPr>
      </w:pPr>
      <w:r w:rsidRPr="001C1A57">
        <w:rPr>
          <w:lang w:val="ru-RU"/>
        </w:rPr>
        <w:tab/>
      </w:r>
      <w:r w:rsidRPr="001C1A5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дружной семье и в холод тепло </w:t>
      </w:r>
      <w:r w:rsidRPr="001C1A57">
        <w:rPr>
          <w:lang w:val="ru-RU"/>
        </w:rPr>
        <w:br/>
      </w:r>
      <w:r w:rsidRPr="001C1A57">
        <w:rPr>
          <w:lang w:val="ru-RU"/>
        </w:rPr>
        <w:tab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традиционные представления о семейных ценностях (лад, любовь, взаимопонимание, забота, терпение, уважение к старшим). Например: </w:t>
      </w:r>
      <w:r w:rsidRPr="001C1A57">
        <w:rPr>
          <w:lang w:val="ru-RU"/>
        </w:rPr>
        <w:br/>
      </w:r>
      <w:r w:rsidRPr="001C1A57">
        <w:rPr>
          <w:lang w:val="ru-RU"/>
        </w:rPr>
        <w:tab/>
      </w: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О. Ф. </w:t>
      </w:r>
      <w:proofErr w:type="spellStart"/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Кургузов</w:t>
      </w:r>
      <w:proofErr w:type="spellEnd"/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«Душа нараспашку».</w:t>
      </w:r>
    </w:p>
    <w:p w:rsidR="00C0114E" w:rsidRPr="001C1A57" w:rsidRDefault="00AC421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Л. Решетов.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«Зёрнышки спелых яблок» (фрагмент).</w:t>
      </w:r>
    </w:p>
    <w:p w:rsidR="00C0114E" w:rsidRPr="001C1A57" w:rsidRDefault="00AC421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М. Шукшин.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«Как зайка летал на воздушных шариках» (фрагмент).</w:t>
      </w:r>
    </w:p>
    <w:p w:rsidR="00C0114E" w:rsidRPr="001C1A57" w:rsidRDefault="00AC4211">
      <w:pPr>
        <w:autoSpaceDE w:val="0"/>
        <w:autoSpaceDN w:val="0"/>
        <w:spacing w:before="384" w:after="0" w:line="230" w:lineRule="auto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Я фантазирую и мечтаю</w:t>
      </w:r>
    </w:p>
    <w:p w:rsidR="00C0114E" w:rsidRPr="001C1A57" w:rsidRDefault="00AC4211">
      <w:pPr>
        <w:tabs>
          <w:tab w:val="left" w:pos="180"/>
        </w:tabs>
        <w:autoSpaceDE w:val="0"/>
        <w:autoSpaceDN w:val="0"/>
        <w:spacing w:before="166" w:after="0" w:line="281" w:lineRule="auto"/>
        <w:ind w:right="576"/>
        <w:rPr>
          <w:lang w:val="ru-RU"/>
        </w:rPr>
      </w:pPr>
      <w:r w:rsidRPr="001C1A57">
        <w:rPr>
          <w:lang w:val="ru-RU"/>
        </w:rPr>
        <w:tab/>
      </w:r>
      <w:r w:rsidRPr="001C1A5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Детские фантазии </w:t>
      </w:r>
      <w:r w:rsidRPr="001C1A57">
        <w:rPr>
          <w:lang w:val="ru-RU"/>
        </w:rPr>
        <w:br/>
      </w:r>
      <w:r w:rsidRPr="001C1A57">
        <w:rPr>
          <w:lang w:val="ru-RU"/>
        </w:rPr>
        <w:tab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значение мечты и фантазии для взросления, взаимодействие мира реального и мира фантастического. Например: </w:t>
      </w:r>
      <w:r w:rsidRPr="001C1A57">
        <w:rPr>
          <w:lang w:val="ru-RU"/>
        </w:rPr>
        <w:br/>
      </w:r>
      <w:r w:rsidRPr="001C1A57">
        <w:rPr>
          <w:lang w:val="ru-RU"/>
        </w:rPr>
        <w:tab/>
      </w: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П.  Крапивин. 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«Брат, которому семь» (фрагмент главы</w:t>
      </w:r>
      <w:r w:rsidRPr="001C1A57">
        <w:rPr>
          <w:lang w:val="ru-RU"/>
        </w:rPr>
        <w:br/>
      </w:r>
      <w:r w:rsidRPr="001C1A57">
        <w:rPr>
          <w:lang w:val="ru-RU"/>
        </w:rPr>
        <w:tab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«Зелёная грива»).</w:t>
      </w:r>
    </w:p>
    <w:p w:rsidR="00C0114E" w:rsidRPr="001C1A57" w:rsidRDefault="00AC421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 К. Чуковская.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«Мой отец — Корней Чуковский» (фрагмент).</w:t>
      </w:r>
    </w:p>
    <w:p w:rsidR="00C0114E" w:rsidRPr="001C1A57" w:rsidRDefault="00AC4211">
      <w:pPr>
        <w:autoSpaceDE w:val="0"/>
        <w:autoSpaceDN w:val="0"/>
        <w:spacing w:before="382" w:after="0" w:line="230" w:lineRule="auto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2. РОССИЯ — РОДИНА МОЯ</w:t>
      </w:r>
    </w:p>
    <w:p w:rsidR="00C0114E" w:rsidRPr="001C1A57" w:rsidRDefault="00AC4211">
      <w:pPr>
        <w:autoSpaceDE w:val="0"/>
        <w:autoSpaceDN w:val="0"/>
        <w:spacing w:before="262" w:after="0" w:line="230" w:lineRule="auto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Родная страна во все времена сынами сильна</w:t>
      </w:r>
    </w:p>
    <w:p w:rsidR="00C0114E" w:rsidRPr="001C1A57" w:rsidRDefault="00AC4211">
      <w:pPr>
        <w:autoSpaceDE w:val="0"/>
        <w:autoSpaceDN w:val="0"/>
        <w:spacing w:before="166" w:after="0" w:line="271" w:lineRule="auto"/>
        <w:ind w:left="180" w:right="2592"/>
        <w:rPr>
          <w:lang w:val="ru-RU"/>
        </w:rPr>
      </w:pPr>
      <w:r w:rsidRPr="001C1A5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Люди земли Русской </w:t>
      </w:r>
      <w:r w:rsidRPr="001C1A57">
        <w:rPr>
          <w:lang w:val="ru-RU"/>
        </w:rPr>
        <w:br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Произведения о выдающихся представителях русского н</w:t>
      </w:r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а-</w:t>
      </w:r>
      <w:proofErr w:type="gram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 рода. Например: </w:t>
      </w: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О. М. Гурьян.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«Мальчик из Холмогор» (фрагмент).</w:t>
      </w:r>
    </w:p>
    <w:p w:rsidR="00C0114E" w:rsidRPr="001C1A57" w:rsidRDefault="00C0114E">
      <w:pPr>
        <w:rPr>
          <w:lang w:val="ru-RU"/>
        </w:rPr>
        <w:sectPr w:rsidR="00C0114E" w:rsidRPr="001C1A57">
          <w:pgSz w:w="11900" w:h="16840"/>
          <w:pgMar w:top="298" w:right="650" w:bottom="3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0114E" w:rsidRPr="001C1A57" w:rsidRDefault="00C0114E">
      <w:pPr>
        <w:autoSpaceDE w:val="0"/>
        <w:autoSpaceDN w:val="0"/>
        <w:spacing w:after="78" w:line="220" w:lineRule="exact"/>
        <w:rPr>
          <w:lang w:val="ru-RU"/>
        </w:rPr>
      </w:pPr>
    </w:p>
    <w:p w:rsidR="00C0114E" w:rsidRPr="001C1A57" w:rsidRDefault="00AC4211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1C1A57">
        <w:rPr>
          <w:lang w:val="ru-RU"/>
        </w:rPr>
        <w:tab/>
      </w: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А.  </w:t>
      </w:r>
      <w:proofErr w:type="spellStart"/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Бахревский</w:t>
      </w:r>
      <w:proofErr w:type="spellEnd"/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«Семён Дежнёв» (фрагмент). </w:t>
      </w: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М. Коняев.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«Правнуки богатырей» (фрагмент). </w:t>
      </w: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Н. Майков.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«Ломоносов» (фрагмент).</w:t>
      </w:r>
    </w:p>
    <w:p w:rsidR="00C0114E" w:rsidRPr="001C1A57" w:rsidRDefault="00AC4211">
      <w:pPr>
        <w:autoSpaceDE w:val="0"/>
        <w:autoSpaceDN w:val="0"/>
        <w:spacing w:before="262" w:after="0" w:line="230" w:lineRule="auto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От праздника к празднику </w:t>
      </w:r>
    </w:p>
    <w:p w:rsidR="00C0114E" w:rsidRPr="001C1A57" w:rsidRDefault="00AC4211">
      <w:pPr>
        <w:autoSpaceDE w:val="0"/>
        <w:autoSpaceDN w:val="0"/>
        <w:spacing w:before="166" w:after="0" w:line="271" w:lineRule="auto"/>
        <w:ind w:left="180" w:right="720"/>
        <w:rPr>
          <w:lang w:val="ru-RU"/>
        </w:rPr>
      </w:pPr>
      <w:r w:rsidRPr="001C1A5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Всякая душа празднику рада </w:t>
      </w:r>
      <w:r w:rsidRPr="001C1A57">
        <w:rPr>
          <w:lang w:val="ru-RU"/>
        </w:rPr>
        <w:br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Произведения о праздниках, значимых для русской кул</w:t>
      </w:r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ь-</w:t>
      </w:r>
      <w:proofErr w:type="gram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 туры: </w:t>
      </w:r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Рождестве</w:t>
      </w:r>
      <w:proofErr w:type="gram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, Пасхе. Например: </w:t>
      </w: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Е. В. Григорьева.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«Радость».</w:t>
      </w:r>
    </w:p>
    <w:p w:rsidR="00C0114E" w:rsidRPr="001C1A57" w:rsidRDefault="00AC421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proofErr w:type="spellStart"/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А.И.Куприн</w:t>
      </w:r>
      <w:proofErr w:type="gramStart"/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Пасхальные</w:t>
      </w:r>
      <w:proofErr w:type="spell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 колокола» (фрагмент).</w:t>
      </w:r>
    </w:p>
    <w:p w:rsidR="00C0114E" w:rsidRPr="001C1A57" w:rsidRDefault="00AC421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Чёрный.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«Пасхальный визит» (фрагмент).</w:t>
      </w:r>
    </w:p>
    <w:p w:rsidR="00C0114E" w:rsidRPr="001C1A57" w:rsidRDefault="00AC4211">
      <w:pPr>
        <w:autoSpaceDE w:val="0"/>
        <w:autoSpaceDN w:val="0"/>
        <w:spacing w:before="264" w:after="0" w:line="230" w:lineRule="auto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 родной природе </w:t>
      </w:r>
    </w:p>
    <w:p w:rsidR="00C0114E" w:rsidRPr="001C1A57" w:rsidRDefault="00AC4211">
      <w:pPr>
        <w:tabs>
          <w:tab w:val="left" w:pos="180"/>
        </w:tabs>
        <w:autoSpaceDE w:val="0"/>
        <w:autoSpaceDN w:val="0"/>
        <w:spacing w:before="168" w:after="0" w:line="281" w:lineRule="auto"/>
        <w:rPr>
          <w:lang w:val="ru-RU"/>
        </w:rPr>
      </w:pPr>
      <w:r w:rsidRPr="001C1A57">
        <w:rPr>
          <w:lang w:val="ru-RU"/>
        </w:rPr>
        <w:tab/>
      </w:r>
      <w:r w:rsidRPr="001C1A57">
        <w:rPr>
          <w:rFonts w:ascii="Times New Roman" w:eastAsia="Times New Roman" w:hAnsi="Times New Roman"/>
          <w:i/>
          <w:color w:val="000000"/>
          <w:sz w:val="24"/>
          <w:lang w:val="ru-RU"/>
        </w:rPr>
        <w:t>Неразгаданная тайна — в чащах леса…</w:t>
      </w:r>
      <w:r w:rsidRPr="001C1A57">
        <w:rPr>
          <w:lang w:val="ru-RU"/>
        </w:rPr>
        <w:br/>
      </w:r>
      <w:r w:rsidRPr="001C1A57">
        <w:rPr>
          <w:lang w:val="ru-RU"/>
        </w:rPr>
        <w:tab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Поэтические представления русского народа о лесе, реке, тумане; отражение этих представлений в фольклоре и их развитие в русской поэзии и прозе. Например: </w:t>
      </w:r>
      <w:r w:rsidRPr="001C1A57">
        <w:rPr>
          <w:lang w:val="ru-RU"/>
        </w:rPr>
        <w:br/>
      </w:r>
      <w:r w:rsidRPr="001C1A57">
        <w:rPr>
          <w:lang w:val="ru-RU"/>
        </w:rPr>
        <w:tab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Русские народные загадки о лесе, реке, тумане. </w:t>
      </w: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П. Астафьев. 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spell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Зорькина</w:t>
      </w:r>
      <w:proofErr w:type="spell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 песня» (фрагмент). </w:t>
      </w: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Д. Берестов.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«У реки».</w:t>
      </w:r>
    </w:p>
    <w:p w:rsidR="00C0114E" w:rsidRPr="001C1A57" w:rsidRDefault="00AC421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С. Никитин.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«Лес».</w:t>
      </w:r>
    </w:p>
    <w:p w:rsidR="00C0114E" w:rsidRPr="001C1A57" w:rsidRDefault="00AC421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К. Г. Паустовский.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«Клад».</w:t>
      </w:r>
    </w:p>
    <w:p w:rsidR="00C0114E" w:rsidRPr="001C1A57" w:rsidRDefault="00AC421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М. Пришвин.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«Как распускаются разные деревья».</w:t>
      </w:r>
    </w:p>
    <w:p w:rsidR="00C0114E" w:rsidRPr="001C1A57" w:rsidRDefault="00AC421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П. </w:t>
      </w:r>
      <w:proofErr w:type="spellStart"/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Токмакова</w:t>
      </w:r>
      <w:proofErr w:type="spellEnd"/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«Туман».</w:t>
      </w:r>
    </w:p>
    <w:p w:rsidR="00C0114E" w:rsidRPr="001C1A57" w:rsidRDefault="00C0114E">
      <w:pPr>
        <w:rPr>
          <w:lang w:val="ru-RU"/>
        </w:rPr>
        <w:sectPr w:rsidR="00C0114E" w:rsidRPr="001C1A57">
          <w:pgSz w:w="11900" w:h="16840"/>
          <w:pgMar w:top="298" w:right="674" w:bottom="1440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C0114E" w:rsidRPr="001C1A57" w:rsidRDefault="00C0114E">
      <w:pPr>
        <w:autoSpaceDE w:val="0"/>
        <w:autoSpaceDN w:val="0"/>
        <w:spacing w:after="78" w:line="220" w:lineRule="exact"/>
        <w:rPr>
          <w:lang w:val="ru-RU"/>
        </w:rPr>
      </w:pPr>
    </w:p>
    <w:p w:rsidR="00C0114E" w:rsidRPr="001C1A57" w:rsidRDefault="00AC4211">
      <w:pPr>
        <w:autoSpaceDE w:val="0"/>
        <w:autoSpaceDN w:val="0"/>
        <w:spacing w:after="0" w:line="230" w:lineRule="auto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C0114E" w:rsidRPr="001C1A57" w:rsidRDefault="00AC4211">
      <w:pPr>
        <w:autoSpaceDE w:val="0"/>
        <w:autoSpaceDN w:val="0"/>
        <w:spacing w:before="346" w:after="0" w:line="281" w:lineRule="auto"/>
        <w:ind w:right="720" w:firstLine="18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</w:t>
      </w:r>
    </w:p>
    <w:p w:rsidR="00C0114E" w:rsidRPr="001C1A57" w:rsidRDefault="00AC4211">
      <w:pPr>
        <w:autoSpaceDE w:val="0"/>
        <w:autoSpaceDN w:val="0"/>
        <w:spacing w:before="262" w:after="0" w:line="230" w:lineRule="auto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C0114E" w:rsidRPr="001C1A57" w:rsidRDefault="00AC4211">
      <w:pPr>
        <w:tabs>
          <w:tab w:val="left" w:pos="180"/>
        </w:tabs>
        <w:autoSpaceDE w:val="0"/>
        <w:autoSpaceDN w:val="0"/>
        <w:spacing w:before="166" w:after="0" w:line="278" w:lineRule="auto"/>
        <w:rPr>
          <w:lang w:val="ru-RU"/>
        </w:rPr>
      </w:pPr>
      <w:r w:rsidRPr="001C1A57">
        <w:rPr>
          <w:lang w:val="ru-RU"/>
        </w:rPr>
        <w:tab/>
      </w:r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</w:t>
      </w:r>
      <w:r w:rsidRPr="001C1A57">
        <w:rPr>
          <w:lang w:val="ru-RU"/>
        </w:rPr>
        <w:br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 воспитательной деятельности: </w:t>
      </w:r>
      <w:r w:rsidRPr="001C1A57">
        <w:rPr>
          <w:lang w:val="ru-RU"/>
        </w:rPr>
        <w:br/>
      </w:r>
      <w:r w:rsidRPr="001C1A57">
        <w:rPr>
          <w:lang w:val="ru-RU"/>
        </w:rPr>
        <w:tab/>
      </w: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proofErr w:type="gramEnd"/>
    </w:p>
    <w:p w:rsidR="00C0114E" w:rsidRPr="001C1A57" w:rsidRDefault="00AC4211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своей Родине — России, в том числе через изучение художественных произведений, отражающих историю и культуру страны;</w:t>
      </w:r>
    </w:p>
    <w:p w:rsidR="00C0114E" w:rsidRPr="001C1A57" w:rsidRDefault="00AC4211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уважение к своему и другим народам, </w:t>
      </w:r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формируемое</w:t>
      </w:r>
      <w:proofErr w:type="gram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 в том числе на основе примеров из художественных произведений и фольклора;</w:t>
      </w:r>
    </w:p>
    <w:p w:rsidR="00C0114E" w:rsidRPr="001C1A57" w:rsidRDefault="00AC4211">
      <w:pPr>
        <w:autoSpaceDE w:val="0"/>
        <w:autoSpaceDN w:val="0"/>
        <w:spacing w:before="190" w:after="0"/>
        <w:ind w:left="420" w:right="288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:rsidR="00C0114E" w:rsidRPr="001C1A57" w:rsidRDefault="00AC421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0114E" w:rsidRPr="001C1A57" w:rsidRDefault="00AC4211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признание индивидуальности каждого человека с опорой на собственный жизненный и читательский опыт;</w:t>
      </w:r>
    </w:p>
    <w:p w:rsidR="00C0114E" w:rsidRPr="001C1A57" w:rsidRDefault="00AC4211">
      <w:pPr>
        <w:autoSpaceDE w:val="0"/>
        <w:autoSpaceDN w:val="0"/>
        <w:spacing w:before="192" w:after="0" w:line="271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</w:t>
      </w:r>
      <w:r w:rsidRPr="001C1A57">
        <w:rPr>
          <w:lang w:val="ru-RU"/>
        </w:rPr>
        <w:br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эмоционально-нравственной отзывчивости, понимания и сопереживания чувствам других людей;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288" w:right="144"/>
        <w:jc w:val="center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неприятие любых форм поведения, направленных на причинение физического и морального вреда  другим  людям (в том числе связанного с использованием недопустимых средств языка);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C0114E" w:rsidRPr="001C1A57" w:rsidRDefault="00AC421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</w:p>
    <w:p w:rsidR="00C0114E" w:rsidRPr="001C1A57" w:rsidRDefault="00AC4211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стремление к самовыражению в разных видах художественной деятельности, в том числе в искусстве слова;</w:t>
      </w:r>
    </w:p>
    <w:p w:rsidR="00C0114E" w:rsidRPr="001C1A57" w:rsidRDefault="00AC421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0114E" w:rsidRPr="001C1A57" w:rsidRDefault="00C0114E">
      <w:pPr>
        <w:rPr>
          <w:lang w:val="ru-RU"/>
        </w:rPr>
        <w:sectPr w:rsidR="00C0114E" w:rsidRPr="001C1A57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0114E" w:rsidRPr="001C1A57" w:rsidRDefault="00C0114E">
      <w:pPr>
        <w:autoSpaceDE w:val="0"/>
        <w:autoSpaceDN w:val="0"/>
        <w:spacing w:after="90" w:line="220" w:lineRule="exact"/>
        <w:rPr>
          <w:lang w:val="ru-RU"/>
        </w:rPr>
      </w:pPr>
    </w:p>
    <w:p w:rsidR="00C0114E" w:rsidRPr="001C1A57" w:rsidRDefault="00AC4211">
      <w:pPr>
        <w:autoSpaceDE w:val="0"/>
        <w:autoSpaceDN w:val="0"/>
        <w:spacing w:after="0" w:line="262" w:lineRule="auto"/>
        <w:ind w:left="420" w:right="432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C0114E" w:rsidRPr="001C1A57" w:rsidRDefault="00AC4211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C0114E" w:rsidRPr="001C1A57" w:rsidRDefault="00AC421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</w:p>
    <w:p w:rsidR="00C0114E" w:rsidRPr="001C1A57" w:rsidRDefault="00AC4211">
      <w:pPr>
        <w:autoSpaceDE w:val="0"/>
        <w:autoSpaceDN w:val="0"/>
        <w:spacing w:before="178" w:after="0" w:line="281" w:lineRule="auto"/>
        <w:ind w:left="420" w:right="144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—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</w:t>
      </w:r>
      <w:r w:rsidRPr="001C1A57">
        <w:rPr>
          <w:lang w:val="ru-RU"/>
        </w:rPr>
        <w:br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</w:t>
      </w:r>
      <w:r w:rsidRPr="001C1A57">
        <w:rPr>
          <w:lang w:val="ru-RU"/>
        </w:rPr>
        <w:br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произведений;</w:t>
      </w:r>
    </w:p>
    <w:p w:rsidR="00C0114E" w:rsidRPr="001C1A57" w:rsidRDefault="00AC421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C0114E" w:rsidRPr="001C1A57" w:rsidRDefault="00AC4211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природе, формируемое в процессе работы с текстами;</w:t>
      </w:r>
    </w:p>
    <w:p w:rsidR="00C0114E" w:rsidRPr="001C1A57" w:rsidRDefault="00AC421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вред;</w:t>
      </w:r>
    </w:p>
    <w:p w:rsidR="00C0114E" w:rsidRPr="001C1A57" w:rsidRDefault="00AC421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C0114E" w:rsidRPr="001C1A57" w:rsidRDefault="00AC4211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первоначальные представления о научной картине мира, </w:t>
      </w:r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формируемые</w:t>
      </w:r>
      <w:proofErr w:type="gram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 в том числе в процессе усвоения ряда литературоведческих понятий;</w:t>
      </w:r>
    </w:p>
    <w:p w:rsidR="00C0114E" w:rsidRPr="001C1A57" w:rsidRDefault="00AC4211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познавательные интересы, активность,  инициативность, любознательность и </w:t>
      </w:r>
      <w:r w:rsidRPr="001C1A57">
        <w:rPr>
          <w:lang w:val="ru-RU"/>
        </w:rPr>
        <w:br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самостоятельность в  познании, 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:rsidR="00C0114E" w:rsidRPr="001C1A57" w:rsidRDefault="00AC4211">
      <w:pPr>
        <w:autoSpaceDE w:val="0"/>
        <w:autoSpaceDN w:val="0"/>
        <w:spacing w:before="322" w:after="0" w:line="230" w:lineRule="auto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C0114E" w:rsidRPr="001C1A57" w:rsidRDefault="00AC4211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1C1A57">
        <w:rPr>
          <w:lang w:val="ru-RU"/>
        </w:rPr>
        <w:tab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предмета «</w:t>
      </w:r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Литературное</w:t>
      </w:r>
      <w:proofErr w:type="gram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 чтения на родном (русском) языке» у обучающегося будут сформированы следующие </w:t>
      </w: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C0114E" w:rsidRPr="001C1A57" w:rsidRDefault="00AC421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логические действия:</w:t>
      </w:r>
    </w:p>
    <w:p w:rsidR="00C0114E" w:rsidRPr="001C1A57" w:rsidRDefault="00AC4211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различные тексты, устанавливать основания для сравнения текстов, устанавливать аналогии текстов;</w:t>
      </w:r>
    </w:p>
    <w:p w:rsidR="00C0114E" w:rsidRPr="001C1A57" w:rsidRDefault="00AC4211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объединять объекты (тексты) по определённому признаку;</w:t>
      </w:r>
    </w:p>
    <w:p w:rsidR="00C0114E" w:rsidRPr="001C1A57" w:rsidRDefault="00AC4211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определять существенный признак для классификации пословиц, поговорок, фразеологизмов;</w:t>
      </w:r>
    </w:p>
    <w:p w:rsidR="00C0114E" w:rsidRPr="001C1A57" w:rsidRDefault="00AC4211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C0114E" w:rsidRPr="001C1A57" w:rsidRDefault="00AC421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причинно-следственные связи при анализе текста, делать выводы.</w:t>
      </w:r>
    </w:p>
    <w:p w:rsidR="00C0114E" w:rsidRPr="001C1A57" w:rsidRDefault="00AC421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0114E" w:rsidRPr="001C1A57" w:rsidRDefault="00AC4211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с помощью учителя формулировать цель, планировать изменения собственного высказывания в соответствии с речевой ситуацией;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несколько вариантов выполнения задания, выбирать наиболее </w:t>
      </w:r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подходящий</w:t>
      </w:r>
      <w:proofErr w:type="gram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 (на основе предложенных критериев);</w:t>
      </w:r>
    </w:p>
    <w:p w:rsidR="00C0114E" w:rsidRPr="001C1A57" w:rsidRDefault="00C0114E">
      <w:pPr>
        <w:rPr>
          <w:lang w:val="ru-RU"/>
        </w:rPr>
        <w:sectPr w:rsidR="00C0114E" w:rsidRPr="001C1A57">
          <w:pgSz w:w="11900" w:h="16840"/>
          <w:pgMar w:top="310" w:right="664" w:bottom="392" w:left="666" w:header="720" w:footer="720" w:gutter="0"/>
          <w:cols w:space="720" w:equalWidth="0">
            <w:col w:w="10570" w:space="0"/>
          </w:cols>
          <w:docGrid w:linePitch="360"/>
        </w:sectPr>
      </w:pPr>
    </w:p>
    <w:p w:rsidR="00C0114E" w:rsidRPr="001C1A57" w:rsidRDefault="00C0114E">
      <w:pPr>
        <w:autoSpaceDE w:val="0"/>
        <w:autoSpaceDN w:val="0"/>
        <w:spacing w:after="108" w:line="220" w:lineRule="exact"/>
        <w:rPr>
          <w:lang w:val="ru-RU"/>
        </w:rPr>
      </w:pPr>
    </w:p>
    <w:p w:rsidR="00C0114E" w:rsidRPr="001C1A57" w:rsidRDefault="00AC4211">
      <w:pPr>
        <w:autoSpaceDE w:val="0"/>
        <w:autoSpaceDN w:val="0"/>
        <w:spacing w:after="0" w:line="262" w:lineRule="auto"/>
        <w:ind w:left="420" w:right="1152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предложенному плану несложное мини-исследование, выполнять по предложенному плану проектное задание;</w:t>
      </w:r>
    </w:p>
    <w:p w:rsidR="00C0114E" w:rsidRPr="001C1A57" w:rsidRDefault="00AC4211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развитие процессов, событий и их последствия в аналогичных или сходных ситуациях.</w:t>
      </w:r>
    </w:p>
    <w:p w:rsidR="00C0114E" w:rsidRPr="001C1A57" w:rsidRDefault="00AC421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информацией:</w:t>
      </w:r>
    </w:p>
    <w:p w:rsidR="00C0114E" w:rsidRPr="001C1A57" w:rsidRDefault="00AC4211">
      <w:pPr>
        <w:autoSpaceDE w:val="0"/>
        <w:autoSpaceDN w:val="0"/>
        <w:spacing w:before="180" w:after="0" w:line="262" w:lineRule="auto"/>
        <w:ind w:left="420" w:right="432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информации: нужный словарь, справочник для получения запрашиваемой информации, для уточнения;</w:t>
      </w:r>
    </w:p>
    <w:p w:rsidR="00C0114E" w:rsidRPr="001C1A57" w:rsidRDefault="00AC4211">
      <w:pPr>
        <w:autoSpaceDE w:val="0"/>
        <w:autoSpaceDN w:val="0"/>
        <w:spacing w:before="192" w:after="0" w:line="262" w:lineRule="auto"/>
        <w:ind w:left="420" w:right="7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создавать текстовую, графическую, видео, звуковую информацию в соответствии с учебной задачей;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C0114E" w:rsidRPr="001C1A57" w:rsidRDefault="00AC4211">
      <w:pPr>
        <w:tabs>
          <w:tab w:val="left" w:pos="180"/>
        </w:tabs>
        <w:autoSpaceDE w:val="0"/>
        <w:autoSpaceDN w:val="0"/>
        <w:spacing w:before="178" w:after="0" w:line="262" w:lineRule="auto"/>
        <w:ind w:right="1008"/>
        <w:rPr>
          <w:lang w:val="ru-RU"/>
        </w:rPr>
      </w:pPr>
      <w:r w:rsidRPr="001C1A57">
        <w:rPr>
          <w:lang w:val="ru-RU"/>
        </w:rPr>
        <w:tab/>
      </w:r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  <w:proofErr w:type="gramEnd"/>
    </w:p>
    <w:p w:rsidR="00C0114E" w:rsidRPr="001C1A57" w:rsidRDefault="00AC421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Общение:</w:t>
      </w:r>
    </w:p>
    <w:p w:rsidR="00C0114E" w:rsidRPr="001C1A57" w:rsidRDefault="00AC4211">
      <w:pPr>
        <w:autoSpaceDE w:val="0"/>
        <w:autoSpaceDN w:val="0"/>
        <w:spacing w:before="178" w:after="0" w:line="262" w:lineRule="auto"/>
        <w:ind w:left="420" w:right="576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и формулировать суждения, выражать эмоции в соответствии с целями и условиями общения в знакомой среде;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проявлять уважительное отношение к собеседнику, соблюдать правила ведения диалоги и дискуссии;</w:t>
      </w:r>
    </w:p>
    <w:p w:rsidR="00C0114E" w:rsidRPr="001C1A57" w:rsidRDefault="00AC4211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</w:t>
      </w:r>
    </w:p>
    <w:p w:rsidR="00C0114E" w:rsidRPr="001C1A57" w:rsidRDefault="00AC4211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мнение;</w:t>
      </w:r>
    </w:p>
    <w:p w:rsidR="00C0114E" w:rsidRPr="001C1A57" w:rsidRDefault="00AC421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строить речевое высказывание в соответствии с поставленной задачей;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420" w:right="1152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и письменные тексты (описание, рассуждение, повествование) в соответствии с речевой ситуацией;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C0114E" w:rsidRPr="001C1A57" w:rsidRDefault="00AC421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подбирать иллюстративный материал (рисунки, фото, плакаты) к тексту выступления.</w:t>
      </w:r>
    </w:p>
    <w:p w:rsidR="00C0114E" w:rsidRPr="001C1A57" w:rsidRDefault="00AC421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C0114E" w:rsidRPr="001C1A57" w:rsidRDefault="00AC4211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C0114E" w:rsidRPr="001C1A57" w:rsidRDefault="00C0114E">
      <w:pPr>
        <w:rPr>
          <w:lang w:val="ru-RU"/>
        </w:rPr>
        <w:sectPr w:rsidR="00C0114E" w:rsidRPr="001C1A57">
          <w:pgSz w:w="11900" w:h="16840"/>
          <w:pgMar w:top="328" w:right="744" w:bottom="408" w:left="666" w:header="720" w:footer="720" w:gutter="0"/>
          <w:cols w:space="720" w:equalWidth="0">
            <w:col w:w="10490" w:space="0"/>
          </w:cols>
          <w:docGrid w:linePitch="360"/>
        </w:sectPr>
      </w:pPr>
    </w:p>
    <w:p w:rsidR="00C0114E" w:rsidRPr="001C1A57" w:rsidRDefault="00C0114E">
      <w:pPr>
        <w:autoSpaceDE w:val="0"/>
        <w:autoSpaceDN w:val="0"/>
        <w:spacing w:after="108" w:line="220" w:lineRule="exact"/>
        <w:rPr>
          <w:lang w:val="ru-RU"/>
        </w:rPr>
      </w:pPr>
    </w:p>
    <w:p w:rsidR="00C0114E" w:rsidRPr="001C1A57" w:rsidRDefault="00AC4211">
      <w:pPr>
        <w:autoSpaceDE w:val="0"/>
        <w:autoSpaceDN w:val="0"/>
        <w:spacing w:after="0" w:line="262" w:lineRule="auto"/>
        <w:ind w:left="420" w:right="144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проявлять готовность руководить, выполнять поручения, подчиняться, самостоятельно разрешать конфликты;</w:t>
      </w:r>
    </w:p>
    <w:p w:rsidR="00C0114E" w:rsidRPr="001C1A57" w:rsidRDefault="00AC421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работы;</w:t>
      </w:r>
    </w:p>
    <w:p w:rsidR="00C0114E" w:rsidRPr="001C1A57" w:rsidRDefault="00AC421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оценивать свой вклад в общий результат;</w:t>
      </w:r>
    </w:p>
    <w:p w:rsidR="00C0114E" w:rsidRPr="001C1A57" w:rsidRDefault="00AC421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C0114E" w:rsidRPr="001C1A57" w:rsidRDefault="00AC4211">
      <w:pPr>
        <w:tabs>
          <w:tab w:val="left" w:pos="180"/>
        </w:tabs>
        <w:autoSpaceDE w:val="0"/>
        <w:autoSpaceDN w:val="0"/>
        <w:spacing w:before="178" w:after="0" w:line="262" w:lineRule="auto"/>
        <w:rPr>
          <w:lang w:val="ru-RU"/>
        </w:rPr>
      </w:pPr>
      <w:r w:rsidRPr="001C1A57">
        <w:rPr>
          <w:lang w:val="ru-RU"/>
        </w:rPr>
        <w:tab/>
      </w:r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  <w:proofErr w:type="gramEnd"/>
    </w:p>
    <w:p w:rsidR="00C0114E" w:rsidRPr="001C1A57" w:rsidRDefault="00AC4211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Самоорганизация:</w:t>
      </w:r>
    </w:p>
    <w:p w:rsidR="00C0114E" w:rsidRPr="001C1A57" w:rsidRDefault="00AC4211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действия по решению учебной задачи для получения результата;</w:t>
      </w:r>
    </w:p>
    <w:p w:rsidR="00C0114E" w:rsidRPr="001C1A57" w:rsidRDefault="00AC421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действий.</w:t>
      </w:r>
    </w:p>
    <w:p w:rsidR="00C0114E" w:rsidRPr="001C1A57" w:rsidRDefault="00AC421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</w:t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0114E" w:rsidRPr="001C1A57" w:rsidRDefault="00AC4211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причины успеха/неудач учебной деятельности;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речевых ошибок и ошибок, связанных с анализом текстов;</w:t>
      </w:r>
    </w:p>
    <w:p w:rsidR="00C0114E" w:rsidRPr="001C1A57" w:rsidRDefault="00AC421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соотносить результат деятельности с поставленной учебной задачей по анализу текстов;</w:t>
      </w:r>
    </w:p>
    <w:p w:rsidR="00C0114E" w:rsidRPr="001C1A57" w:rsidRDefault="00AC421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находить ошибку, допущенную при работе с текстами;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C0114E" w:rsidRPr="001C1A57" w:rsidRDefault="00AC4211">
      <w:pPr>
        <w:autoSpaceDE w:val="0"/>
        <w:autoSpaceDN w:val="0"/>
        <w:spacing w:before="322" w:after="0" w:line="230" w:lineRule="auto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C0114E" w:rsidRPr="001C1A57" w:rsidRDefault="00AC4211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 классе </w:t>
      </w:r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научится:</w:t>
      </w:r>
    </w:p>
    <w:p w:rsidR="00C0114E" w:rsidRPr="001C1A57" w:rsidRDefault="00AC4211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осознавать коммуникативно-эстетические возможности русского языка на основе изучения произведений русской литературы;</w:t>
      </w:r>
    </w:p>
    <w:p w:rsidR="00C0114E" w:rsidRPr="001C1A57" w:rsidRDefault="00AC4211">
      <w:pPr>
        <w:autoSpaceDE w:val="0"/>
        <w:autoSpaceDN w:val="0"/>
        <w:spacing w:before="192" w:after="0" w:line="262" w:lineRule="auto"/>
        <w:ind w:left="420" w:right="144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осознавать родную литературу как национально-культурную ценность народа, как средство сохранения и передачи нравственных ценностей и традиций;</w:t>
      </w:r>
    </w:p>
    <w:p w:rsidR="00C0114E" w:rsidRPr="001C1A57" w:rsidRDefault="00AC4211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давать и обосновывать нравственную оценку поступков героев;</w:t>
      </w:r>
    </w:p>
    <w:p w:rsidR="00C0114E" w:rsidRPr="001C1A57" w:rsidRDefault="00AC4211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и анализа </w:t>
      </w:r>
      <w:r w:rsidRPr="001C1A57">
        <w:rPr>
          <w:lang w:val="ru-RU"/>
        </w:rPr>
        <w:br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художественных, научно-популярных и учебных текстов;</w:t>
      </w:r>
    </w:p>
    <w:p w:rsidR="00C0114E" w:rsidRPr="001C1A57" w:rsidRDefault="00AC4211">
      <w:pPr>
        <w:autoSpaceDE w:val="0"/>
        <w:autoSpaceDN w:val="0"/>
        <w:spacing w:before="190" w:after="0" w:line="281" w:lineRule="auto"/>
        <w:ind w:left="420" w:right="432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опыт чтения произведений русской  литературы для речевого </w:t>
      </w:r>
      <w:r w:rsidRPr="001C1A57">
        <w:rPr>
          <w:lang w:val="ru-RU"/>
        </w:rPr>
        <w:br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учётом специфики текста в виде пересказа (полного или краткого), пересказывать литературное произведение от имени одного из действующих лиц;</w:t>
      </w:r>
    </w:p>
    <w:p w:rsidR="00C0114E" w:rsidRPr="001C1A57" w:rsidRDefault="00AC4211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справочными источниками для понимания текста и получения дополнительной информации.</w:t>
      </w:r>
    </w:p>
    <w:p w:rsidR="00C0114E" w:rsidRPr="001C1A57" w:rsidRDefault="00C0114E">
      <w:pPr>
        <w:rPr>
          <w:lang w:val="ru-RU"/>
        </w:rPr>
        <w:sectPr w:rsidR="00C0114E" w:rsidRPr="001C1A57">
          <w:pgSz w:w="11900" w:h="16840"/>
          <w:pgMar w:top="328" w:right="740" w:bottom="564" w:left="666" w:header="720" w:footer="720" w:gutter="0"/>
          <w:cols w:space="720" w:equalWidth="0">
            <w:col w:w="10494" w:space="0"/>
          </w:cols>
          <w:docGrid w:linePitch="360"/>
        </w:sectPr>
      </w:pPr>
    </w:p>
    <w:p w:rsidR="00C0114E" w:rsidRPr="001C1A57" w:rsidRDefault="00C0114E">
      <w:pPr>
        <w:autoSpaceDE w:val="0"/>
        <w:autoSpaceDN w:val="0"/>
        <w:spacing w:after="64" w:line="220" w:lineRule="exact"/>
        <w:rPr>
          <w:lang w:val="ru-RU"/>
        </w:rPr>
      </w:pPr>
    </w:p>
    <w:p w:rsidR="00C0114E" w:rsidRDefault="00AC4211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418"/>
        <w:gridCol w:w="528"/>
        <w:gridCol w:w="1104"/>
        <w:gridCol w:w="1140"/>
        <w:gridCol w:w="7372"/>
        <w:gridCol w:w="1118"/>
        <w:gridCol w:w="2426"/>
      </w:tblGrid>
      <w:tr w:rsidR="001C1A57" w:rsidTr="00294B15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78" w:after="0" w:line="247" w:lineRule="auto"/>
              <w:ind w:left="72" w:right="288"/>
              <w:jc w:val="both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7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2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1C1A57" w:rsidTr="001C1A57">
        <w:trPr>
          <w:trHeight w:hRule="exact" w:val="540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A57" w:rsidRDefault="001C1A57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A57" w:rsidRDefault="001C1A57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7372" w:type="dxa"/>
            <w:vMerge/>
            <w:tcBorders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1C1A57" w:rsidRDefault="001C1A57"/>
        </w:tc>
        <w:tc>
          <w:tcPr>
            <w:tcW w:w="1118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1C1A57" w:rsidRDefault="001C1A57"/>
        </w:tc>
        <w:tc>
          <w:tcPr>
            <w:tcW w:w="2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A57" w:rsidRDefault="001C1A57"/>
        </w:tc>
      </w:tr>
      <w:tr w:rsidR="00C0114E">
        <w:trPr>
          <w:trHeight w:hRule="exact" w:val="348"/>
        </w:trPr>
        <w:tc>
          <w:tcPr>
            <w:tcW w:w="15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4E" w:rsidRDefault="00AC421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МИР ДЕТСТВА</w:t>
            </w:r>
          </w:p>
        </w:tc>
      </w:tr>
      <w:tr w:rsidR="001C1A57" w:rsidTr="00F21236">
        <w:trPr>
          <w:trHeight w:hRule="exact" w:val="227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Я и книги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80" w:after="0" w:line="254" w:lineRule="auto"/>
              <w:ind w:left="72" w:right="144"/>
              <w:rPr>
                <w:lang w:val="ru-RU"/>
              </w:rPr>
            </w:pPr>
            <w:proofErr w:type="gramStart"/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вслух и про себя отрывков из повестей о первом детском опыте написания дневников, стихотворений, рассказов;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Понимание значения незнакомых слов и выражений в тексте с опорой на контекст,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морфемную структуру слова и дополнительные источники информации;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Характеристика текста художественного произведения: ответы на вопросы по содержанию, определение мотивов поступков героев, объяснение их эмоционального состояния;</w:t>
            </w:r>
            <w:proofErr w:type="gramEnd"/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сопоставление автобиографической повести и повести с вымышленными героями;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Наблюдение: рассматривание иллюстраций, поиск в тексте отрывков, соответствующих предложенным иллюстрациям;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на основе проблемных вопросов к тексту, обсуждение историко-культурной информации, имеющей отношение к прочитанным произведениям;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80" w:after="0" w:line="252" w:lineRule="auto"/>
              <w:ind w:left="72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viki.rdf.ru, school-collection.edu.ru</w:t>
            </w:r>
          </w:p>
        </w:tc>
      </w:tr>
      <w:tr w:rsidR="001C1A57" w:rsidTr="0093652A">
        <w:trPr>
          <w:trHeight w:hRule="exact" w:val="15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Я взрослею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proofErr w:type="gramStart"/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вслух: выразительное чтение сказки (работа в паре); чтение сказки по ролям (работа в группе);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на основе проблемных вопросов к тексту;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про себя: чтение произведений разных жанров; </w:t>
            </w:r>
            <w:proofErr w:type="spellStart"/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перечитывание</w:t>
            </w:r>
            <w:proofErr w:type="spellEnd"/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текста с целью поиска информации для ответа на вопросы;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текста: восприятие на слух фрагментов текста;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Чтение вслух: чтение диалогов по ролям;</w:t>
            </w:r>
            <w:proofErr w:type="gramEnd"/>
          </w:p>
        </w:tc>
        <w:tc>
          <w:tcPr>
            <w:tcW w:w="11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https://obrazovaka.ru/krapivin-biografiya-kratko.html</w:t>
            </w:r>
          </w:p>
        </w:tc>
      </w:tr>
      <w:tr w:rsidR="001C1A57" w:rsidTr="00E25FFF">
        <w:trPr>
          <w:trHeight w:hRule="exact" w:val="246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Я и моя семья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текста: восприятие текста, который читает учитель, ответы на вопросы к тексту, формулирование вопросов по содержанию воспринятого на слух текста;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про себя: чтение текстов рассказов, фрагментов автобиографической повести, справочной информации;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вслух: чтение по ролям небольшого рассказа; самостоятельное определение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необходимого количества чтецов (работа в группе);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Понимание значения незнакомых слов и выражений в тексте с опорой на контекст,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морфемную структуру слова и дополнительные источники информации; оценка точности авторских слов через сопоставление авторского выбора с синонимичными словами и выражениями;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на основе проблемных вопросов к тексту; доказательство собственной точки зрения с опорой на текст;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viki.rdf.ru, school-collection.edu.ru</w:t>
            </w:r>
          </w:p>
        </w:tc>
      </w:tr>
      <w:tr w:rsidR="001C1A57" w:rsidRPr="005106C4" w:rsidTr="00CC28AC">
        <w:trPr>
          <w:trHeight w:hRule="exact" w:val="247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Я фантазирую и мечтаю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gramStart"/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текста: восприятие текста, который читает учитель, ответы на вопросы к тексту, формулирование вопросов по содержанию воспринятого на слух текста;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про себя: чтение фрагментов повести, автобиографических воспоминаний, справочной информации историко-культурного характера, имеющей отношение к прочитанному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произведению;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Понимание значения незнакомых слов и выражений в тексте с опорой на контекст,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морфемную структуру слова и дополнительные источники информации;</w:t>
            </w:r>
            <w:proofErr w:type="gramEnd"/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оценка точности авторских слов через сопоставление авторского выбора с синонимичными словами и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выражениями;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на основе текста;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Внеклассное чтение: выбрать книгу для дополнительного чтения, опираясь на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рекомендательный список в учебнике и рассказ учителя;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multi</w:t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mama</w:t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stihi</w:t>
            </w:r>
            <w:proofErr w:type="spellEnd"/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chukovskogo</w:t>
            </w:r>
            <w:proofErr w:type="spellEnd"/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dlya</w:t>
            </w:r>
            <w:proofErr w:type="spellEnd"/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detei</w:t>
            </w:r>
            <w:proofErr w:type="spellEnd"/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C0114E">
        <w:trPr>
          <w:trHeight w:hRule="exact" w:val="32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4E" w:rsidRDefault="00AC421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4E" w:rsidRDefault="00AC421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</w:t>
            </w:r>
          </w:p>
        </w:tc>
        <w:tc>
          <w:tcPr>
            <w:tcW w:w="13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4E" w:rsidRDefault="00C0114E"/>
        </w:tc>
      </w:tr>
    </w:tbl>
    <w:p w:rsidR="00C0114E" w:rsidRDefault="00C0114E">
      <w:pPr>
        <w:autoSpaceDE w:val="0"/>
        <w:autoSpaceDN w:val="0"/>
        <w:spacing w:after="0" w:line="14" w:lineRule="exact"/>
      </w:pPr>
    </w:p>
    <w:p w:rsidR="00C0114E" w:rsidRDefault="00C0114E">
      <w:pPr>
        <w:sectPr w:rsidR="00C0114E">
          <w:pgSz w:w="16840" w:h="11900"/>
          <w:pgMar w:top="282" w:right="640" w:bottom="28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0114E" w:rsidRDefault="00C0114E">
      <w:pPr>
        <w:autoSpaceDE w:val="0"/>
        <w:autoSpaceDN w:val="0"/>
        <w:spacing w:after="0" w:line="11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814"/>
        <w:gridCol w:w="528"/>
        <w:gridCol w:w="13160"/>
      </w:tblGrid>
      <w:tr w:rsidR="00C0114E">
        <w:trPr>
          <w:trHeight w:hRule="exact" w:val="348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4E" w:rsidRDefault="00C0114E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4E" w:rsidRDefault="00C0114E"/>
        </w:tc>
        <w:tc>
          <w:tcPr>
            <w:tcW w:w="1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4E" w:rsidRDefault="00C0114E"/>
        </w:tc>
      </w:tr>
    </w:tbl>
    <w:p w:rsidR="00C0114E" w:rsidRDefault="00C0114E">
      <w:pPr>
        <w:autoSpaceDE w:val="0"/>
        <w:autoSpaceDN w:val="0"/>
        <w:spacing w:after="0" w:line="336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418"/>
        <w:gridCol w:w="528"/>
        <w:gridCol w:w="1104"/>
        <w:gridCol w:w="1140"/>
        <w:gridCol w:w="7372"/>
        <w:gridCol w:w="1118"/>
        <w:gridCol w:w="2426"/>
      </w:tblGrid>
      <w:tr w:rsidR="00C0114E">
        <w:trPr>
          <w:trHeight w:hRule="exact" w:val="348"/>
        </w:trPr>
        <w:tc>
          <w:tcPr>
            <w:tcW w:w="15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4E" w:rsidRDefault="00AC421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2.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РОССИЯ — РОДИНА МОЯ</w:t>
            </w:r>
          </w:p>
        </w:tc>
      </w:tr>
      <w:tr w:rsidR="001C1A57" w:rsidTr="009154FE">
        <w:trPr>
          <w:trHeight w:hRule="exact" w:val="20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78" w:after="0" w:line="247" w:lineRule="auto"/>
              <w:ind w:right="144"/>
              <w:jc w:val="center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lang w:val="ru-RU"/>
              </w:rPr>
              <w:t xml:space="preserve">Родная страна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lang w:val="ru-RU"/>
              </w:rPr>
              <w:t>во все времена сынами сильна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текста: восприятие текста, который читает учитель, ответы на вопросы к тексту, формулирование вопросов по содержанию воспринятого на слух текста; сопоставление информации из прослушанного текста и содержания историко-культурного комментария; Чтение про себя: чтение фрагментов биографических повестей, справочной информации историко-культурного характера, имеющей отношение к прочитанным произведениям; Чтение вслух: выразительное чтение стихотворений;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Понимание значения незнакомых слов и выражений в тексте с опорой на контекст, морфемную структуру слова и дополнительные источники информации; оценка точности авторских слов через сопоставление авторского выбора с синонимичными словами и выражениями;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https://nauka.club/biografi/dezhnev-semen-ivanovich.html</w:t>
            </w:r>
          </w:p>
        </w:tc>
      </w:tr>
      <w:tr w:rsidR="001C1A57" w:rsidTr="002330B9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От праздника к празднику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76" w:after="0" w:line="254" w:lineRule="auto"/>
              <w:ind w:left="72" w:right="432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текста: восприятие текста, который читает учитель, ответы на вопросы к нему, формулирование вопросов по содержанию воспринятого на слух текста; сопоставление информации из прослушанного текста и историко-культурной справки;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Чтение про себя: чтение фрагментов рассказов, справочной информации историко-культурного характера, име</w:t>
            </w:r>
            <w:proofErr w:type="gramStart"/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ю-</w:t>
            </w:r>
            <w:proofErr w:type="gramEnd"/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щей отношение к прочитанным произведениям;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вслух: выразительное чтение стихотворений;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Пересказ отрывка текста по плану;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viki.rdf.ru, school-collection.edu.ru</w:t>
            </w:r>
          </w:p>
        </w:tc>
      </w:tr>
      <w:tr w:rsidR="001C1A57" w:rsidTr="00BE7986">
        <w:trPr>
          <w:trHeight w:hRule="exact" w:val="169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 xml:space="preserve">О родной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природе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proofErr w:type="gramStart"/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вслух: выразительное чтение стихотворений; </w:t>
            </w:r>
            <w:r w:rsidRPr="001C1A57">
              <w:rPr>
                <w:lang w:val="ru-RU"/>
              </w:rPr>
              <w:br/>
            </w:r>
            <w:proofErr w:type="spellStart"/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Декламирование</w:t>
            </w:r>
            <w:proofErr w:type="spellEnd"/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(чтение наизусть) стихотворных произведений по выбору учащихся, в том числе из числа размещённых в учебнике;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Понимание значения незнакомых слов и выражений в тексте с опорой на контекст,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морфемную структуру слова и дополнительные источники информации;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Наблюдение: рассматривание репродукций картин, определение, подходит ли предложенная репродукция картины в качестве иллюстрации к стихотворению, обоснование своего мнения;</w:t>
            </w:r>
            <w:proofErr w:type="gramEnd"/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подбор к рисункам (фотографиям) описаний из текста;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viki.rdf.ru, school-collection.edu.ru</w:t>
            </w:r>
          </w:p>
        </w:tc>
      </w:tr>
      <w:tr w:rsidR="00C0114E">
        <w:trPr>
          <w:trHeight w:hRule="exact" w:val="34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4E" w:rsidRDefault="00AC421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4E" w:rsidRDefault="00AC421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</w:t>
            </w:r>
          </w:p>
        </w:tc>
        <w:tc>
          <w:tcPr>
            <w:tcW w:w="13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4E" w:rsidRDefault="00C0114E"/>
        </w:tc>
      </w:tr>
      <w:tr w:rsidR="00C0114E">
        <w:trPr>
          <w:trHeight w:hRule="exact" w:val="34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4E" w:rsidRDefault="00AC421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4E" w:rsidRDefault="00AC421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4E" w:rsidRDefault="00C0114E"/>
        </w:tc>
      </w:tr>
      <w:tr w:rsidR="00C0114E">
        <w:trPr>
          <w:trHeight w:hRule="exact" w:val="712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4E" w:rsidRPr="001C1A57" w:rsidRDefault="00AC4211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КОЛИЧЕСТВО ЧАСОВ ПО </w:t>
            </w:r>
            <w:r w:rsidRPr="001C1A57">
              <w:rPr>
                <w:lang w:val="ru-RU"/>
              </w:rPr>
              <w:br/>
            </w:r>
            <w:r w:rsidRPr="001C1A5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4E" w:rsidRDefault="00AC421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4E" w:rsidRDefault="00AC421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4E" w:rsidRDefault="00AC421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0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4E" w:rsidRDefault="00C0114E"/>
        </w:tc>
      </w:tr>
    </w:tbl>
    <w:p w:rsidR="00C0114E" w:rsidRDefault="00C0114E">
      <w:pPr>
        <w:autoSpaceDE w:val="0"/>
        <w:autoSpaceDN w:val="0"/>
        <w:spacing w:after="0" w:line="14" w:lineRule="exact"/>
      </w:pPr>
    </w:p>
    <w:p w:rsidR="00C0114E" w:rsidRDefault="00C0114E">
      <w:pPr>
        <w:autoSpaceDE w:val="0"/>
        <w:autoSpaceDN w:val="0"/>
        <w:spacing w:after="0" w:line="14" w:lineRule="exact"/>
      </w:pPr>
    </w:p>
    <w:p w:rsidR="00C0114E" w:rsidRDefault="00C0114E">
      <w:pPr>
        <w:sectPr w:rsidR="00C0114E">
          <w:pgSz w:w="16840" w:h="11900"/>
          <w:pgMar w:top="11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0114E" w:rsidRDefault="00C0114E">
      <w:pPr>
        <w:autoSpaceDE w:val="0"/>
        <w:autoSpaceDN w:val="0"/>
        <w:spacing w:after="76" w:line="220" w:lineRule="exact"/>
      </w:pPr>
    </w:p>
    <w:p w:rsidR="00C0114E" w:rsidRDefault="00AC4211">
      <w:pPr>
        <w:autoSpaceDE w:val="0"/>
        <w:autoSpaceDN w:val="0"/>
        <w:spacing w:after="272" w:line="230" w:lineRule="auto"/>
        <w:ind w:left="2"/>
      </w:pPr>
      <w:r>
        <w:rPr>
          <w:rFonts w:ascii="Times New Roman" w:eastAsia="Times New Roman" w:hAnsi="Times New Roman"/>
          <w:b/>
          <w:color w:val="000000"/>
          <w:w w:val="101"/>
          <w:sz w:val="20"/>
        </w:rPr>
        <w:t>ПОУРОЧНОЕ ПЛАНИРОВАНИЕ</w:t>
      </w: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26"/>
        <w:gridCol w:w="4410"/>
        <w:gridCol w:w="616"/>
        <w:gridCol w:w="1370"/>
        <w:gridCol w:w="1410"/>
        <w:gridCol w:w="1044"/>
      </w:tblGrid>
      <w:tr w:rsidR="001C1A57">
        <w:trPr>
          <w:trHeight w:hRule="exact" w:val="41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62" w:lineRule="auto"/>
              <w:ind w:left="60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0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0"/>
              </w:rPr>
              <w:t>п/п</w:t>
            </w:r>
          </w:p>
        </w:tc>
        <w:tc>
          <w:tcPr>
            <w:tcW w:w="4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0"/>
              </w:rPr>
              <w:t>Тема урока</w:t>
            </w:r>
          </w:p>
        </w:tc>
        <w:tc>
          <w:tcPr>
            <w:tcW w:w="3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0"/>
              </w:rPr>
              <w:t>Количество часов</w:t>
            </w:r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62" w:lineRule="auto"/>
              <w:ind w:left="6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0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0"/>
              </w:rPr>
              <w:t>изучения</w:t>
            </w:r>
            <w:proofErr w:type="spellEnd"/>
          </w:p>
        </w:tc>
      </w:tr>
      <w:tr w:rsidR="001C1A57" w:rsidTr="001C1A57">
        <w:trPr>
          <w:trHeight w:hRule="exact" w:val="7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A57" w:rsidRDefault="001C1A57"/>
        </w:tc>
        <w:tc>
          <w:tcPr>
            <w:tcW w:w="4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A57" w:rsidRDefault="001C1A57"/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0"/>
              </w:rPr>
              <w:t>всего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6" w:after="0" w:line="262" w:lineRule="auto"/>
              <w:ind w:left="64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0"/>
              </w:rPr>
              <w:t>контрольные работы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6" w:after="0" w:line="262" w:lineRule="auto"/>
              <w:ind w:left="60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0"/>
              </w:rPr>
              <w:t>практические работы</w:t>
            </w:r>
          </w:p>
        </w:tc>
        <w:tc>
          <w:tcPr>
            <w:tcW w:w="1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A57" w:rsidRDefault="001C1A57"/>
        </w:tc>
      </w:tr>
      <w:tr w:rsidR="001C1A57">
        <w:trPr>
          <w:trHeight w:hRule="exact" w:val="7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6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86" w:after="0" w:line="262" w:lineRule="auto"/>
              <w:ind w:left="60" w:right="144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В. И. Воробьев. «Я ничего не придумал» (глава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 </w:t>
            </w: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«Мой дневник»)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6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6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C66D43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</w:tr>
      <w:tr w:rsidR="001C1A57">
        <w:trPr>
          <w:trHeight w:hRule="exact" w:val="7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2.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82" w:after="0" w:line="262" w:lineRule="auto"/>
              <w:ind w:left="60" w:right="144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В. И. Воробьев. «Я ничего не придумал» (глава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 </w:t>
            </w: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«Мой дневник»)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C66D43" w:rsidRDefault="001C1A57" w:rsidP="003F207A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</w:tr>
      <w:tr w:rsidR="001C1A57">
        <w:trPr>
          <w:trHeight w:hRule="exact" w:val="69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3.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82" w:after="0" w:line="262" w:lineRule="auto"/>
              <w:ind w:left="60" w:right="144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В. И. Воробьев. «Я ничего не придумал» (глава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 </w:t>
            </w: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«Мой дневник»)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C66D43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</w:tr>
      <w:tr w:rsidR="001C1A57" w:rsidTr="001C1A57">
        <w:trPr>
          <w:trHeight w:hRule="exact" w:val="80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6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4.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86" w:after="0" w:line="262" w:lineRule="auto"/>
              <w:ind w:left="60" w:right="576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В. П. Крапивин. «Сказки Севки Глущенко»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 </w:t>
            </w: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(глава «День рождения»)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6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6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C66D43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</w:tr>
      <w:tr w:rsidR="001C1A57">
        <w:trPr>
          <w:trHeight w:hRule="exact" w:val="7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5.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84" w:after="0" w:line="262" w:lineRule="auto"/>
              <w:ind w:left="60" w:right="576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В. П. Крапивин. «Сказки Севки Глущенко»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 </w:t>
            </w: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(глава «День рождения»)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4" w:after="0" w:line="233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C66D43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</w:tr>
      <w:tr w:rsidR="001C1A57">
        <w:trPr>
          <w:trHeight w:hRule="exact" w:val="126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6.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84" w:after="0" w:line="262" w:lineRule="auto"/>
              <w:ind w:left="60" w:right="576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В. П. Крапивин. «Сказки Севки Глущенко»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 </w:t>
            </w: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(глава «День рождения»)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4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C66D43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</w:tr>
      <w:tr w:rsidR="001C1A57">
        <w:trPr>
          <w:trHeight w:hRule="exact" w:val="7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7.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82" w:after="0" w:line="230" w:lineRule="auto"/>
              <w:ind w:left="60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Ю. А. Буковский. «О Доброте— </w:t>
            </w:r>
            <w:proofErr w:type="gramStart"/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зл</w:t>
            </w:r>
            <w:proofErr w:type="gramEnd"/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ой и доброй»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C66D43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</w:tr>
      <w:tr w:rsidR="001C1A57">
        <w:trPr>
          <w:trHeight w:hRule="exact" w:val="69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8.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80" w:after="0" w:line="233" w:lineRule="auto"/>
              <w:ind w:left="60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Л. Л. Яхнин. «Последняя рубашка».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0" w:after="0" w:line="233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D95FD5" w:rsidRDefault="001C1A57" w:rsidP="003F207A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</w:tr>
      <w:tr w:rsidR="001C1A57">
        <w:trPr>
          <w:trHeight w:hRule="exact" w:val="69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9.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Пословицы о совести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D95FD5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</w:tr>
      <w:tr w:rsidR="001C1A57">
        <w:trPr>
          <w:trHeight w:hRule="exact" w:val="7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10.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86" w:after="0" w:line="230" w:lineRule="auto"/>
              <w:ind w:left="60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П. В. </w:t>
            </w:r>
            <w:proofErr w:type="spellStart"/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Засодимский</w:t>
            </w:r>
            <w:proofErr w:type="spellEnd"/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. «Гришина милостыня»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6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6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D95FD5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</w:tr>
      <w:tr w:rsidR="001C1A57">
        <w:trPr>
          <w:trHeight w:hRule="exact" w:val="70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11.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84" w:after="0" w:line="233" w:lineRule="auto"/>
              <w:ind w:left="60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Н. Г. Волкова. «</w:t>
            </w:r>
            <w:proofErr w:type="spellStart"/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Дреби</w:t>
            </w:r>
            <w:proofErr w:type="spellEnd"/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-Дон»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4" w:after="0" w:line="233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D95FD5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</w:tr>
      <w:tr w:rsidR="001C1A57">
        <w:trPr>
          <w:trHeight w:hRule="exact" w:val="126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12.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80" w:after="0" w:line="230" w:lineRule="auto"/>
              <w:ind w:left="60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Н. Г. Волкова. «</w:t>
            </w:r>
            <w:proofErr w:type="spellStart"/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Дреби</w:t>
            </w:r>
            <w:proofErr w:type="spellEnd"/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-Дон».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D95FD5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</w:tr>
      <w:tr w:rsidR="001C1A57">
        <w:trPr>
          <w:trHeight w:hRule="exact" w:val="7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13.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84" w:after="0" w:line="230" w:lineRule="auto"/>
              <w:ind w:left="60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О. Ф. </w:t>
            </w:r>
            <w:proofErr w:type="spellStart"/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Кургузов</w:t>
            </w:r>
            <w:proofErr w:type="spellEnd"/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. «Душа нараспашку».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4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D95FD5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13.12</w:t>
            </w:r>
          </w:p>
        </w:tc>
      </w:tr>
      <w:tr w:rsidR="001C1A57">
        <w:trPr>
          <w:trHeight w:hRule="exact" w:val="7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14.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82" w:after="0" w:line="262" w:lineRule="auto"/>
              <w:ind w:left="60" w:right="576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А. Л. Решетов. «Зёрнышки спелых яблок»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 </w:t>
            </w: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(фрагмент).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3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D95FD5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20.12</w:t>
            </w:r>
          </w:p>
        </w:tc>
      </w:tr>
      <w:tr w:rsidR="001C1A57">
        <w:trPr>
          <w:trHeight w:hRule="exact" w:val="69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15.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82" w:after="0" w:line="262" w:lineRule="auto"/>
              <w:ind w:left="60" w:right="144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В. М. Шукшин. «Как зайка летал на воздушных шариках» (фрагмент).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D95FD5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27.12</w:t>
            </w:r>
          </w:p>
        </w:tc>
      </w:tr>
      <w:tr w:rsidR="001C1A57">
        <w:trPr>
          <w:trHeight w:hRule="exact" w:val="126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16.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84" w:after="0" w:line="262" w:lineRule="auto"/>
              <w:ind w:left="60" w:right="144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В. М. Шукшин. «Как зайка летал на воздушных шариках» (фрагмент).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4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D95FD5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10.01</w:t>
            </w:r>
          </w:p>
        </w:tc>
      </w:tr>
      <w:tr w:rsidR="001C1A57" w:rsidTr="001C1A57">
        <w:trPr>
          <w:trHeight w:hRule="exact" w:val="11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lastRenderedPageBreak/>
              <w:t>17.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>
            <w:pPr>
              <w:autoSpaceDE w:val="0"/>
              <w:autoSpaceDN w:val="0"/>
              <w:spacing w:before="84" w:after="0" w:line="262" w:lineRule="auto"/>
              <w:ind w:left="60" w:right="864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В. П. Крапивин. «Брат, которому семь»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 </w:t>
            </w: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(фрагмент главы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 </w:t>
            </w: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«Зелёная грива»).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4" w:after="0" w:line="233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D95FD5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17.01</w:t>
            </w:r>
          </w:p>
        </w:tc>
      </w:tr>
      <w:tr w:rsidR="001C1A57" w:rsidTr="001C1A57">
        <w:trPr>
          <w:trHeight w:hRule="exact" w:val="6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18.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62" w:lineRule="auto"/>
              <w:ind w:left="60" w:right="864"/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Л. К. Чуковская. «Мой отец — Корней Чуковский» (фрагмент).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4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D95FD5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24.01</w:t>
            </w:r>
          </w:p>
        </w:tc>
      </w:tr>
      <w:tr w:rsidR="001C1A57" w:rsidTr="001C1A57">
        <w:trPr>
          <w:trHeight w:hRule="exact" w:val="6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19.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62" w:lineRule="auto"/>
              <w:ind w:left="60" w:right="864"/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В.П. Крапивин "Что такое стихия"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4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D95FD5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31.01</w:t>
            </w:r>
          </w:p>
        </w:tc>
      </w:tr>
      <w:tr w:rsidR="001C1A57" w:rsidTr="001C1A57">
        <w:trPr>
          <w:trHeight w:hRule="exact" w:val="6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20.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62" w:lineRule="auto"/>
              <w:ind w:left="60" w:right="864"/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Г.А. </w:t>
            </w:r>
            <w:proofErr w:type="spellStart"/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Скребицкий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 </w:t>
            </w: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 "Чему научила сказка"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4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D95FD5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07.02</w:t>
            </w:r>
          </w:p>
        </w:tc>
      </w:tr>
      <w:tr w:rsidR="001C1A57" w:rsidTr="001C1A57">
        <w:trPr>
          <w:trHeight w:hRule="exact" w:val="6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21.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62" w:lineRule="auto"/>
              <w:ind w:left="60" w:right="864"/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Проверочная работа.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4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D95FD5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14.02</w:t>
            </w:r>
          </w:p>
        </w:tc>
      </w:tr>
      <w:tr w:rsidR="001C1A57" w:rsidTr="001C1A57">
        <w:trPr>
          <w:trHeight w:hRule="exact" w:val="9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22.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62" w:lineRule="auto"/>
              <w:ind w:left="60" w:right="864"/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О. М. Гурьян. «Мальчик из Холмогор»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 </w:t>
            </w: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(фрагмент).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4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D95FD5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21.02</w:t>
            </w:r>
          </w:p>
        </w:tc>
      </w:tr>
      <w:tr w:rsidR="001C1A57" w:rsidTr="001C1A57">
        <w:trPr>
          <w:trHeight w:hRule="exact" w:val="6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23.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62" w:lineRule="auto"/>
              <w:ind w:left="60" w:right="864"/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В. А. </w:t>
            </w:r>
            <w:proofErr w:type="spellStart"/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Бахревский</w:t>
            </w:r>
            <w:proofErr w:type="spellEnd"/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. «Семён Дежнёв» (фрагмент).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4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D95FD5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28.02</w:t>
            </w:r>
          </w:p>
        </w:tc>
      </w:tr>
      <w:tr w:rsidR="001C1A57" w:rsidTr="001C1A57">
        <w:trPr>
          <w:trHeight w:hRule="exact" w:val="6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24.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62" w:lineRule="auto"/>
              <w:ind w:left="60" w:right="864"/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Н. М. Коняев. «Правнуки богатырей»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 </w:t>
            </w: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(фрагмент).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4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D95FD5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06.03</w:t>
            </w:r>
          </w:p>
        </w:tc>
      </w:tr>
      <w:tr w:rsidR="001C1A57" w:rsidTr="001C1A57">
        <w:trPr>
          <w:trHeight w:hRule="exact" w:val="6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25.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62" w:lineRule="auto"/>
              <w:ind w:left="60" w:right="864"/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А. Н. Майков. «Ломоносов» (фрагмент).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4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D95FD5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13.03</w:t>
            </w:r>
          </w:p>
        </w:tc>
      </w:tr>
      <w:tr w:rsidR="001C1A57" w:rsidTr="001C1A57">
        <w:trPr>
          <w:trHeight w:hRule="exact" w:val="6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26.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62" w:lineRule="auto"/>
              <w:ind w:left="60" w:right="864"/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В.А. Никифоров-Волгин. "Серебряная метель"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4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D95FD5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20.03</w:t>
            </w:r>
          </w:p>
        </w:tc>
      </w:tr>
      <w:tr w:rsidR="001C1A57" w:rsidTr="001C1A57">
        <w:trPr>
          <w:trHeight w:hRule="exact" w:val="6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27.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62" w:lineRule="auto"/>
              <w:ind w:left="60" w:right="864"/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Е. В. Григорьева. «Радость»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4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D95FD5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03.04</w:t>
            </w:r>
          </w:p>
        </w:tc>
      </w:tr>
      <w:tr w:rsidR="001C1A57" w:rsidTr="001C1A57">
        <w:trPr>
          <w:trHeight w:hRule="exact" w:val="6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28.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62" w:lineRule="auto"/>
              <w:ind w:left="60" w:right="864"/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</w:pPr>
            <w:proofErr w:type="spellStart"/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А.И.Куприн</w:t>
            </w:r>
            <w:proofErr w:type="spellEnd"/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 </w:t>
            </w: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«Пасхальные колокола» (фрагмент)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4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D95FD5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17.04</w:t>
            </w:r>
          </w:p>
        </w:tc>
      </w:tr>
      <w:tr w:rsidR="001C1A57" w:rsidTr="001C1A57">
        <w:trPr>
          <w:trHeight w:hRule="exact" w:val="6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29.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62" w:lineRule="auto"/>
              <w:ind w:left="60" w:right="864"/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С. Чёрный. «Пасхальный визит» (фрагмент).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4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D95FD5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24.04</w:t>
            </w:r>
          </w:p>
        </w:tc>
      </w:tr>
      <w:tr w:rsidR="001C1A57" w:rsidTr="001C1A57">
        <w:trPr>
          <w:trHeight w:hRule="exact" w:val="6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30.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62" w:lineRule="auto"/>
              <w:ind w:left="60" w:right="864"/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Русские народные загадки о лесе, реке, тумане.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4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D95FD5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08.05</w:t>
            </w:r>
          </w:p>
        </w:tc>
      </w:tr>
      <w:tr w:rsidR="001C1A57" w:rsidTr="001C1A57">
        <w:trPr>
          <w:trHeight w:hRule="exact" w:val="79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31.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62" w:lineRule="auto"/>
              <w:ind w:left="60" w:right="864"/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В. П. Астафьев. «</w:t>
            </w:r>
            <w:proofErr w:type="spellStart"/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Зорькина</w:t>
            </w:r>
            <w:proofErr w:type="spellEnd"/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 песня»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 </w:t>
            </w: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(фрагмент). В. Д. Берестов. «У реки».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4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D95FD5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15.05</w:t>
            </w:r>
          </w:p>
        </w:tc>
      </w:tr>
      <w:tr w:rsidR="001C1A57" w:rsidTr="001C1A57">
        <w:trPr>
          <w:trHeight w:hRule="exact" w:val="8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32.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62" w:lineRule="auto"/>
              <w:ind w:left="60" w:right="864"/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И. С. Никитин. «Лес».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 К.Г. П</w:t>
            </w: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аустовский. «Клад».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4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D95FD5" w:rsidRDefault="001C1A57" w:rsidP="003F207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22.05</w:t>
            </w:r>
          </w:p>
        </w:tc>
      </w:tr>
      <w:tr w:rsidR="001C1A57" w:rsidTr="001C1A57">
        <w:trPr>
          <w:trHeight w:hRule="exact" w:val="112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33.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62" w:lineRule="auto"/>
              <w:ind w:left="60" w:right="864"/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М. М. Пришвин. «Как распускаются разные деревья».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 </w:t>
            </w: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 xml:space="preserve">И. П. </w:t>
            </w:r>
            <w:proofErr w:type="spellStart"/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Токмакова</w:t>
            </w:r>
            <w:proofErr w:type="spellEnd"/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. «Туман»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4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2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</w:p>
        </w:tc>
      </w:tr>
      <w:tr w:rsidR="001C1A57" w:rsidTr="001C1A57">
        <w:trPr>
          <w:trHeight w:hRule="exact" w:val="6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34.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62" w:lineRule="auto"/>
              <w:ind w:left="60" w:right="864"/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Проверочная работа.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4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0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1C1A57">
            <w:pPr>
              <w:autoSpaceDE w:val="0"/>
              <w:autoSpaceDN w:val="0"/>
              <w:spacing w:before="84" w:after="0" w:line="233" w:lineRule="auto"/>
              <w:ind w:left="62"/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</w:pPr>
          </w:p>
        </w:tc>
      </w:tr>
      <w:tr w:rsidR="001C1A57" w:rsidTr="003F207A">
        <w:trPr>
          <w:gridAfter w:val="1"/>
          <w:wAfter w:w="1044" w:type="dxa"/>
          <w:trHeight w:hRule="exact" w:val="396"/>
        </w:trPr>
        <w:tc>
          <w:tcPr>
            <w:tcW w:w="4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Pr="001C1A57" w:rsidRDefault="001C1A57" w:rsidP="003F207A">
            <w:pPr>
              <w:autoSpaceDE w:val="0"/>
              <w:autoSpaceDN w:val="0"/>
              <w:spacing w:before="84" w:after="0" w:line="230" w:lineRule="auto"/>
              <w:ind w:left="60"/>
              <w:rPr>
                <w:lang w:val="ru-RU"/>
              </w:rPr>
            </w:pPr>
            <w:r w:rsidRPr="001C1A57">
              <w:rPr>
                <w:rFonts w:ascii="Times New Roman" w:eastAsia="Times New Roman" w:hAnsi="Times New Roman"/>
                <w:color w:val="000000"/>
                <w:w w:val="101"/>
                <w:sz w:val="20"/>
                <w:lang w:val="ru-RU"/>
              </w:rPr>
              <w:t>ОБЩЕЕ КОЛИЧЕСТВО ЧАСОВ ПО ПРОГРАММЕ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 w:rsidP="003F207A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34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 w:rsidP="003F207A">
            <w:pPr>
              <w:autoSpaceDE w:val="0"/>
              <w:autoSpaceDN w:val="0"/>
              <w:spacing w:before="84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C1A57" w:rsidRDefault="001C1A57" w:rsidP="003F207A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0"/>
              </w:rPr>
              <w:t>7</w:t>
            </w:r>
          </w:p>
        </w:tc>
      </w:tr>
    </w:tbl>
    <w:p w:rsidR="00C0114E" w:rsidRDefault="00C0114E">
      <w:pPr>
        <w:autoSpaceDE w:val="0"/>
        <w:autoSpaceDN w:val="0"/>
        <w:spacing w:after="0" w:line="14" w:lineRule="exact"/>
      </w:pPr>
    </w:p>
    <w:p w:rsidR="00C0114E" w:rsidRDefault="00C0114E">
      <w:pPr>
        <w:sectPr w:rsidR="00C0114E">
          <w:pgSz w:w="11900" w:h="16840"/>
          <w:pgMar w:top="284" w:right="556" w:bottom="1440" w:left="650" w:header="720" w:footer="720" w:gutter="0"/>
          <w:cols w:space="720" w:equalWidth="0">
            <w:col w:w="10694" w:space="0"/>
          </w:cols>
          <w:docGrid w:linePitch="360"/>
        </w:sectPr>
      </w:pPr>
    </w:p>
    <w:p w:rsidR="00C0114E" w:rsidRDefault="00C0114E">
      <w:pPr>
        <w:autoSpaceDE w:val="0"/>
        <w:autoSpaceDN w:val="0"/>
        <w:spacing w:after="78" w:line="220" w:lineRule="exact"/>
      </w:pPr>
    </w:p>
    <w:p w:rsidR="00C0114E" w:rsidRDefault="00AC4211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C0114E" w:rsidRDefault="00AC4211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C0114E" w:rsidRPr="001C1A57" w:rsidRDefault="00AC4211">
      <w:pPr>
        <w:autoSpaceDE w:val="0"/>
        <w:autoSpaceDN w:val="0"/>
        <w:spacing w:before="166" w:after="0" w:line="281" w:lineRule="auto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Литературное чтение на родном (русском) языке (в 2 частях), 3 класс/Кутейникова Н.Е., </w:t>
      </w:r>
      <w:proofErr w:type="spell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Синёва</w:t>
      </w:r>
      <w:proofErr w:type="spell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 О.В., </w:t>
      </w:r>
      <w:proofErr w:type="spell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Дудова</w:t>
      </w:r>
      <w:proofErr w:type="spell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 Л.В.; под редакцией Богданова С.И., ООО «Русское слово-учебник»; </w:t>
      </w:r>
      <w:r w:rsidRPr="001C1A57">
        <w:rPr>
          <w:lang w:val="ru-RU"/>
        </w:rPr>
        <w:br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Литературное чтение на родном русском языке:3 класс: учебное пособие для общеобразовательных организаций/</w:t>
      </w:r>
      <w:proofErr w:type="spell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О.М.Александрова</w:t>
      </w:r>
      <w:proofErr w:type="spell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М.И.Кузнецова</w:t>
      </w:r>
      <w:proofErr w:type="spell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В.Ю.Романова</w:t>
      </w:r>
      <w:proofErr w:type="spellEnd"/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,-</w:t>
      </w:r>
      <w:proofErr w:type="gram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Москва: Просвещение, 2021-128 </w:t>
      </w:r>
      <w:proofErr w:type="spell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с.</w:t>
      </w:r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:и</w:t>
      </w:r>
      <w:proofErr w:type="gram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л</w:t>
      </w:r>
      <w:proofErr w:type="spell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C0114E" w:rsidRPr="001C1A57" w:rsidRDefault="00AC4211">
      <w:pPr>
        <w:autoSpaceDE w:val="0"/>
        <w:autoSpaceDN w:val="0"/>
        <w:spacing w:before="262" w:after="0" w:line="230" w:lineRule="auto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C0114E" w:rsidRPr="001C1A57" w:rsidRDefault="00AC4211">
      <w:pPr>
        <w:autoSpaceDE w:val="0"/>
        <w:autoSpaceDN w:val="0"/>
        <w:spacing w:before="168" w:after="0" w:line="262" w:lineRule="auto"/>
        <w:ind w:right="1008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Примерная образовательная программа учебного предмета "Литературное чтение на родном (русском) языке".</w:t>
      </w:r>
    </w:p>
    <w:p w:rsidR="00C0114E" w:rsidRPr="001C1A57" w:rsidRDefault="00AC4211">
      <w:pPr>
        <w:autoSpaceDE w:val="0"/>
        <w:autoSpaceDN w:val="0"/>
        <w:spacing w:before="406" w:after="0" w:line="230" w:lineRule="auto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Поурочные разработки по литературному чтению на родном русском языке.3 класс:</w:t>
      </w:r>
    </w:p>
    <w:p w:rsidR="00C0114E" w:rsidRPr="001C1A57" w:rsidRDefault="00AC4211">
      <w:pPr>
        <w:autoSpaceDE w:val="0"/>
        <w:autoSpaceDN w:val="0"/>
        <w:spacing w:before="406" w:after="0" w:line="262" w:lineRule="auto"/>
        <w:ind w:right="864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пособие для учителя/Т.Н.Ситникова.-М.:ВАКО,2022.-144с</w:t>
      </w:r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.-</w:t>
      </w:r>
      <w:proofErr w:type="gram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(В помощь школьному учителю). Контрольно-измерительные материалы. Литературное чтение на родном русском языке.</w:t>
      </w:r>
    </w:p>
    <w:p w:rsidR="00C0114E" w:rsidRPr="001C1A57" w:rsidRDefault="00AC4211">
      <w:pPr>
        <w:autoSpaceDE w:val="0"/>
        <w:autoSpaceDN w:val="0"/>
        <w:spacing w:before="406" w:after="0" w:line="230" w:lineRule="auto"/>
        <w:rPr>
          <w:lang w:val="ru-RU"/>
        </w:rPr>
      </w:pP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3 класс/Сост.Т.Н.Ситникова</w:t>
      </w:r>
      <w:proofErr w:type="gramStart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,М</w:t>
      </w:r>
      <w:proofErr w:type="gramEnd"/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>,:ВАКО,2022</w:t>
      </w:r>
    </w:p>
    <w:p w:rsidR="00C0114E" w:rsidRPr="001C1A57" w:rsidRDefault="00AC4211">
      <w:pPr>
        <w:autoSpaceDE w:val="0"/>
        <w:autoSpaceDN w:val="0"/>
        <w:spacing w:before="262" w:after="0" w:line="230" w:lineRule="auto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C0114E" w:rsidRDefault="00AC4211">
      <w:pPr>
        <w:autoSpaceDE w:val="0"/>
        <w:autoSpaceDN w:val="0"/>
        <w:spacing w:before="166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viki.rdf.ru, school-collection.edu.ru</w:t>
      </w:r>
    </w:p>
    <w:p w:rsidR="00C0114E" w:rsidRDefault="00C0114E">
      <w:pPr>
        <w:sectPr w:rsidR="00C0114E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0114E" w:rsidRDefault="00C0114E">
      <w:pPr>
        <w:autoSpaceDE w:val="0"/>
        <w:autoSpaceDN w:val="0"/>
        <w:spacing w:after="78" w:line="220" w:lineRule="exact"/>
      </w:pPr>
    </w:p>
    <w:p w:rsidR="00C0114E" w:rsidRPr="001C1A57" w:rsidRDefault="00AC4211">
      <w:pPr>
        <w:autoSpaceDE w:val="0"/>
        <w:autoSpaceDN w:val="0"/>
        <w:spacing w:after="0" w:line="379" w:lineRule="auto"/>
        <w:ind w:right="432"/>
        <w:rPr>
          <w:lang w:val="ru-RU"/>
        </w:rPr>
      </w:pP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1C1A57">
        <w:rPr>
          <w:lang w:val="ru-RU"/>
        </w:rPr>
        <w:br/>
      </w:r>
      <w:r w:rsidRPr="001C1A57">
        <w:rPr>
          <w:rFonts w:ascii="Times New Roman" w:eastAsia="Times New Roman" w:hAnsi="Times New Roman"/>
          <w:color w:val="000000"/>
          <w:sz w:val="24"/>
          <w:lang w:val="ru-RU"/>
        </w:rPr>
        <w:t xml:space="preserve">Мультимедийный проектор, ноутбук </w:t>
      </w:r>
      <w:r w:rsidRPr="001C1A57">
        <w:rPr>
          <w:lang w:val="ru-RU"/>
        </w:rPr>
        <w:br/>
      </w:r>
      <w:r w:rsidRPr="001C1A57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sectPr w:rsidR="00C0114E" w:rsidRPr="001C1A57" w:rsidSect="001C1A57">
      <w:pgSz w:w="11900" w:h="16840"/>
      <w:pgMar w:top="298" w:right="650" w:bottom="1440" w:left="666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C1A57"/>
    <w:rsid w:val="0029639D"/>
    <w:rsid w:val="002D5DEC"/>
    <w:rsid w:val="00326F90"/>
    <w:rsid w:val="005106C4"/>
    <w:rsid w:val="00AA1D8D"/>
    <w:rsid w:val="00AC4211"/>
    <w:rsid w:val="00B47730"/>
    <w:rsid w:val="00C0114E"/>
    <w:rsid w:val="00C7216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BCF8BD-3AAC-478A-A708-45F6932DA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4877</Words>
  <Characters>27801</Characters>
  <Application>Microsoft Office Word</Application>
  <DocSecurity>0</DocSecurity>
  <Lines>231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32613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Расима Тимербулатова</cp:lastModifiedBy>
  <cp:revision>10</cp:revision>
  <dcterms:created xsi:type="dcterms:W3CDTF">2023-11-01T02:28:00Z</dcterms:created>
  <dcterms:modified xsi:type="dcterms:W3CDTF">2023-11-01T02:41:00Z</dcterms:modified>
</cp:coreProperties>
</file>