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81" w:rsidRDefault="008C4381" w:rsidP="0095011F">
      <w:pPr>
        <w:autoSpaceDE w:val="0"/>
        <w:autoSpaceDN w:val="0"/>
        <w:spacing w:after="78" w:line="220" w:lineRule="exact"/>
        <w:jc w:val="both"/>
      </w:pPr>
    </w:p>
    <w:p w:rsidR="0095011F" w:rsidRPr="000E0083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95011F" w:rsidRPr="000E0083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011F" w:rsidRPr="0095011F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5011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образования и науки Республики Башкортостан</w:t>
      </w:r>
    </w:p>
    <w:p w:rsidR="0095011F" w:rsidRPr="0095011F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5011F" w:rsidRPr="000E0083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Муниципальный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район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район</w:t>
      </w:r>
      <w:proofErr w:type="spellEnd"/>
    </w:p>
    <w:p w:rsidR="0095011F" w:rsidRPr="000E0083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707"/>
        <w:tblW w:w="106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3398"/>
        <w:gridCol w:w="3810"/>
      </w:tblGrid>
      <w:tr w:rsidR="0095011F" w:rsidRPr="000E0083" w:rsidTr="0095011F">
        <w:trPr>
          <w:trHeight w:val="2430"/>
        </w:trPr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РАССМОТРЕНО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 </w:t>
            </w:r>
            <w:proofErr w:type="spellStart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Чубараева</w:t>
            </w:r>
            <w:proofErr w:type="spellEnd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З.С.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"30" 08  2023 г.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proofErr w:type="spellStart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Чубараева</w:t>
            </w:r>
            <w:proofErr w:type="spellEnd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З.С.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 30" 08  2023г.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proofErr w:type="spellStart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 w:rsidRPr="00950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Р.Х.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"30" 08 2023 г.</w:t>
            </w: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Pr="000E0083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011F" w:rsidRPr="0095011F" w:rsidRDefault="0095011F" w:rsidP="0095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5011F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с.Умирово</w:t>
      </w:r>
    </w:p>
    <w:p w:rsidR="0095011F" w:rsidRDefault="0095011F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End"/>
    </w:p>
    <w:p w:rsidR="008C4381" w:rsidRPr="0095011F" w:rsidRDefault="007112AB" w:rsidP="0095011F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>РАБОЧАЯ ПРОГРАММА</w:t>
      </w:r>
    </w:p>
    <w:p w:rsidR="0095011F" w:rsidRDefault="007112AB" w:rsidP="0095011F">
      <w:pPr>
        <w:tabs>
          <w:tab w:val="left" w:pos="9184"/>
        </w:tabs>
        <w:autoSpaceDE w:val="0"/>
        <w:autoSpaceDN w:val="0"/>
        <w:spacing w:after="0" w:line="240" w:lineRule="auto"/>
        <w:ind w:right="112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>(</w:t>
      </w:r>
      <w:r w:rsidRPr="0095011F">
        <w:rPr>
          <w:rFonts w:ascii="Times New Roman" w:eastAsia="Times New Roman" w:hAnsi="Times New Roman"/>
          <w:b/>
          <w:color w:val="000000"/>
          <w:sz w:val="28"/>
        </w:rPr>
        <w:t>ID</w:t>
      </w:r>
      <w:proofErr w:type="gramStart"/>
      <w:r w:rsidR="0095011F"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 xml:space="preserve">                   </w:t>
      </w:r>
      <w:r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>)</w:t>
      </w:r>
      <w:proofErr w:type="gramEnd"/>
    </w:p>
    <w:p w:rsidR="0095011F" w:rsidRPr="0095011F" w:rsidRDefault="0095011F" w:rsidP="0095011F">
      <w:pPr>
        <w:tabs>
          <w:tab w:val="left" w:pos="9184"/>
        </w:tabs>
        <w:autoSpaceDE w:val="0"/>
        <w:autoSpaceDN w:val="0"/>
        <w:spacing w:after="0" w:line="240" w:lineRule="auto"/>
        <w:ind w:right="112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</w:p>
    <w:p w:rsidR="008C4381" w:rsidRDefault="0095011F" w:rsidP="0095011F">
      <w:pPr>
        <w:autoSpaceDE w:val="0"/>
        <w:autoSpaceDN w:val="0"/>
        <w:spacing w:after="0" w:line="240" w:lineRule="auto"/>
        <w:ind w:right="-30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lang w:val="ru-RU"/>
        </w:rPr>
        <w:t>у</w:t>
      </w:r>
      <w:r w:rsidR="007112AB"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>чебного предмета</w:t>
      </w:r>
      <w:r w:rsidRPr="0095011F">
        <w:rPr>
          <w:sz w:val="24"/>
          <w:lang w:val="ru-RU"/>
        </w:rPr>
        <w:t xml:space="preserve"> </w:t>
      </w:r>
      <w:r w:rsidR="007112AB" w:rsidRPr="0095011F">
        <w:rPr>
          <w:rFonts w:ascii="Times New Roman" w:eastAsia="Times New Roman" w:hAnsi="Times New Roman"/>
          <w:b/>
          <w:color w:val="000000"/>
          <w:sz w:val="28"/>
          <w:lang w:val="ru-RU"/>
        </w:rPr>
        <w:t>«ЛИТЕРАТУРНОЕ ЧТЕНИЕ НА РОДНОМ (РУССКОМ) ЯЗЫКЕ»</w:t>
      </w:r>
    </w:p>
    <w:p w:rsidR="0095011F" w:rsidRPr="0095011F" w:rsidRDefault="0095011F" w:rsidP="0095011F">
      <w:pPr>
        <w:autoSpaceDE w:val="0"/>
        <w:autoSpaceDN w:val="0"/>
        <w:spacing w:after="0" w:line="240" w:lineRule="auto"/>
        <w:ind w:right="-30"/>
        <w:jc w:val="center"/>
        <w:rPr>
          <w:sz w:val="24"/>
          <w:lang w:val="ru-RU"/>
        </w:rPr>
      </w:pPr>
    </w:p>
    <w:p w:rsidR="008C4381" w:rsidRPr="0095011F" w:rsidRDefault="007112AB" w:rsidP="0095011F">
      <w:pPr>
        <w:autoSpaceDE w:val="0"/>
        <w:autoSpaceDN w:val="0"/>
        <w:spacing w:after="0" w:line="240" w:lineRule="auto"/>
        <w:ind w:right="-30"/>
        <w:jc w:val="center"/>
        <w:rPr>
          <w:sz w:val="24"/>
          <w:lang w:val="ru-RU"/>
        </w:rPr>
      </w:pPr>
      <w:r w:rsidRPr="0095011F">
        <w:rPr>
          <w:rFonts w:ascii="Times New Roman" w:eastAsia="Times New Roman" w:hAnsi="Times New Roman"/>
          <w:color w:val="000000"/>
          <w:sz w:val="28"/>
          <w:lang w:val="ru-RU"/>
        </w:rPr>
        <w:t>для 1-4 клас</w:t>
      </w:r>
      <w:r w:rsidR="0095011F">
        <w:rPr>
          <w:rFonts w:ascii="Times New Roman" w:eastAsia="Times New Roman" w:hAnsi="Times New Roman"/>
          <w:color w:val="000000"/>
          <w:sz w:val="28"/>
          <w:lang w:val="ru-RU"/>
        </w:rPr>
        <w:t>сов образовательных организаций</w:t>
      </w:r>
    </w:p>
    <w:p w:rsidR="008C4381" w:rsidRPr="0095011F" w:rsidRDefault="008C4381" w:rsidP="0095011F">
      <w:pPr>
        <w:spacing w:line="240" w:lineRule="auto"/>
        <w:jc w:val="both"/>
        <w:rPr>
          <w:sz w:val="24"/>
          <w:lang w:val="ru-RU"/>
        </w:rPr>
      </w:pPr>
    </w:p>
    <w:p w:rsidR="00084576" w:rsidRDefault="00084576" w:rsidP="0095011F">
      <w:pPr>
        <w:jc w:val="both"/>
        <w:rPr>
          <w:lang w:val="ru-RU"/>
        </w:rPr>
      </w:pPr>
    </w:p>
    <w:p w:rsidR="00084576" w:rsidRDefault="00084576" w:rsidP="0095011F">
      <w:pPr>
        <w:jc w:val="both"/>
        <w:rPr>
          <w:lang w:val="ru-RU"/>
        </w:rPr>
      </w:pPr>
    </w:p>
    <w:p w:rsidR="00084576" w:rsidRDefault="00084576" w:rsidP="0095011F">
      <w:pPr>
        <w:jc w:val="both"/>
        <w:rPr>
          <w:lang w:val="ru-RU"/>
        </w:rPr>
      </w:pPr>
    </w:p>
    <w:p w:rsidR="00084576" w:rsidRDefault="00084576" w:rsidP="0095011F">
      <w:pPr>
        <w:jc w:val="both"/>
        <w:rPr>
          <w:lang w:val="ru-RU"/>
        </w:rPr>
      </w:pPr>
    </w:p>
    <w:p w:rsidR="0095011F" w:rsidRPr="0095011F" w:rsidRDefault="0095011F" w:rsidP="0095011F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5011F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Составители: </w:t>
      </w:r>
      <w:proofErr w:type="spellStart"/>
      <w:r w:rsidRPr="0095011F">
        <w:rPr>
          <w:rFonts w:ascii="Times New Roman" w:hAnsi="Times New Roman" w:cs="Times New Roman"/>
          <w:sz w:val="28"/>
          <w:szCs w:val="28"/>
          <w:lang w:val="ru-RU"/>
        </w:rPr>
        <w:t>Бадыкова</w:t>
      </w:r>
      <w:proofErr w:type="spellEnd"/>
      <w:r w:rsidRPr="0095011F">
        <w:rPr>
          <w:rFonts w:ascii="Times New Roman" w:hAnsi="Times New Roman" w:cs="Times New Roman"/>
          <w:sz w:val="28"/>
          <w:szCs w:val="28"/>
          <w:lang w:val="ru-RU"/>
        </w:rPr>
        <w:t xml:space="preserve"> Л.Д., </w:t>
      </w:r>
    </w:p>
    <w:p w:rsidR="0095011F" w:rsidRDefault="0095011F" w:rsidP="0095011F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5011F">
        <w:rPr>
          <w:rFonts w:ascii="Times New Roman" w:hAnsi="Times New Roman" w:cs="Times New Roman"/>
          <w:sz w:val="28"/>
          <w:szCs w:val="28"/>
          <w:lang w:val="ru-RU"/>
        </w:rPr>
        <w:t>Митрофанова А.Г.</w:t>
      </w:r>
    </w:p>
    <w:p w:rsidR="0095011F" w:rsidRPr="0095011F" w:rsidRDefault="0095011F" w:rsidP="0095011F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5011F" w:rsidRPr="0095011F" w:rsidRDefault="0095011F" w:rsidP="0095011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011F" w:rsidRDefault="0095011F" w:rsidP="0095011F">
      <w:pPr>
        <w:spacing w:after="361"/>
        <w:ind w:right="5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95011F" w:rsidRDefault="0095011F" w:rsidP="0095011F">
      <w:pPr>
        <w:spacing w:after="361"/>
        <w:ind w:right="5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95011F" w:rsidRDefault="0095011F" w:rsidP="0095011F">
      <w:pPr>
        <w:spacing w:after="361"/>
        <w:ind w:right="5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95011F" w:rsidRPr="0095011F" w:rsidRDefault="0095011F" w:rsidP="0095011F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95011F" w:rsidRPr="0095011F" w:rsidSect="00084576">
          <w:pgSz w:w="11900" w:h="16840"/>
          <w:pgMar w:top="298" w:right="1440" w:bottom="851" w:left="1276" w:header="720" w:footer="720" w:gutter="0"/>
          <w:cols w:space="720" w:equalWidth="0">
            <w:col w:w="9184" w:space="0"/>
          </w:cols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8"/>
        </w:rPr>
        <w:t>с.Умирово</w:t>
      </w:r>
      <w:proofErr w:type="spellEnd"/>
      <w:r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  <w:lang w:val="ru-RU"/>
        </w:rPr>
        <w:t>3</w:t>
      </w:r>
      <w:bookmarkStart w:id="0" w:name="_GoBack"/>
      <w:bookmarkEnd w:id="0"/>
    </w:p>
    <w:p w:rsidR="008C4381" w:rsidRPr="007112AB" w:rsidRDefault="007112AB" w:rsidP="0095011F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8C4381" w:rsidRPr="007112AB" w:rsidRDefault="007112AB" w:rsidP="0095011F">
      <w:pPr>
        <w:autoSpaceDE w:val="0"/>
        <w:autoSpaceDN w:val="0"/>
        <w:spacing w:before="346" w:after="0" w:line="286" w:lineRule="auto"/>
        <w:ind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8C4381" w:rsidRPr="007112AB" w:rsidRDefault="007112AB" w:rsidP="0095011F">
      <w:pPr>
        <w:autoSpaceDE w:val="0"/>
        <w:autoSpaceDN w:val="0"/>
        <w:spacing w:before="262" w:after="0" w:line="262" w:lineRule="auto"/>
        <w:ind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азработана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8C4381" w:rsidRPr="007112AB" w:rsidRDefault="007112AB" w:rsidP="0095011F">
      <w:pPr>
        <w:autoSpaceDE w:val="0"/>
        <w:autoSpaceDN w:val="0"/>
        <w:spacing w:before="178" w:after="0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8C4381" w:rsidRPr="007112AB" w:rsidRDefault="007112AB" w:rsidP="0095011F">
      <w:pPr>
        <w:autoSpaceDE w:val="0"/>
        <w:autoSpaceDN w:val="0"/>
        <w:spacing w:before="190" w:after="0" w:line="283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8C4381" w:rsidRPr="007112AB" w:rsidRDefault="007112AB" w:rsidP="0095011F">
      <w:pPr>
        <w:autoSpaceDE w:val="0"/>
        <w:autoSpaceDN w:val="0"/>
        <w:spacing w:before="192" w:after="0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8C4381" w:rsidRPr="007112AB" w:rsidRDefault="007112AB" w:rsidP="0095011F">
      <w:pPr>
        <w:autoSpaceDE w:val="0"/>
        <w:autoSpaceDN w:val="0"/>
        <w:spacing w:before="178" w:after="0" w:line="283" w:lineRule="auto"/>
        <w:ind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родном (русском) языке в рамках предметной области «Родной язык и литературное чтение на родном языке» имеют свою специфику.</w:t>
      </w:r>
    </w:p>
    <w:p w:rsidR="008C4381" w:rsidRPr="007112AB" w:rsidRDefault="007112AB" w:rsidP="0095011F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пространства субъекта Российской Федерации;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8C4381" w:rsidRPr="007112AB" w:rsidRDefault="007112AB" w:rsidP="0095011F">
      <w:pPr>
        <w:autoSpaceDE w:val="0"/>
        <w:autoSpaceDN w:val="0"/>
        <w:spacing w:before="262" w:after="0" w:line="262" w:lineRule="auto"/>
        <w:ind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8C4381" w:rsidRPr="007112AB" w:rsidRDefault="007112AB" w:rsidP="0095011F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14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8C4381" w:rsidRPr="007112AB" w:rsidRDefault="007112AB" w:rsidP="0095011F">
      <w:pPr>
        <w:autoSpaceDE w:val="0"/>
        <w:autoSpaceDN w:val="0"/>
        <w:spacing w:before="29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C4381" w:rsidRPr="007112AB" w:rsidRDefault="007112AB" w:rsidP="0095011F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8C4381" w:rsidRPr="007112AB" w:rsidRDefault="007112AB" w:rsidP="0095011F">
      <w:pPr>
        <w:autoSpaceDE w:val="0"/>
        <w:autoSpaceDN w:val="0"/>
        <w:spacing w:before="192" w:after="0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15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C4381" w:rsidRDefault="008C4381" w:rsidP="0095011F">
      <w:pPr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62" w:lineRule="auto"/>
        <w:ind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8C4381" w:rsidRPr="007112AB" w:rsidRDefault="007112AB" w:rsidP="0095011F">
      <w:pPr>
        <w:autoSpaceDE w:val="0"/>
        <w:autoSpaceDN w:val="0"/>
        <w:spacing w:before="166" w:after="0" w:line="281" w:lineRule="auto"/>
        <w:jc w:val="both"/>
        <w:rPr>
          <w:lang w:val="ru-RU"/>
        </w:rPr>
      </w:pP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135 часов (33 часа в 1 классе и по 34 часа во 2—4 классах).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На изучение инвариантной части программы отводится 118 учебных часов.</w:t>
      </w:r>
    </w:p>
    <w:p w:rsidR="008C4381" w:rsidRPr="007112AB" w:rsidRDefault="007112AB" w:rsidP="0095011F">
      <w:pPr>
        <w:autoSpaceDE w:val="0"/>
        <w:autoSpaceDN w:val="0"/>
        <w:spacing w:before="70" w:after="0" w:line="281" w:lineRule="auto"/>
        <w:ind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Резерв учебного времени, составляющий 17 учебных часов,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учитывающего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национальные и этнокультурные особенности народов Российской Федерации.</w:t>
      </w:r>
    </w:p>
    <w:p w:rsidR="008C4381" w:rsidRPr="007112AB" w:rsidRDefault="007112AB" w:rsidP="0095011F">
      <w:pPr>
        <w:autoSpaceDE w:val="0"/>
        <w:autoSpaceDN w:val="0"/>
        <w:spacing w:before="262" w:after="0" w:line="262" w:lineRule="auto"/>
        <w:ind w:right="100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8C4381" w:rsidRPr="007112AB" w:rsidRDefault="007112AB" w:rsidP="0095011F">
      <w:pPr>
        <w:autoSpaceDE w:val="0"/>
        <w:autoSpaceDN w:val="0"/>
        <w:spacing w:before="166" w:after="0" w:line="288" w:lineRule="auto"/>
        <w:ind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7112AB">
        <w:rPr>
          <w:lang w:val="ru-RU"/>
        </w:rPr>
        <w:lastRenderedPageBreak/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еализована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8C4381" w:rsidRPr="007112AB" w:rsidRDefault="007112AB" w:rsidP="0095011F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</w:t>
      </w:r>
    </w:p>
    <w:p w:rsidR="008C4381" w:rsidRPr="007112AB" w:rsidRDefault="007112AB" w:rsidP="0095011F">
      <w:pPr>
        <w:autoSpaceDE w:val="0"/>
        <w:autoSpaceDN w:val="0"/>
        <w:spacing w:after="0" w:line="281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8C4381" w:rsidRDefault="008C4381" w:rsidP="0095011F">
      <w:pPr>
        <w:jc w:val="both"/>
        <w:rPr>
          <w:lang w:val="ru-RU"/>
        </w:rPr>
      </w:pPr>
    </w:p>
    <w:p w:rsidR="008C4381" w:rsidRPr="007112AB" w:rsidRDefault="008C4381" w:rsidP="0095011F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C4381" w:rsidRPr="007112AB" w:rsidRDefault="007112AB" w:rsidP="0095011F">
      <w:pPr>
        <w:autoSpaceDE w:val="0"/>
        <w:autoSpaceDN w:val="0"/>
        <w:spacing w:before="346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C4381" w:rsidRPr="007112AB" w:rsidRDefault="007112AB" w:rsidP="0095011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3888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красна книга письмом, красна умом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первые шаги в чтении.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Баруздин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«Самое простое дело».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В. Куклин.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«Как я научился читать» (фрагмент).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Н. Носов.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«Тайна на дне колодца» (фрагмент главы «Волшебные сказки»).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взрослею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792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Без друга в жизни туго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дружбе.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«Цветы и зеркало».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Мазнин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 «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Давайте будем дружить друг с другом»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С. Л. Прокофьева.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«Самый большой друг».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5328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тот прав, кто сильный, а тот, кто честный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правде и честности.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честности как нравственном ориентире.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ind w:right="7632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Осеева.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«Почему?».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«Лгун».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432"/>
        <w:rPr>
          <w:lang w:val="ru-RU"/>
        </w:rPr>
      </w:pPr>
      <w:proofErr w:type="gramStart"/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Необычное в обычном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умение удивляться при восприятии окружающего мира.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Иванов.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«Снежный заповедник» (фрагмент).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Лунин.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«Я видела чудо».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«Осинкам холодно».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«Ещё дуют холодные ветры».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- РОДИНА МОЯ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Что мы Родиной зовём</w:t>
      </w:r>
    </w:p>
    <w:p w:rsidR="008C4381" w:rsidRPr="007112AB" w:rsidRDefault="007112AB" w:rsidP="0095011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>С чего начинается Родина?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многогранность понятия «Родина».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Ф. П. Савинов.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«Родное»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А. Синявский.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«Рисунок».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Д. Ушинский.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«Наше Отечество».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 родной природе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>С</w:t>
      </w:r>
      <w:proofErr w:type="gramEnd"/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колько же в небе всего происходит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</w:t>
      </w:r>
    </w:p>
    <w:p w:rsidR="008C4381" w:rsidRPr="007112AB" w:rsidRDefault="007112AB" w:rsidP="0095011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солнце, луне, звёздах, облаках.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«Серп луны под тучкой длинной…»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В. Востоков.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«Два яблока».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Катанов.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«Жар-птица».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Толстой.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«Петушки».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МИР ДЕТСТВА 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детское восприятие услышанных рассказов, сказок, стихов.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Егорова.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«Детство Александра Пушкина» (глава «Нянины сказки»).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А.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Луговская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«Как знаю, как помню, как умею» (фрагмент).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взрослею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576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lastRenderedPageBreak/>
        <w:t xml:space="preserve">Как аукнется, так и откликнется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об отношении к другим людям.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об отношении к другим людям.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ind w:right="792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Бианки.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«Сова».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И. Кузьмин.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«Дом с колокольчиком».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6768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Воля и </w:t>
      </w:r>
      <w:proofErr w:type="gramStart"/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>труд</w:t>
      </w:r>
      <w:proofErr w:type="gramEnd"/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дивные всходы дают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труде.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А. Пермяк.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Маркел-самодел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дети».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Шергин.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«Пословицы в рассказах».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6192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Кто идёт вперёд, того страх не берёт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смелости.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смелости как нравственном ориентире.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ind w:right="7344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П. Алексеев.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«Медаль».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«Этот мальчик».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8C4381" w:rsidRPr="007112AB" w:rsidRDefault="007112AB" w:rsidP="0095011F">
      <w:pPr>
        <w:autoSpaceDE w:val="0"/>
        <w:autoSpaceDN w:val="0"/>
        <w:spacing w:before="168" w:after="0" w:line="271" w:lineRule="auto"/>
        <w:ind w:left="180" w:right="432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Семья крепка ладом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 традиционные  представления о семейных ценностях.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Георгиев.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«Стрекот кузнечика».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«Мой добрый папа»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Дружинина.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«Очень полезный подарок».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«Отец и сыновья».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1584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Мечты, зовущие ввысь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представления об идеалах в детских мечтах.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«Заветное желание».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Е.В.Григорьева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Мечта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Л.Н.Толстой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Воспоминания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 (глава «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Фанфаронова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гора»).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Резерв на вариативную часть программы -3 ч.</w:t>
      </w:r>
    </w:p>
    <w:p w:rsidR="008C4381" w:rsidRPr="007112AB" w:rsidRDefault="008C4381" w:rsidP="0095011F">
      <w:pPr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- РОДИНА МОЯ 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576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биографии выдающихся представителей русского народа.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«Виктор Васнецов» (глава «Рябово»).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112AB">
        <w:rPr>
          <w:lang w:val="ru-RU"/>
        </w:rPr>
        <w:lastRenderedPageBreak/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А. Булатов, В. И.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Порудоминский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«Собирал человек слова… Повесть о В. И. Дале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Л. Яковлев.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«Сергий Радонежский приходит на помощь» (фрагмент).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Народные праздники, связанные 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</w:t>
      </w:r>
      <w:proofErr w:type="gram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временами года </w:t>
      </w:r>
    </w:p>
    <w:p w:rsidR="008C4381" w:rsidRPr="007112AB" w:rsidRDefault="007112AB" w:rsidP="0095011F">
      <w:pPr>
        <w:autoSpaceDE w:val="0"/>
        <w:autoSpaceDN w:val="0"/>
        <w:spacing w:before="168" w:after="0" w:line="262" w:lineRule="auto"/>
        <w:ind w:left="180" w:right="5328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Хорош праздник после трудов праведных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Песни-веснянки.</w:t>
      </w:r>
    </w:p>
    <w:p w:rsidR="008C4381" w:rsidRPr="007112AB" w:rsidRDefault="007112AB" w:rsidP="0095011F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о праздниках и традициях, связанных с народным календарём.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Л.Ф. Воронкова.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«Девочка из города» (глава «Праздник весны»).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Жуковский.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«Жаворонок».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«Птичка».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И.С.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Шмелёв</w:t>
      </w:r>
      <w:proofErr w:type="spellEnd"/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Лето Господне» (фрагмент главы «Масленица»).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 зелёным далям с детства взор приучен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поле, цветах.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И. Коваль.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«Фарфоровые колокольчики».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«В чистом поле тень шагает».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С.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Пляцковский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«Колокольчик».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Солоухин.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«Трава»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Ф. И. Тютчев. «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Тихой ночью, поздним летом…»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360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Пишут не пером, а умом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первый опыт «писательства».</w:t>
      </w:r>
    </w:p>
    <w:p w:rsidR="008C4381" w:rsidRPr="007112AB" w:rsidRDefault="007112AB" w:rsidP="0095011F">
      <w:pPr>
        <w:autoSpaceDE w:val="0"/>
        <w:autoSpaceDN w:val="0"/>
        <w:spacing w:before="70" w:after="0" w:line="271" w:lineRule="auto"/>
        <w:ind w:left="180" w:right="2304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Воробьев.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«Я ничего не придумал» (глава «Мой дневник»).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«Сказки Севки Глущенко» (глава «День рождения»).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6768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Жизнь дана на добрые дела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доброте.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А. Буковский.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«О Доброте — злой и доброй».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Л. Яхнин.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«Последняя рубашка».</w:t>
      </w:r>
    </w:p>
    <w:p w:rsidR="008C4381" w:rsidRPr="007112AB" w:rsidRDefault="008C4381" w:rsidP="0095011F">
      <w:pPr>
        <w:rPr>
          <w:lang w:val="ru-RU"/>
        </w:rPr>
        <w:sectPr w:rsidR="008C4381" w:rsidRPr="007112AB" w:rsidSect="0095011F">
          <w:pgSz w:w="11900" w:h="16840"/>
          <w:pgMar w:top="851" w:right="1440" w:bottom="332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8C4381" w:rsidRPr="007112AB" w:rsidRDefault="008C4381" w:rsidP="0095011F">
      <w:pPr>
        <w:autoSpaceDE w:val="0"/>
        <w:autoSpaceDN w:val="0"/>
        <w:spacing w:after="78" w:line="220" w:lineRule="exact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62" w:lineRule="auto"/>
        <w:ind w:left="180" w:right="8064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Живи по совести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совести.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В.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Засодимский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«Гришина милостыня».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Г. Волкова.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Дреби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-Дон».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 w:line="278" w:lineRule="auto"/>
        <w:ind w:right="576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дружной семье и в холод тепло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Ф.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Кургузов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«Душа нараспашку».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Л. Решетов.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«Зёрнышки спелых яблок»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Шукшин.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«Как зайка летал на воздушных шариках» (фрагмент).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 w:line="281" w:lineRule="auto"/>
        <w:ind w:right="576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Детские фантазии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 Крапивин. 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«Брат, которому семь» (фрагмент главы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«Зелёная грива»).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К. Чуковская.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«Мой отец — Корней Чуковский» (фрагмент).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— РОДИНА МОЯ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2592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а-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рода.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М. Гурьян.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«Мальчик из Холмогор» (фрагмент).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«Семён Дежнёв» (фрагмент).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Коняев.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«Правнуки богатырей» (фрагмент).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«Ломоносов» (фрагмент).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От праздника к празднику </w:t>
      </w:r>
    </w:p>
    <w:p w:rsidR="008C4381" w:rsidRPr="007112AB" w:rsidRDefault="007112AB" w:rsidP="0095011F">
      <w:pPr>
        <w:autoSpaceDE w:val="0"/>
        <w:autoSpaceDN w:val="0"/>
        <w:spacing w:before="168" w:after="0" w:line="271" w:lineRule="auto"/>
        <w:ind w:left="180" w:right="72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Всякая душа празднику рада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праздниках, значимых для русской кул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ь-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туры: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Рождестве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, Пасхе.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Григорьева.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«Радость».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А.И.Куприн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Пасхальные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колокола»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Чёрный.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«Пасхальный визит» (фрагмент).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>Неразгаданная тайна — в чащах леса…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загадки о лесе, реке, тумане.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Астафьев. 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Зорькина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песня» (фрагмент).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«У реки».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«Лес».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К. Г. Паустовский.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«Клад».</w:t>
      </w:r>
    </w:p>
    <w:p w:rsidR="008C4381" w:rsidRPr="007112AB" w:rsidRDefault="008C4381" w:rsidP="0095011F">
      <w:pPr>
        <w:rPr>
          <w:lang w:val="ru-RU"/>
        </w:rPr>
        <w:sectPr w:rsidR="008C4381" w:rsidRPr="007112AB" w:rsidSect="0095011F">
          <w:pgSz w:w="11900" w:h="16840"/>
          <w:pgMar w:top="851" w:right="674" w:bottom="45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8C4381" w:rsidRPr="007112AB" w:rsidRDefault="008C4381" w:rsidP="0095011F">
      <w:pPr>
        <w:autoSpaceDE w:val="0"/>
        <w:autoSpaceDN w:val="0"/>
        <w:spacing w:after="78" w:line="220" w:lineRule="exact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62" w:lineRule="auto"/>
        <w:ind w:left="180" w:right="4608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«Как распускаются разные деревья».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П.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«Туман».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8C4381" w:rsidRPr="007112AB" w:rsidRDefault="007112AB" w:rsidP="0095011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ценность чтения в жизни человека, роль книги в становлении личности.</w:t>
      </w:r>
    </w:p>
    <w:p w:rsidR="008C4381" w:rsidRPr="007112AB" w:rsidRDefault="007112AB" w:rsidP="0095011F">
      <w:pPr>
        <w:autoSpaceDE w:val="0"/>
        <w:autoSpaceDN w:val="0"/>
        <w:spacing w:before="70" w:after="0" w:line="271" w:lineRule="auto"/>
        <w:ind w:left="180" w:hanging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С.Т.Аксаков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Детские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годы Багрова-внука» (фрагмент главы «Последовательные воспоминания»).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Д. Н.  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Мамин-Сибиряк</w:t>
      </w:r>
      <w:proofErr w:type="gram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«Из  далёкого  прошлого»  (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глава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«К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нижка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с картинками»).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Т. Григорьев.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«Детство Суворова» (фрагмент).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720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Скромность красит человека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Пословицы о скромности.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скромности как черте характера.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62" w:lineRule="auto"/>
        <w:ind w:right="7200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Клюев.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«Шагом марш».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И.П.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Разговор татарника и спорыша».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Любовь всё побеждает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 отражающие  традиционные  представления о милосердии, сострадании,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сопереживании, чуткости, любви как нравственно-этических ценностях, значимых для национального русского сознания.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П. Екимов.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«Ночь исцеления».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И.С.Тургенев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«Голуби».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/>
        <w:ind w:right="288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Такое разное детство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 </w:t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Верейская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«Три девочки» (фрагмент).</w:t>
      </w:r>
    </w:p>
    <w:p w:rsidR="008C4381" w:rsidRPr="007112AB" w:rsidRDefault="007112AB" w:rsidP="0095011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Водопьянов.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«Полярный лётчик» (главы «Маленький мир», «Мой первый „полёт”»).</w:t>
      </w:r>
    </w:p>
    <w:p w:rsidR="008C4381" w:rsidRPr="007112AB" w:rsidRDefault="007112AB" w:rsidP="0095011F">
      <w:pPr>
        <w:autoSpaceDE w:val="0"/>
        <w:autoSpaceDN w:val="0"/>
        <w:spacing w:before="72" w:after="0" w:line="262" w:lineRule="auto"/>
        <w:ind w:left="180" w:right="864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В.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Колпакова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«Большое сочинение про бабушку» (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главы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«П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ро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печку», «Про чистоту»).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В. Лукашевич.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«Моё милое детство» (фрагмент).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 w:right="2304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Придуманные миры и страны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Отражение в произведениях фантастики проблем реального мира.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В. Михеева.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«Асино лето»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«Голубятня на жёлтой поляне» (фрагменты).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— РОДИНА МОЯ 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Родная страна во все времена сынами сильна 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left="180" w:right="2592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lastRenderedPageBreak/>
        <w:t xml:space="preserve">Люди земли Русской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народа. Например:</w:t>
      </w:r>
    </w:p>
    <w:p w:rsidR="008C4381" w:rsidRPr="007112AB" w:rsidRDefault="008C4381" w:rsidP="0095011F">
      <w:pPr>
        <w:autoSpaceDE w:val="0"/>
        <w:autoSpaceDN w:val="0"/>
        <w:spacing w:after="78" w:line="220" w:lineRule="exact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Мурашова.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«Афанасий Никитин» (глава «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Каффа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»).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М. Нагибин.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«Маленькие рассказы о большой судьбе» (глава «В школу»).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Что мы Родиной зовём </w:t>
      </w:r>
    </w:p>
    <w:p w:rsidR="008C4381" w:rsidRPr="007112AB" w:rsidRDefault="007112AB" w:rsidP="0095011F">
      <w:pPr>
        <w:autoSpaceDE w:val="0"/>
        <w:autoSpaceDN w:val="0"/>
        <w:spacing w:before="166" w:after="0" w:line="271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Широка страна моя родная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любовь к Родине; красоту различных уголков родной земли. Например: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Зеленин.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«Мамкин Василёк» (фрагмент).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Д. Дорофеев.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«Веретено».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Г. Распутин.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«Саяны».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Сказ о валдайских колокольчиках.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8" w:after="0" w:line="281" w:lineRule="auto"/>
        <w:ind w:right="144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 родной природе</w:t>
      </w:r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>П</w:t>
      </w:r>
      <w:proofErr w:type="gramEnd"/>
      <w:r w:rsidRPr="007112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од дыханьем непогоды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ветре, морозе, грозе; отражение этих представлений в фольклоре и их развитие в русской поэзии и прозе. Например: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ветре, морозе, грозе.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</w:t>
      </w:r>
      <w:proofErr w:type="spell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Апухтин</w:t>
      </w:r>
      <w:proofErr w:type="spell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«Зимой».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«Мороз».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«Гроза».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Рубцов.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«Во время грозы».</w:t>
      </w:r>
    </w:p>
    <w:p w:rsidR="008C4381" w:rsidRPr="007112AB" w:rsidRDefault="008C4381" w:rsidP="0095011F">
      <w:pPr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C4381" w:rsidRPr="007112AB" w:rsidRDefault="007112AB" w:rsidP="0095011F">
      <w:pPr>
        <w:autoSpaceDE w:val="0"/>
        <w:autoSpaceDN w:val="0"/>
        <w:spacing w:before="346" w:after="0" w:line="281" w:lineRule="auto"/>
        <w:ind w:right="720" w:firstLine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 w:line="278" w:lineRule="auto"/>
        <w:jc w:val="both"/>
        <w:rPr>
          <w:lang w:val="ru-RU"/>
        </w:rPr>
      </w:pPr>
      <w:r w:rsidRPr="007112AB">
        <w:rPr>
          <w:lang w:val="ru-RU"/>
        </w:rPr>
        <w:tab/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7112AB">
        <w:rPr>
          <w:lang w:val="ru-RU"/>
        </w:rPr>
        <w:br/>
      </w: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8C4381" w:rsidRPr="007112AB" w:rsidRDefault="007112AB" w:rsidP="0095011F">
      <w:pPr>
        <w:autoSpaceDE w:val="0"/>
        <w:autoSpaceDN w:val="0"/>
        <w:spacing w:before="190" w:after="0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8C4381" w:rsidRPr="007112AB" w:rsidRDefault="007112AB" w:rsidP="0095011F">
      <w:pPr>
        <w:autoSpaceDE w:val="0"/>
        <w:autoSpaceDN w:val="0"/>
        <w:spacing w:before="192" w:after="0" w:line="271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288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C4381" w:rsidRPr="007112AB" w:rsidRDefault="008C4381" w:rsidP="0095011F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8C4381" w:rsidRPr="007112AB" w:rsidRDefault="007112AB" w:rsidP="0095011F">
      <w:pPr>
        <w:autoSpaceDE w:val="0"/>
        <w:autoSpaceDN w:val="0"/>
        <w:spacing w:before="178" w:after="0" w:line="281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познавательные интересы, активность,  инициативность, любознательность 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8C4381" w:rsidRPr="007112AB" w:rsidRDefault="007112AB" w:rsidP="0095011F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66" w:after="0" w:line="262" w:lineRule="auto"/>
        <w:jc w:val="both"/>
        <w:rPr>
          <w:lang w:val="ru-RU"/>
        </w:rPr>
      </w:pPr>
      <w:r w:rsidRPr="007112AB">
        <w:rPr>
          <w:lang w:val="ru-RU"/>
        </w:rPr>
        <w:tab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8C4381" w:rsidRPr="007112AB" w:rsidRDefault="007112AB" w:rsidP="0095011F">
      <w:pPr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420" w:right="86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8C4381" w:rsidRPr="007112AB" w:rsidRDefault="007112AB" w:rsidP="0095011F">
      <w:pPr>
        <w:autoSpaceDE w:val="0"/>
        <w:autoSpaceDN w:val="0"/>
        <w:spacing w:before="18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8C4381" w:rsidRPr="007112AB" w:rsidRDefault="007112AB" w:rsidP="0095011F">
      <w:pPr>
        <w:autoSpaceDE w:val="0"/>
        <w:autoSpaceDN w:val="0"/>
        <w:spacing w:before="192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соблюдать с помощью взрослых (педагогических рабо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86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jc w:val="both"/>
        <w:rPr>
          <w:lang w:val="ru-RU"/>
        </w:rPr>
      </w:pPr>
      <w:r w:rsidRPr="007112AB">
        <w:rPr>
          <w:lang w:val="ru-RU"/>
        </w:rPr>
        <w:tab/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8C4381" w:rsidRPr="007112AB" w:rsidRDefault="007112AB" w:rsidP="0095011F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15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8C4381" w:rsidRPr="007112AB" w:rsidRDefault="007112AB" w:rsidP="0095011F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C4381" w:rsidRPr="007112AB" w:rsidRDefault="008C4381" w:rsidP="0095011F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262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4381" w:rsidRPr="007112AB" w:rsidRDefault="007112AB" w:rsidP="0095011F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8C4381" w:rsidRPr="007112AB" w:rsidRDefault="007112AB" w:rsidP="0095011F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;. 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оценивать свой вклад в общий результат;</w:t>
      </w:r>
    </w:p>
    <w:p w:rsidR="008C4381" w:rsidRPr="007112AB" w:rsidRDefault="007112AB" w:rsidP="0095011F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8C4381" w:rsidRPr="007112AB" w:rsidRDefault="007112AB" w:rsidP="0095011F">
      <w:pPr>
        <w:tabs>
          <w:tab w:val="left" w:pos="180"/>
        </w:tabs>
        <w:autoSpaceDE w:val="0"/>
        <w:autoSpaceDN w:val="0"/>
        <w:spacing w:before="178" w:after="0" w:line="262" w:lineRule="auto"/>
        <w:jc w:val="both"/>
        <w:rPr>
          <w:lang w:val="ru-RU"/>
        </w:rPr>
      </w:pPr>
      <w:r w:rsidRPr="007112AB">
        <w:rPr>
          <w:lang w:val="ru-RU"/>
        </w:rPr>
        <w:tab/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8C4381" w:rsidRPr="007112AB" w:rsidRDefault="007112AB" w:rsidP="0095011F">
      <w:pPr>
        <w:autoSpaceDE w:val="0"/>
        <w:autoSpaceDN w:val="0"/>
        <w:spacing w:before="18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8C4381" w:rsidRPr="007112AB" w:rsidRDefault="007112AB" w:rsidP="0095011F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устанавливать причины успеха/неудач учебной деятельности;</w:t>
      </w:r>
    </w:p>
    <w:p w:rsidR="008C4381" w:rsidRPr="007112AB" w:rsidRDefault="007112AB" w:rsidP="0095011F">
      <w:pPr>
        <w:autoSpaceDE w:val="0"/>
        <w:autoSpaceDN w:val="0"/>
        <w:spacing w:before="238" w:after="0" w:line="262" w:lineRule="auto"/>
        <w:ind w:left="420" w:right="100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8C4381" w:rsidRPr="007112AB" w:rsidRDefault="007112AB" w:rsidP="0095011F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8C4381" w:rsidRPr="007112AB" w:rsidRDefault="007112AB" w:rsidP="0095011F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8C4381" w:rsidRPr="007112AB" w:rsidRDefault="007112AB" w:rsidP="0095011F">
      <w:pPr>
        <w:autoSpaceDE w:val="0"/>
        <w:autoSpaceDN w:val="0"/>
        <w:spacing w:before="238" w:after="0" w:line="262" w:lineRule="auto"/>
        <w:ind w:left="420"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C4381" w:rsidRPr="007112AB" w:rsidRDefault="007112AB" w:rsidP="0095011F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C4381" w:rsidRPr="007112AB" w:rsidRDefault="007112AB" w:rsidP="0095011F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420" w:right="100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чтения родной русской литературы для познания себя, мира, национальной истории и культуры;</w:t>
      </w:r>
    </w:p>
    <w:p w:rsidR="008C4381" w:rsidRPr="007112AB" w:rsidRDefault="007112AB" w:rsidP="0095011F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приёмами интерпретации произведений русской литературы;</w:t>
      </w:r>
    </w:p>
    <w:p w:rsidR="008C4381" w:rsidRPr="007112AB" w:rsidRDefault="007112AB" w:rsidP="0095011F">
      <w:pPr>
        <w:autoSpaceDE w:val="0"/>
        <w:autoSpaceDN w:val="0"/>
        <w:spacing w:before="192" w:after="0" w:line="262" w:lineRule="auto"/>
        <w:ind w:left="42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словарь учебника для получения дополнительной информации о значении слова;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стихотворные произведения по собственному выбору.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8C4381" w:rsidRPr="007112AB" w:rsidRDefault="007112AB" w:rsidP="0095011F">
      <w:pPr>
        <w:autoSpaceDE w:val="0"/>
        <w:autoSpaceDN w:val="0"/>
        <w:spacing w:before="298" w:after="0" w:line="262" w:lineRule="auto"/>
        <w:ind w:left="42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нравственном содержании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прочитанного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, соотносить поступки героев с нравственными нормами;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представлениями о национальном своеобразии метафор,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олицетворений, эпитетов и видеть в тексте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-д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анные средства художественной выразительности;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в процессе чтения произведений русской литературы читательские умения: читать вслух и про себя,</w:t>
      </w:r>
    </w:p>
    <w:p w:rsidR="008C4381" w:rsidRPr="007112AB" w:rsidRDefault="007112AB" w:rsidP="0095011F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 владеть элементарными приёмами интерпретации художественных и учебных текстов;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240" w:right="72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обогащать собственный круг чтения;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24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соотносить впечатления от прочитанных и прослушанных произведений с впечатлениями от других видов искусства.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8C4381" w:rsidRPr="007112AB" w:rsidRDefault="007112AB" w:rsidP="0095011F">
      <w:pPr>
        <w:autoSpaceDE w:val="0"/>
        <w:autoSpaceDN w:val="0"/>
        <w:spacing w:before="180" w:after="0" w:line="262" w:lineRule="auto"/>
        <w:ind w:left="240" w:right="2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8C4381" w:rsidRPr="007112AB" w:rsidRDefault="007112AB" w:rsidP="0095011F">
      <w:pPr>
        <w:autoSpaceDE w:val="0"/>
        <w:autoSpaceDN w:val="0"/>
        <w:spacing w:before="192" w:after="0" w:line="262" w:lineRule="auto"/>
        <w:ind w:left="24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8C4381" w:rsidRPr="007112AB" w:rsidRDefault="007112AB" w:rsidP="0095011F">
      <w:pPr>
        <w:autoSpaceDE w:val="0"/>
        <w:autoSpaceDN w:val="0"/>
        <w:spacing w:before="190" w:after="0" w:line="271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8C4381" w:rsidRPr="007112AB" w:rsidRDefault="007112AB" w:rsidP="0095011F">
      <w:pPr>
        <w:autoSpaceDE w:val="0"/>
        <w:autoSpaceDN w:val="0"/>
        <w:spacing w:before="190" w:after="0" w:line="281" w:lineRule="auto"/>
        <w:ind w:left="24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24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8C4381" w:rsidRPr="007112AB" w:rsidRDefault="007112AB" w:rsidP="0095011F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8C4381" w:rsidRPr="007112AB" w:rsidRDefault="007112AB" w:rsidP="0095011F">
      <w:pPr>
        <w:autoSpaceDE w:val="0"/>
        <w:autoSpaceDN w:val="0"/>
        <w:spacing w:before="178" w:after="0" w:line="262" w:lineRule="auto"/>
        <w:ind w:left="240"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чтения русской литературы для личного развития; для культурной самоидентификации;</w:t>
      </w:r>
    </w:p>
    <w:p w:rsidR="008C4381" w:rsidRPr="007112AB" w:rsidRDefault="007112AB" w:rsidP="0095011F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определять позиции героев художественного текста, позицию автора художественного текста;</w:t>
      </w:r>
    </w:p>
    <w:p w:rsidR="008C4381" w:rsidRPr="007112AB" w:rsidRDefault="007112AB" w:rsidP="0095011F">
      <w:pPr>
        <w:autoSpaceDE w:val="0"/>
        <w:autoSpaceDN w:val="0"/>
        <w:spacing w:before="192" w:after="0" w:line="271" w:lineRule="auto"/>
        <w:ind w:left="24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преобразования художественных, научно-популярных и учебных текстов;</w:t>
      </w:r>
    </w:p>
    <w:p w:rsidR="008C4381" w:rsidRPr="007112AB" w:rsidRDefault="007112AB" w:rsidP="0095011F">
      <w:pPr>
        <w:autoSpaceDE w:val="0"/>
        <w:autoSpaceDN w:val="0"/>
        <w:spacing w:before="190" w:after="0" w:line="281" w:lineRule="auto"/>
        <w:ind w:left="240" w:right="432"/>
        <w:jc w:val="both"/>
        <w:rPr>
          <w:lang w:val="ru-RU"/>
        </w:rPr>
      </w:pPr>
      <w:proofErr w:type="gram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240" w:right="115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 выбирать  интересующую  литературу,  формировать и обогащать собственный круг чтения;</w:t>
      </w:r>
    </w:p>
    <w:p w:rsidR="008C4381" w:rsidRPr="007112AB" w:rsidRDefault="007112AB" w:rsidP="0095011F">
      <w:pPr>
        <w:autoSpaceDE w:val="0"/>
        <w:autoSpaceDN w:val="0"/>
        <w:spacing w:before="190" w:after="0" w:line="262" w:lineRule="auto"/>
        <w:ind w:left="240" w:right="14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8C4381" w:rsidRPr="007112AB" w:rsidRDefault="008C4381" w:rsidP="0095011F">
      <w:pPr>
        <w:jc w:val="both"/>
        <w:rPr>
          <w:lang w:val="ru-RU"/>
        </w:rPr>
        <w:sectPr w:rsidR="008C4381" w:rsidRPr="007112AB">
          <w:pgSz w:w="11900" w:h="16840"/>
          <w:pgMar w:top="292" w:right="724" w:bottom="444" w:left="846" w:header="720" w:footer="720" w:gutter="0"/>
          <w:cols w:space="720" w:equalWidth="0">
            <w:col w:w="10330" w:space="0"/>
          </w:cols>
          <w:docGrid w:linePitch="360"/>
        </w:sectPr>
      </w:pPr>
    </w:p>
    <w:p w:rsidR="008C4381" w:rsidRPr="007112AB" w:rsidRDefault="008C4381" w:rsidP="0095011F">
      <w:pPr>
        <w:autoSpaceDE w:val="0"/>
        <w:autoSpaceDN w:val="0"/>
        <w:spacing w:after="64" w:line="220" w:lineRule="exact"/>
        <w:jc w:val="both"/>
        <w:rPr>
          <w:lang w:val="ru-RU"/>
        </w:rPr>
      </w:pPr>
    </w:p>
    <w:p w:rsidR="008C4381" w:rsidRPr="0095011F" w:rsidRDefault="007112AB" w:rsidP="0095011F">
      <w:pPr>
        <w:autoSpaceDE w:val="0"/>
        <w:autoSpaceDN w:val="0"/>
        <w:spacing w:after="92" w:line="374" w:lineRule="auto"/>
        <w:ind w:right="11952"/>
        <w:jc w:val="both"/>
        <w:rPr>
          <w:sz w:val="24"/>
          <w:szCs w:val="24"/>
        </w:rPr>
      </w:pPr>
      <w:r w:rsidRPr="0095011F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  <w:r w:rsidRPr="0095011F">
        <w:rPr>
          <w:sz w:val="24"/>
          <w:szCs w:val="24"/>
        </w:rPr>
        <w:br/>
      </w:r>
      <w:r w:rsidRPr="0095011F">
        <w:rPr>
          <w:rFonts w:ascii="Times New Roman" w:eastAsia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394"/>
        <w:gridCol w:w="722"/>
        <w:gridCol w:w="2256"/>
        <w:gridCol w:w="2306"/>
        <w:gridCol w:w="5272"/>
      </w:tblGrid>
      <w:tr w:rsidR="008C4381" w:rsidRPr="0095011F">
        <w:trPr>
          <w:trHeight w:hRule="exact" w:val="348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45" w:lineRule="auto"/>
              <w:ind w:right="144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8C4381" w:rsidRPr="0095011F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8C4381" w:rsidRPr="0095011F">
        <w:trPr>
          <w:trHeight w:hRule="exact" w:val="350"/>
        </w:trPr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взрослею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фантазирую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мечтаю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https://www.uchportal.ru/load/46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45" w:lineRule="auto"/>
              <w:ind w:left="72" w:right="3168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Что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мы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r w:rsidRPr="0095011F">
              <w:rPr>
                <w:sz w:val="24"/>
                <w:szCs w:val="24"/>
              </w:rPr>
              <w:br/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Родиной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зовём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https://www.uchportal.ru/load/46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О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родной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https://www.uchportal.ru/load/46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50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4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4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4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4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</w:tbl>
    <w:p w:rsidR="0095011F" w:rsidRDefault="0095011F" w:rsidP="0095011F">
      <w:pPr>
        <w:autoSpaceDE w:val="0"/>
        <w:autoSpaceDN w:val="0"/>
        <w:spacing w:before="186" w:after="94" w:line="233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8C4381" w:rsidRPr="0095011F" w:rsidRDefault="007112AB" w:rsidP="0095011F">
      <w:pPr>
        <w:autoSpaceDE w:val="0"/>
        <w:autoSpaceDN w:val="0"/>
        <w:spacing w:before="186" w:after="94" w:line="233" w:lineRule="auto"/>
        <w:jc w:val="both"/>
        <w:rPr>
          <w:sz w:val="24"/>
          <w:szCs w:val="24"/>
        </w:rPr>
      </w:pPr>
      <w:r w:rsidRPr="0095011F">
        <w:rPr>
          <w:rFonts w:ascii="Times New Roman" w:eastAsia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88"/>
        <w:gridCol w:w="684"/>
        <w:gridCol w:w="2160"/>
        <w:gridCol w:w="2210"/>
        <w:gridCol w:w="5044"/>
      </w:tblGrid>
      <w:tr w:rsidR="008C4381" w:rsidRPr="0095011F">
        <w:trPr>
          <w:trHeight w:hRule="exact" w:val="34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45" w:lineRule="auto"/>
              <w:ind w:right="144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8C4381" w:rsidRPr="0095011F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8C4381" w:rsidRPr="0095011F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5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взрослею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моя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54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фантазирую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мечтаю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9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8C4381" w:rsidRPr="0095011F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>Родная страна во все времена сынами сильна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5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 xml:space="preserve">Народные праздники, связанные </w:t>
            </w:r>
            <w:proofErr w:type="gram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>с</w:t>
            </w:r>
            <w:proofErr w:type="gram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 xml:space="preserve"> временами года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</w:tbl>
    <w:p w:rsidR="008C4381" w:rsidRPr="0095011F" w:rsidRDefault="008C4381" w:rsidP="0095011F">
      <w:pPr>
        <w:autoSpaceDE w:val="0"/>
        <w:autoSpaceDN w:val="0"/>
        <w:spacing w:after="0" w:line="14" w:lineRule="exact"/>
        <w:jc w:val="both"/>
        <w:rPr>
          <w:sz w:val="24"/>
          <w:szCs w:val="24"/>
        </w:rPr>
      </w:pPr>
    </w:p>
    <w:p w:rsidR="008C4381" w:rsidRPr="0095011F" w:rsidRDefault="008C4381" w:rsidP="0095011F">
      <w:pPr>
        <w:autoSpaceDE w:val="0"/>
        <w:autoSpaceDN w:val="0"/>
        <w:spacing w:after="66" w:line="220" w:lineRule="exact"/>
        <w:jc w:val="both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88"/>
        <w:gridCol w:w="684"/>
        <w:gridCol w:w="2160"/>
        <w:gridCol w:w="2210"/>
        <w:gridCol w:w="5044"/>
      </w:tblGrid>
      <w:tr w:rsidR="008C4381" w:rsidRPr="0095011F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О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родной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viki.rdf.ru, school- collection.edu.ru</w:t>
            </w:r>
          </w:p>
        </w:tc>
      </w:tr>
      <w:tr w:rsidR="008C4381" w:rsidRPr="0095011F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9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</w:tbl>
    <w:p w:rsidR="0095011F" w:rsidRDefault="0095011F" w:rsidP="0095011F">
      <w:pPr>
        <w:autoSpaceDE w:val="0"/>
        <w:autoSpaceDN w:val="0"/>
        <w:spacing w:before="188" w:after="94" w:line="233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8C4381" w:rsidRPr="0095011F" w:rsidRDefault="007112AB" w:rsidP="0095011F">
      <w:pPr>
        <w:autoSpaceDE w:val="0"/>
        <w:autoSpaceDN w:val="0"/>
        <w:spacing w:before="188" w:after="94" w:line="233" w:lineRule="auto"/>
        <w:jc w:val="both"/>
        <w:rPr>
          <w:sz w:val="24"/>
          <w:szCs w:val="24"/>
        </w:rPr>
      </w:pPr>
      <w:r w:rsidRPr="0095011F">
        <w:rPr>
          <w:rFonts w:ascii="Times New Roman" w:eastAsia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394"/>
        <w:gridCol w:w="722"/>
        <w:gridCol w:w="2256"/>
        <w:gridCol w:w="2306"/>
        <w:gridCol w:w="5272"/>
      </w:tblGrid>
      <w:tr w:rsidR="008C4381" w:rsidRPr="0095011F">
        <w:trPr>
          <w:trHeight w:hRule="exact" w:val="35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80" w:after="0" w:line="245" w:lineRule="auto"/>
              <w:ind w:right="144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80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80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80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8C4381" w:rsidRPr="0095011F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взрослею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моя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92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45" w:lineRule="auto"/>
              <w:ind w:left="72" w:right="3168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фантазирую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мечтаю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8C4381" w:rsidRPr="0095011F">
        <w:trPr>
          <w:trHeight w:hRule="exact" w:val="73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45" w:lineRule="auto"/>
              <w:ind w:left="72" w:right="2016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 xml:space="preserve">Родная страна </w:t>
            </w:r>
            <w:r w:rsidRPr="0095011F">
              <w:rPr>
                <w:sz w:val="24"/>
                <w:szCs w:val="24"/>
                <w:lang w:val="ru-RU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>во все времена сынами сильна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От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праздника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к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празднику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О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родной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 collection.edu.ru/catalog/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</w:tbl>
    <w:p w:rsidR="0095011F" w:rsidRDefault="0095011F" w:rsidP="0095011F">
      <w:pPr>
        <w:autoSpaceDE w:val="0"/>
        <w:autoSpaceDN w:val="0"/>
        <w:spacing w:before="190" w:after="94" w:line="233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8C4381" w:rsidRPr="0095011F" w:rsidRDefault="007112AB" w:rsidP="0095011F">
      <w:pPr>
        <w:autoSpaceDE w:val="0"/>
        <w:autoSpaceDN w:val="0"/>
        <w:spacing w:before="190" w:after="94" w:line="233" w:lineRule="auto"/>
        <w:jc w:val="both"/>
        <w:rPr>
          <w:sz w:val="24"/>
          <w:szCs w:val="24"/>
        </w:rPr>
      </w:pPr>
      <w:r w:rsidRPr="0095011F">
        <w:rPr>
          <w:rFonts w:ascii="Times New Roman" w:eastAsia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394"/>
        <w:gridCol w:w="722"/>
        <w:gridCol w:w="2256"/>
        <w:gridCol w:w="2306"/>
        <w:gridCol w:w="5272"/>
      </w:tblGrid>
      <w:tr w:rsidR="008C4381" w:rsidRPr="0095011F">
        <w:trPr>
          <w:trHeight w:hRule="exact" w:val="348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45" w:lineRule="auto"/>
              <w:ind w:right="144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8C4381" w:rsidRPr="0095011F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8C4381" w:rsidRPr="0095011F">
        <w:trPr>
          <w:trHeight w:hRule="exact" w:val="52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</w:tbl>
    <w:p w:rsidR="008C4381" w:rsidRPr="0095011F" w:rsidRDefault="008C4381" w:rsidP="0095011F">
      <w:pPr>
        <w:autoSpaceDE w:val="0"/>
        <w:autoSpaceDN w:val="0"/>
        <w:spacing w:after="0" w:line="14" w:lineRule="exact"/>
        <w:jc w:val="both"/>
        <w:rPr>
          <w:sz w:val="24"/>
          <w:szCs w:val="24"/>
        </w:rPr>
      </w:pPr>
    </w:p>
    <w:p w:rsidR="008C4381" w:rsidRPr="0095011F" w:rsidRDefault="008C4381" w:rsidP="0095011F">
      <w:pPr>
        <w:autoSpaceDE w:val="0"/>
        <w:autoSpaceDN w:val="0"/>
        <w:spacing w:after="66" w:line="220" w:lineRule="exact"/>
        <w:jc w:val="both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394"/>
        <w:gridCol w:w="722"/>
        <w:gridCol w:w="2256"/>
        <w:gridCol w:w="2306"/>
        <w:gridCol w:w="5272"/>
      </w:tblGrid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взрослею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моя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  <w:tr w:rsidR="008C4381" w:rsidRPr="0095011F">
        <w:trPr>
          <w:trHeight w:hRule="exact" w:val="92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45" w:lineRule="auto"/>
              <w:ind w:left="72" w:right="3168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Я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фантазирую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r w:rsidRPr="0095011F">
              <w:rPr>
                <w:sz w:val="24"/>
                <w:szCs w:val="24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и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мечтаю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http://school-collection.edu.ru/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8C4381" w:rsidRPr="0095011F">
        <w:trPr>
          <w:trHeight w:hRule="exact" w:val="73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45" w:lineRule="auto"/>
              <w:ind w:left="72" w:right="2016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 xml:space="preserve">Родная страна </w:t>
            </w:r>
            <w:r w:rsidRPr="0095011F">
              <w:rPr>
                <w:sz w:val="24"/>
                <w:szCs w:val="24"/>
                <w:lang w:val="ru-RU"/>
              </w:rPr>
              <w:br/>
            </w: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  <w:lang w:val="ru-RU"/>
              </w:rPr>
              <w:t>во все времена сынами сильна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.http://eor-np.ru/</w:t>
            </w:r>
          </w:p>
        </w:tc>
      </w:tr>
      <w:tr w:rsidR="008C4381" w:rsidRPr="0095011F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Что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мы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Родиной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зовём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.http://eor-np.ru/</w:t>
            </w:r>
          </w:p>
        </w:tc>
      </w:tr>
      <w:tr w:rsidR="008C4381" w:rsidRPr="0095011F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О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родной</w:t>
            </w:r>
            <w:proofErr w:type="spellEnd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b/>
                <w:color w:val="221F1F"/>
                <w:w w:val="97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.http://eor-np.ru/</w:t>
            </w: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4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</w:t>
            </w:r>
            <w:proofErr w:type="spellEnd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9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  <w:tr w:rsidR="008C4381" w:rsidRPr="0095011F">
        <w:trPr>
          <w:trHeight w:hRule="exact" w:val="328"/>
        </w:trPr>
        <w:tc>
          <w:tcPr>
            <w:tcW w:w="4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2B1F56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7112AB" w:rsidP="0095011F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95011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95011F" w:rsidRDefault="008C4381" w:rsidP="0095011F">
            <w:pPr>
              <w:jc w:val="both"/>
              <w:rPr>
                <w:sz w:val="24"/>
                <w:szCs w:val="24"/>
              </w:rPr>
            </w:pPr>
          </w:p>
        </w:tc>
      </w:tr>
    </w:tbl>
    <w:p w:rsidR="008C4381" w:rsidRPr="0095011F" w:rsidRDefault="008C4381" w:rsidP="0095011F">
      <w:pPr>
        <w:autoSpaceDE w:val="0"/>
        <w:autoSpaceDN w:val="0"/>
        <w:spacing w:after="0" w:line="14" w:lineRule="exact"/>
        <w:jc w:val="both"/>
        <w:rPr>
          <w:sz w:val="24"/>
          <w:szCs w:val="24"/>
        </w:rPr>
      </w:pPr>
    </w:p>
    <w:p w:rsidR="008C4381" w:rsidRDefault="008C4381" w:rsidP="0095011F">
      <w:pPr>
        <w:jc w:val="both"/>
        <w:sectPr w:rsidR="008C438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78" w:line="220" w:lineRule="exact"/>
        <w:jc w:val="both"/>
      </w:pPr>
    </w:p>
    <w:p w:rsidR="008C4381" w:rsidRDefault="007112AB" w:rsidP="0095011F">
      <w:pPr>
        <w:autoSpaceDE w:val="0"/>
        <w:autoSpaceDN w:val="0"/>
        <w:spacing w:after="140" w:line="382" w:lineRule="auto"/>
        <w:ind w:right="6768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8C4381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урок. Знакомство с учебником.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С.А.Баруздин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Самое простое дело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В. Куклин. «Как я научился читать»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В. Куклин. «Как я научился читать»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Н. Носов. «Тайна на дне колодца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 главы «Волшебные сказки»).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Т.В.Толстая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«Детство Лермонтова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отрывок)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Л. Прокофьева. «Самый большой друг».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Л. Прокофьева. «Самый большой друг».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М.Л.Михайлов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«Лесные хоромы»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И.А.Мазнин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«Давайте будем дружить друг с другом…»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Н.К.Абрамцева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«Цветы и зеркало» (в сокращении)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Л.Н.Толстой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«Лгун» (басня)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Враль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Почему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?»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В.А.Осеева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Почему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?»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А.С.Пушкин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«… Воротился старик 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старухе…»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98" w:right="650" w:bottom="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Р.С.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«Чудо»,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В.В.Лунин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«Я видела чудо»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С.А.Иванов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«Снежный заповедник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отрывок)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М.М.Пришвин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«Закат солнца», «Осинкам холодно»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М.С.Харитонов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«Учитель вранья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отрывок)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В.Ф.Тендряков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«Весенние перевёртыши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отрывок)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В.А.Осеева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«Колыбельная песенка»,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П.А.Синявский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«Рисунок» Творческий проект «На моём рисунке Родина Моя»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С.А.Махотин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«Этот дом со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скипучим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крыльцом»,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Ф.П.Савинов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«Родное»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В.Ф.Боков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«Откуда начинается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Росиия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К.Д.Ушинский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Наше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Отечетсво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Русские народные загадки о солнце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А.Н.Толстой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«Петушки»,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С.В.Сахарно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в«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Мезень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(отрывок)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Е.В.Григорьева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«Осенью 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рыжий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…»,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В.М.катанов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«Жар-птица»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Загадки о месяце.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И.А.Бунин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«Серп луны над тучкой длинной…».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В.П.Крапивин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казки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Севки Глущенко».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Ю.И.Коваль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оздним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вечером ранней весной».</w:t>
            </w:r>
          </w:p>
          <w:p w:rsidR="008C4381" w:rsidRPr="007112AB" w:rsidRDefault="007112AB" w:rsidP="0095011F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С.В.Востоков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«Месяц»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Промежуточная аттестация. КМС по оценке уровня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обученности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Е.В.Липатова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уна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похожа на ежа…».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Г.М.Кружков«Звёзды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Загадки о небе.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Я.П.Полонский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Г.В.Сапгир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и др.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864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Загадки о небе.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Я.П.Полонский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Г.В.Сапгир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и др.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95011F" w:rsidRDefault="0095011F" w:rsidP="0095011F">
      <w:pPr>
        <w:autoSpaceDE w:val="0"/>
        <w:autoSpaceDN w:val="0"/>
        <w:spacing w:before="218" w:after="140" w:line="230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C4381" w:rsidRDefault="007112AB" w:rsidP="0095011F">
      <w:pPr>
        <w:autoSpaceDE w:val="0"/>
        <w:autoSpaceDN w:val="0"/>
        <w:spacing w:before="218" w:after="140" w:line="230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8C4381">
        <w:trPr>
          <w:trHeight w:hRule="exact" w:val="830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урок. Знакомство с учебником.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Т. А.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Луговская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«Как знаю, как помню, как умею»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Л. К. Чуковская. Памяти детства.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И. Кузьмин. «Дом с колокольчиком».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86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Б. В. Шергин. «Плотник 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думает топором».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 А. Пермяк.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Маркел-самодел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его дети».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Голявкин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«Этот мальчик».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П. Алексеев. «Медаль». Пословицы.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Н. Толстой. «Отец и сыновья».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В. Дружинина. «Очень полезный подарок».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Г. Георгиев. «Стрекот кузнечика».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84" w:right="650" w:bottom="5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Голявкин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«Мой добрый папа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фрагмент).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Промежуточный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К. Абрамцева. «Заветное желание».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Е.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Григорьева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Мечта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Н. Толстой. «Воспоминания» (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«Ф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анфаронова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гора»).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А.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Бахревский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«Виктор Васнецов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«Рябово»).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М. А. Булатов, В. И.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Порудоминский</w:t>
            </w:r>
            <w:proofErr w:type="spellEnd"/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Собирал человек слова… Повесть о В. И. Дале» (фрагмент).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Л. Яковлев. «Сергий Радонежский приходит на помощь» (фрагмент).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К. Языкова. «Преподобный Сергий Радонежский».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Шмелёв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Песни-веснянки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Ф. Воронкова. «Девочка из города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«Праздник весны»).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432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А. Жуковский.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Жаворонок»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.А</w:t>
            </w:r>
            <w:proofErr w:type="spellEnd"/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С. Пушкин.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Птичка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А. Коринфский «Август –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собериха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.«</w:t>
            </w:r>
            <w:proofErr w:type="spellStart"/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Спожники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Загадка. И. С. Никитин. «В чистом поле тень шагает...»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Л. Ф.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Воронкова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Подснежники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29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 И. Коваль. «Фарфоровые колокольчики».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М. С.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Пляцковкий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Колокольчик»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.В</w:t>
            </w:r>
            <w:proofErr w:type="spellEnd"/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А. Солоухин. "Трава". Е. А. Благинина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Журавушка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классею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95011F" w:rsidRDefault="0095011F" w:rsidP="0095011F">
      <w:pPr>
        <w:autoSpaceDE w:val="0"/>
        <w:autoSpaceDN w:val="0"/>
        <w:spacing w:before="218" w:after="140" w:line="230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C4381" w:rsidRDefault="007112AB" w:rsidP="0095011F">
      <w:pPr>
        <w:autoSpaceDE w:val="0"/>
        <w:autoSpaceDN w:val="0"/>
        <w:spacing w:before="218" w:after="140" w:line="230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494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71" w:lineRule="auto"/>
              <w:ind w:left="72" w:right="43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8C4381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И. Воробьев. «Я ничего не придумал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«Мой дневник»).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И. Воробьев. «Я ничего не придумал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«Мой дневник»).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И. Воробьев. «Я ничего не придумал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«Мой дневник»).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Крапивин. «Сказки Севки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Глущенко» (глава «День рождения»).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Крапивин. «Сказки Севки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Глущенко» (глава «День рождения»).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Крапивин. «Сказки Севки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Глущенко» (глава «День рождения»).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доброте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81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отражающие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 доброте как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нравственно-этической ценности,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значимой для национального русского сознания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отражающие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 доброте как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нравственно-этической ценности,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значимой для национального русского сознания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 А. Буковский. «О Доброте — злой и доброй».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Яхнин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Последняя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рубашка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П. В.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Засодимский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«Гришина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милостыня». Н. Г. Волкова.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Дреби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-Дон».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отражающие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традиционные представления о семейных ценностях (лад, любовь,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взаимопонимание, забота, терпение,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уважение к старшим).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О. Ф.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Кургузов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«Душа нараспашку».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62" w:lineRule="auto"/>
              <w:ind w:left="72" w:right="720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Л. Решетов. «Зёрнышки спелых яблок» (фрагмент).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М. Шукшин. «Как зайка летал на воздушных шариках» (фрагмент).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отражающие значение мечты и фантазии для взросления,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взаимодействие мира реального и мира фант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стического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отражающие значение мечты и фантазии для взросления,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взаимодействие мира реального и мира фант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стического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П. Крапивин. «Брат, которому семь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 главы «Зелёная грива»).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К. Чуковская. «Мой отец — Корней Чуковский» (фрагмент).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О. М. Гурьян. «Мальчик из Холмогор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62" w:lineRule="auto"/>
              <w:ind w:left="72" w:right="720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А.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Бахревский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«Семён Дежнёв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М. Коняев. «Правнуки богатырей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праздниках, значимых для русской культуры: Рождество.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Е.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Григорьева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Радо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И. Куприн. «Пасхальные колокола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Чёрный. «Пасхальный визит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86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П. Астафьев.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Зорькина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песня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Д. Берестов. «У реки».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Никитин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К. 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Паустовский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Клад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М. Пришвин. «Как распускаются разные деревья».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И. П.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Туман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Поэтические представления русского народа о лесе, реке, тумане; отражение этих представлений в фольклоре и их развитие в русской поэзии и прозе.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</w:tr>
    </w:tbl>
    <w:p w:rsidR="0095011F" w:rsidRDefault="0095011F" w:rsidP="0095011F">
      <w:pPr>
        <w:autoSpaceDE w:val="0"/>
        <w:autoSpaceDN w:val="0"/>
        <w:spacing w:before="218" w:after="140" w:line="230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C4381" w:rsidRDefault="007112AB" w:rsidP="0095011F">
      <w:pPr>
        <w:autoSpaceDE w:val="0"/>
        <w:autoSpaceDN w:val="0"/>
        <w:spacing w:before="218" w:after="140" w:line="230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8C4381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381" w:rsidRDefault="008C4381" w:rsidP="0095011F">
            <w:pPr>
              <w:jc w:val="both"/>
            </w:pP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С. Т. Аксаков. «Детские годы 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Багрова-внука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71" w:lineRule="auto"/>
              <w:ind w:left="72" w:right="576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Д. Н. 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Мамин-Сибиряк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«Из далёкого прошлого» (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нижка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 </w:t>
            </w:r>
            <w:r w:rsidRPr="007112AB">
              <w:rPr>
                <w:lang w:val="ru-RU"/>
              </w:rPr>
              <w:br/>
            </w: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картинками»).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Т. Григорьев. «Детство Суворова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 В. Клюев. «Шагом марш».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И. П.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Токмакова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«Разговор татарника и спорыша».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Б. П. Екимов. «Ночь исцеления».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Е. Н.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Верейская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«Три девочки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В. Водопьянов. «Полярный лётчик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главы «Маленький мир», «Мой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первый„полёт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/>
              <w:ind w:left="72" w:right="144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О. В.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Колпакова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«Большое сочинение про бабушку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spellStart"/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главы«Про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печку», «Про чистоту»).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К.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Лукашевич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Моё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милое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Т. В. Михеева. «Асино лето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П. Крапивин. «Голубятня на жёлтой поляне» (фрагменты).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 В. Мурашова. «Афанасий Никитин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глава «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Каффа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71" w:lineRule="auto"/>
              <w:ind w:left="72"/>
              <w:jc w:val="both"/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 М. Нагибин. «Маленькие рассказы о большой судьбе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глава «В школу»).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А.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Зеленин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Мамкин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Василёк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А. Д.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Дорофеев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Веретено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В. 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Распутин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Саяны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Мороз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невелик,да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стоять не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велит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.А</w:t>
            </w:r>
            <w:proofErr w:type="spellEnd"/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Н.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Апухтин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«Зимой» В. Д. Берестов.</w:t>
            </w:r>
          </w:p>
          <w:p w:rsidR="008C4381" w:rsidRPr="007112AB" w:rsidRDefault="007112AB" w:rsidP="0095011F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«Мороз»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 w:rsidTr="007112AB">
        <w:trPr>
          <w:trHeight w:hRule="exact" w:val="13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Н. Майков. «Гроза». Н. М. </w:t>
            </w:r>
            <w:proofErr w:type="spell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Рубцов</w:t>
            </w:r>
            <w:proofErr w:type="gramStart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</w:t>
            </w:r>
            <w:proofErr w:type="spellEnd"/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время грозы». Русские народные загадки о ветре, морозе, грозе.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C4381">
        <w:trPr>
          <w:trHeight w:hRule="exact" w:val="810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62" w:lineRule="auto"/>
              <w:ind w:left="72" w:right="1008"/>
              <w:jc w:val="both"/>
              <w:rPr>
                <w:lang w:val="ru-RU"/>
              </w:rPr>
            </w:pPr>
            <w:r w:rsidRPr="007112A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Pr="007112AB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81" w:rsidRDefault="007112AB" w:rsidP="0095011F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</w:tr>
    </w:tbl>
    <w:p w:rsidR="008C4381" w:rsidRDefault="008C4381" w:rsidP="0095011F">
      <w:pPr>
        <w:autoSpaceDE w:val="0"/>
        <w:autoSpaceDN w:val="0"/>
        <w:spacing w:after="0" w:line="14" w:lineRule="exact"/>
        <w:jc w:val="both"/>
      </w:pPr>
    </w:p>
    <w:p w:rsidR="008C4381" w:rsidRDefault="008C4381" w:rsidP="0095011F">
      <w:pPr>
        <w:jc w:val="both"/>
        <w:sectPr w:rsidR="008C438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Default="008C4381" w:rsidP="0095011F">
      <w:pPr>
        <w:autoSpaceDE w:val="0"/>
        <w:autoSpaceDN w:val="0"/>
        <w:spacing w:after="78" w:line="220" w:lineRule="exact"/>
        <w:jc w:val="both"/>
      </w:pPr>
    </w:p>
    <w:p w:rsidR="008C4381" w:rsidRDefault="007112AB" w:rsidP="0095011F">
      <w:pPr>
        <w:autoSpaceDE w:val="0"/>
        <w:autoSpaceDN w:val="0"/>
        <w:spacing w:after="0" w:line="230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C4381" w:rsidRDefault="007112AB" w:rsidP="0095011F">
      <w:pPr>
        <w:autoSpaceDE w:val="0"/>
        <w:autoSpaceDN w:val="0"/>
        <w:spacing w:before="346" w:after="0" w:line="230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Учебник «Литературное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тение на родном русском языке» 1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О.М.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Александрова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М.И.Кузнецова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Л.А.Романова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М.: Просвещение;;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C4381" w:rsidRPr="007112AB" w:rsidRDefault="007112AB" w:rsidP="0095011F">
      <w:pPr>
        <w:autoSpaceDE w:val="0"/>
        <w:autoSpaceDN w:val="0"/>
        <w:spacing w:before="168" w:after="0" w:line="281" w:lineRule="auto"/>
        <w:ind w:right="158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«Литературное чтение на родном русском языке» 2 класс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О.М.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Александрова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М.И.Кузнецова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Л.А.Романова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М.: Просвещение;; </w:t>
      </w:r>
      <w:r w:rsidRPr="007112AB">
        <w:rPr>
          <w:lang w:val="ru-RU"/>
        </w:rPr>
        <w:br/>
      </w:r>
    </w:p>
    <w:p w:rsid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Учебник «Литературное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тение на родном русском языке» 3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О.М.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Александрова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М.И.Кузнецова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Л.А.Романова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М.: Просвещение;;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C4381" w:rsidRPr="007112AB" w:rsidRDefault="007112AB" w:rsidP="0095011F">
      <w:pPr>
        <w:autoSpaceDE w:val="0"/>
        <w:autoSpaceDN w:val="0"/>
        <w:spacing w:before="166" w:after="0" w:line="281" w:lineRule="auto"/>
        <w:ind w:right="1584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«Литературное чтение на родном русском языке» 4 класс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О.М.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Александрова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М.И.Кузнецова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proofErr w:type="spellStart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Л.А.Романова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 М.: Просвещение;; </w:t>
      </w:r>
      <w:r w:rsidRPr="007112AB">
        <w:rPr>
          <w:lang w:val="ru-RU"/>
        </w:rPr>
        <w:br/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C4381" w:rsidRPr="007112AB" w:rsidRDefault="007112AB" w:rsidP="0095011F">
      <w:pPr>
        <w:autoSpaceDE w:val="0"/>
        <w:autoSpaceDN w:val="0"/>
        <w:spacing w:before="168" w:after="0" w:line="262" w:lineRule="auto"/>
        <w:ind w:right="74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8C4381" w:rsidRPr="007112AB" w:rsidRDefault="007112AB" w:rsidP="0095011F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right="74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right="74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8C4381" w:rsidRPr="007112AB" w:rsidRDefault="007112AB" w:rsidP="0095011F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C4381" w:rsidRPr="007112AB" w:rsidRDefault="007112AB" w:rsidP="0095011F">
      <w:pPr>
        <w:autoSpaceDE w:val="0"/>
        <w:autoSpaceDN w:val="0"/>
        <w:spacing w:before="166" w:after="0" w:line="262" w:lineRule="auto"/>
        <w:ind w:right="748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7112AB">
        <w:rPr>
          <w:lang w:val="ru-RU"/>
        </w:rPr>
        <w:br/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8C4381" w:rsidRPr="007112AB" w:rsidRDefault="007112AB" w:rsidP="0095011F">
      <w:pPr>
        <w:autoSpaceDE w:val="0"/>
        <w:autoSpaceDN w:val="0"/>
        <w:spacing w:before="382" w:after="0" w:line="230" w:lineRule="auto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C4381" w:rsidRPr="007112AB" w:rsidRDefault="008C4381" w:rsidP="0095011F">
      <w:pPr>
        <w:jc w:val="both"/>
        <w:rPr>
          <w:lang w:val="ru-RU"/>
        </w:rPr>
        <w:sectPr w:rsidR="008C4381" w:rsidRPr="007112A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4381" w:rsidRPr="007112AB" w:rsidRDefault="008C4381" w:rsidP="0095011F">
      <w:pPr>
        <w:autoSpaceDE w:val="0"/>
        <w:autoSpaceDN w:val="0"/>
        <w:spacing w:after="120" w:line="220" w:lineRule="exact"/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302" w:lineRule="auto"/>
        <w:ind w:right="2880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7112A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lecta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rosuchebnik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8C4381" w:rsidRDefault="007112AB" w:rsidP="0095011F">
      <w:pPr>
        <w:autoSpaceDE w:val="0"/>
        <w:autoSpaceDN w:val="0"/>
        <w:spacing w:before="262" w:after="0" w:line="302" w:lineRule="auto"/>
        <w:ind w:right="6336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2 КЛАСС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viki.rdf.ru, school-collection.edu.ru</w:t>
      </w:r>
    </w:p>
    <w:p w:rsidR="008C4381" w:rsidRPr="007112AB" w:rsidRDefault="007112AB" w:rsidP="0095011F">
      <w:pPr>
        <w:autoSpaceDE w:val="0"/>
        <w:autoSpaceDN w:val="0"/>
        <w:spacing w:before="262" w:after="0" w:line="302" w:lineRule="auto"/>
        <w:ind w:right="604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7112A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8C4381" w:rsidRPr="007112AB" w:rsidRDefault="007112AB" w:rsidP="0095011F">
      <w:pPr>
        <w:autoSpaceDE w:val="0"/>
        <w:autoSpaceDN w:val="0"/>
        <w:spacing w:before="262" w:after="0" w:line="300" w:lineRule="auto"/>
        <w:ind w:right="6048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7112A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112A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kopilurokov</w:t>
      </w:r>
      <w:proofErr w:type="spellEnd"/>
      <w:r w:rsidRPr="007112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8C4381" w:rsidRDefault="008C4381" w:rsidP="0095011F">
      <w:pPr>
        <w:jc w:val="both"/>
        <w:rPr>
          <w:lang w:val="ru-RU"/>
        </w:rPr>
      </w:pPr>
    </w:p>
    <w:p w:rsidR="008C4381" w:rsidRPr="007112AB" w:rsidRDefault="008C4381" w:rsidP="0095011F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8C4381" w:rsidRPr="007112AB" w:rsidRDefault="007112AB" w:rsidP="0095011F">
      <w:pPr>
        <w:autoSpaceDE w:val="0"/>
        <w:autoSpaceDN w:val="0"/>
        <w:spacing w:after="0" w:line="408" w:lineRule="auto"/>
        <w:ind w:right="432"/>
        <w:jc w:val="both"/>
        <w:rPr>
          <w:lang w:val="ru-RU"/>
        </w:rPr>
      </w:pPr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7112AB">
        <w:rPr>
          <w:lang w:val="ru-RU"/>
        </w:rPr>
        <w:br/>
      </w:r>
      <w:proofErr w:type="spellStart"/>
      <w:proofErr w:type="gramStart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7112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8C4381" w:rsidRPr="007112AB" w:rsidRDefault="008C4381" w:rsidP="0095011F">
      <w:pPr>
        <w:jc w:val="both"/>
        <w:rPr>
          <w:lang w:val="ru-RU"/>
        </w:rPr>
        <w:sectPr w:rsidR="008C4381" w:rsidRPr="007112A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12AB" w:rsidRPr="007112AB" w:rsidRDefault="007112AB" w:rsidP="0095011F">
      <w:pPr>
        <w:jc w:val="both"/>
        <w:rPr>
          <w:lang w:val="ru-RU"/>
        </w:rPr>
      </w:pPr>
    </w:p>
    <w:sectPr w:rsidR="007112AB" w:rsidRPr="007112A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1714"/>
    <w:rsid w:val="00084576"/>
    <w:rsid w:val="0015074B"/>
    <w:rsid w:val="0029639D"/>
    <w:rsid w:val="002B1F56"/>
    <w:rsid w:val="00326F90"/>
    <w:rsid w:val="00422A1B"/>
    <w:rsid w:val="007112AB"/>
    <w:rsid w:val="008C4381"/>
    <w:rsid w:val="009501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4E44EF-52D4-4923-B60F-E89CC181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31</Pages>
  <Words>7133</Words>
  <Characters>40659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47697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8</cp:revision>
  <dcterms:created xsi:type="dcterms:W3CDTF">2013-12-23T23:15:00Z</dcterms:created>
  <dcterms:modified xsi:type="dcterms:W3CDTF">2023-10-25T15:35:00Z</dcterms:modified>
  <cp:category/>
</cp:coreProperties>
</file>